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60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 Volunteer Credit and Office of Volunteerism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Delaware's volunteer-credit process requires students and counselors to confirm local participation, qualifying service, documentation, and transcript-posting steps before service begins.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delaware volunteer credit and office of volunteerism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school participation and the current local approval workflow.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qualifying service, documentation, timing, and exceptions before service begins.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organization and monitor required Volunteer Delaware confirmation.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Apply current state law and local transcript procedures consistently.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unresolved questions and obtain an official answer before promising credit.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Volunteer Delaware is the official starting point for current student and counselor instructions.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school or district confirms participation and controls its local approval and transcript workflow.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Service eligibility, documentation, timing, and credit posting must be verified under current state and local rules.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that every activity or documentation method qualifies.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credit amount, posting date, or acceptance until current state and local rules are verified.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Delcode.Delaware: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60 Delaware Volunteer Credit and Office of Volunteerism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volunteer.delaware.gov/dvcquestions" TargetMode="External"/><Relationship Id="rId10" Type="http://schemas.openxmlformats.org/officeDocument/2006/relationships/hyperlink" Target="https://volunteer.delaware.gov/dvccounselorinformation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volunteer.delaware.gov/dvcstudentinformati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olunteer.delaware.gov/delaware-volunteer-credit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elcode.delaware.gov/title14/c089a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xd5eZbjTqLp/4/r3D4+/CSGosw==">CgMxLjA4AHIhMWhSc0dEVjdCN3pmOW40bllwOFdoMGkxeVR4MG9LazNj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