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58  |  FINANCIAL AID</w:t>
      </w:r>
    </w:p>
    <w:p w:rsidR="00000000" w:rsidDel="00000000" w:rsidP="00000000" w:rsidRDefault="00000000" w:rsidRPr="00000000" w14:paraId="00000003">
      <w:pPr>
        <w:pStyle w:val="Title"/>
        <w:rPr/>
      </w:pPr>
      <w:r w:rsidDel="00000000" w:rsidR="00000000" w:rsidRPr="00000000">
        <w:rPr>
          <w:rtl w:val="0"/>
        </w:rPr>
        <w:t xml:space="preserve">FAFSA</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Principal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implementation details and route source-sensitive content through the named reviewer before release.</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Staff support requested: Launch Into Your Future - FAFSA</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To: </w:t>
      </w:r>
      <w:r w:rsidDel="00000000" w:rsidR="00000000" w:rsidRPr="00000000">
        <w:rPr>
          <w:rtl w:val="0"/>
        </w:rPr>
        <w:t xml:space="preserve">Counseling, student services, teaching, and family engagement teams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Colleagues,</w:t>
      </w:r>
    </w:p>
    <w:p w:rsidR="00000000" w:rsidDel="00000000" w:rsidP="00000000" w:rsidRDefault="00000000" w:rsidRPr="00000000" w14:paraId="0000000A">
      <w:pPr>
        <w:rPr/>
      </w:pPr>
      <w:r w:rsidDel="00000000" w:rsidR="00000000" w:rsidRPr="00000000">
        <w:rPr>
          <w:rtl w:val="0"/>
        </w:rPr>
        <w:t xml:space="preserve">Our Launch Into Your Future focus on FAFSA is designed to help students move from general awareness to one verified next step. Use the FAFSA for the correct award year and complete every required student and contributor section.</w:t>
      </w:r>
    </w:p>
    <w:p w:rsidR="00000000" w:rsidDel="00000000" w:rsidP="00000000" w:rsidRDefault="00000000" w:rsidRPr="00000000" w14:paraId="0000000B">
      <w:pPr>
        <w:rPr/>
      </w:pPr>
      <w:r w:rsidDel="00000000" w:rsidR="00000000" w:rsidRPr="00000000">
        <w:rPr>
          <w:rtl w:val="0"/>
        </w:rPr>
        <w:t xml:space="preserve">Please use the campaign kit materials in advisory, counseling, Schoology, newsletters, and family outreach as appropriate. Keep the student action clear, identify the owner of changing information, and avoid promising an outcome that belongs to a college, employer, agency, or program.</w:t>
      </w:r>
    </w:p>
    <w:p w:rsidR="00000000" w:rsidDel="00000000" w:rsidP="00000000" w:rsidRDefault="00000000" w:rsidRPr="00000000" w14:paraId="0000000C">
      <w:pPr>
        <w:pStyle w:val="Heading2"/>
        <w:rPr/>
      </w:pPr>
      <w:r w:rsidDel="00000000" w:rsidR="00000000" w:rsidRPr="00000000">
        <w:rPr>
          <w:rtl w:val="0"/>
        </w:rPr>
        <w:t xml:space="preserve">Implementation requests</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Name the staff lead and the school contact students should use.</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Select the local dates, settings, and communication channels for this topic.</w:t>
      </w:r>
    </w:p>
    <w:p w:rsidR="00000000" w:rsidDel="00000000" w:rsidP="00000000" w:rsidRDefault="00000000" w:rsidRPr="00000000" w14:paraId="0000000F">
      <w:pPr>
        <w:keepLines w:val="1"/>
        <w:numPr>
          <w:ilvl w:val="0"/>
          <w:numId w:val="1"/>
        </w:numPr>
        <w:ind w:left="540" w:hanging="270"/>
        <w:rPr/>
      </w:pPr>
      <w:r w:rsidDel="00000000" w:rsidR="00000000" w:rsidRPr="00000000">
        <w:rPr>
          <w:rtl w:val="0"/>
        </w:rPr>
        <w:t xml:space="preserve">Verify source-sensitive details and complete the required review before release.</w:t>
      </w:r>
    </w:p>
    <w:p w:rsidR="00000000" w:rsidDel="00000000" w:rsidP="00000000" w:rsidRDefault="00000000" w:rsidRPr="00000000" w14:paraId="00000010">
      <w:pPr>
        <w:keepLines w:val="1"/>
        <w:numPr>
          <w:ilvl w:val="0"/>
          <w:numId w:val="1"/>
        </w:numPr>
        <w:ind w:left="540" w:hanging="270"/>
        <w:rPr/>
      </w:pPr>
      <w:r w:rsidDel="00000000" w:rsidR="00000000" w:rsidRPr="00000000">
        <w:rPr>
          <w:rtl w:val="0"/>
        </w:rPr>
        <w:t xml:space="preserve">Schedule a follow-up point to learn which students need additional navigation support.</w:t>
      </w:r>
    </w:p>
    <w:p w:rsidR="00000000" w:rsidDel="00000000" w:rsidP="00000000" w:rsidRDefault="00000000" w:rsidRPr="00000000" w14:paraId="00000011">
      <w:pPr>
        <w:rPr/>
      </w:pPr>
      <w:r w:rsidDel="00000000" w:rsidR="00000000" w:rsidRPr="00000000">
        <w:rPr>
          <w:rtl w:val="0"/>
        </w:rPr>
        <w:t xml:space="preserve">Please send questions or local adaptations to [school lead/contact] by [date]. Thank you for helping every student leave with a usable plan.</w:t>
      </w:r>
    </w:p>
    <w:p w:rsidR="00000000" w:rsidDel="00000000" w:rsidP="00000000" w:rsidRDefault="00000000" w:rsidRPr="00000000" w14:paraId="00000012">
      <w:pPr>
        <w:rPr/>
      </w:pPr>
      <w:r w:rsidDel="00000000" w:rsidR="00000000" w:rsidRPr="00000000">
        <w:rPr>
          <w:rtl w:val="0"/>
        </w:rPr>
        <w:t xml:space="preserve">[Principal or school leader name]</w:t>
        <w:br w:type="textWrapping"/>
        <w:t xml:space="preserve">[School name]</w:t>
      </w:r>
    </w:p>
    <w:p w:rsidR="00000000" w:rsidDel="00000000" w:rsidP="00000000" w:rsidRDefault="00000000" w:rsidRPr="00000000" w14:paraId="00000013">
      <w:pPr>
        <w:pStyle w:val="Heading2"/>
        <w:rPr/>
      </w:pPr>
      <w:r w:rsidDel="00000000" w:rsidR="00000000" w:rsidRPr="00000000">
        <w:rPr>
          <w:rtl w:val="0"/>
        </w:rPr>
        <w:t xml:space="preserve">Sources and verification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Standbymede: FAFSA Guidance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FAFSA Guidance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FAFSA Guidance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58 FAFSA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PRINCIPAL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studentaid.gov/articles/fafsa-submission-summary/" TargetMode="External"/><Relationship Id="rId12" Type="http://schemas.openxmlformats.org/officeDocument/2006/relationships/footer" Target="footer1.xml"/><Relationship Id="rId9" Type="http://schemas.openxmlformats.org/officeDocument/2006/relationships/hyperlink" Target="https://studentaid.gov/articles/fafsa-student-step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standbymede.org/stand-by-me-nexgen/faf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pjhgqq5gPcT4dzQTFsc12mPS2Q==">CgMxLjA4AHIhMXZDa3gxWlBGczBNWGVHOHZQZjhrV216V2tnRDA0bnBS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