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57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Labor Market Information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Labor Market Information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Labor Market Information. Labor-market information helps students compare occupations when the measure, geography, source, and date are clear; it predicts trends, not an individual job outcome.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Name the occupation, geography, measure, and time period needed for the decision.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official Delaware and federal labor-market sources.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tasks, education, wages, employment, openings, and projections without treating them as identical measures.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Bls: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57 Labor Market Information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careeronestop.org/Toolkit/Careers/Occupations/occupation-profile.aspx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bls.gov/ooh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labor.delaware.gov/divisions/oolm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1rIPzM2+NT7fip7ruC0mq+c36w==">CgMxLjA4AHIhMXZRNGEwaUFpTEtueWRLYXh0NW9TRGVFUlF2eWFMVjcx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