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56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Undocumented Student College Access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Undocumented Student College Access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Undocumented Student College Access. College access and aid options for undocumented students depend on current federal, state, institution, and scholarship rules; protect privacy and verify each option with the responsible owner.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Build a college or training list without requiring unnecessary immigration-status disclosure.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each institution about admission, tuition classification, institutional aid, and privacy procedures.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Check current federal-aid eligibility using official Federal Student Aid guidance.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Udel.Edu: Immigrant and Undocumented Student Guidance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56 Undocumented Student College Access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udel.edu/apply/undergraduate-admissions/first-year-students/undocumented-student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understand-aid/eligibility/requirements/non-us-citize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+CdElScJKD9NeAAHj5unSfrP6g==">CgMxLjA4AHIhMUtUMGpHUVByblY4eDlGQmp4SUF5Nk42dWhuOURBdzZB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