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54  |  SUPPORT SERVICE</w:t>
      </w:r>
    </w:p>
    <w:p w:rsidR="00000000" w:rsidDel="00000000" w:rsidP="00000000" w:rsidRDefault="00000000" w:rsidRPr="00000000" w14:paraId="00000003">
      <w:pPr>
        <w:pStyle w:val="Title"/>
        <w:rPr/>
      </w:pPr>
      <w:r w:rsidDel="00000000" w:rsidR="00000000" w:rsidRPr="00000000">
        <w:rPr>
          <w:rtl w:val="0"/>
        </w:rPr>
        <w:t xml:space="preserve">Students with Disabilities / Vocational Rehabilitation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Students with Disabilities / Vocational Rehabilitation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 referral starts contact; it does not guarantee eligibility.</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students with disabilities / vocational rehabilitation,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Clarify the employment or training goal.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Review DVR Transition Services and Pre-ETS.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Submit the official referral or connect with a school-based contact.</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54 Students with Disabilities / Vocational Rehabilitation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labor.delaware.gov/divisions/dvr/transition-services/" TargetMode="External"/><Relationship Id="rId10" Type="http://schemas.openxmlformats.org/officeDocument/2006/relationships/hyperlink" Target="https://labor.delaware.gov/divisions/dvr/pre-et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abor.delaware.gov/divisions/dvr/make-a-referra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bor.delaware.gov/divisions/dv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BJIwaTXoDurtMJq2TyYkiXEZvQ==">CgMxLjA4AHIhMWZSZEhZc0xOYVRZTGlISDhlaHRhWkZybFM3SnRMSGV2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