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52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Service Programs</w:t>
      </w:r>
    </w:p>
    <w:p w:rsidR="00000000" w:rsidDel="00000000" w:rsidP="00000000" w:rsidRDefault="00000000" w:rsidRPr="00000000" w14:paraId="00000004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Service programs can provide structured experience, community impact, training, and sometimes a living allowance or education award; students must compare the actual role, terms, support, and next-step value.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Use this guide to help a student turn interest in service programs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7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the student's purpose for service.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volunteer, service-program, internship, and employment terms.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financial feasibility and support needs.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current benefits and commitments from the listing.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translate service into skills and next steps.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AmeriCorps opportunities may be full-time or part-time, and benefits vary by listing.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Service is not the same as volunteering, an internship, or regular employment.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verify hours, location, living allowance, benefits, supervision, accessibility, and education-award rules.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placement, a living allowance, education award, housing, college credit, or employment.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every benefit and commitment in the current official service listing.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My.Americorps: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52 Service Programs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volunteer.delaware.gov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my.americorps.gov/mp/listing/publicRequestSearch.d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americorp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KegKll3di5FyrDHRCnyTWxkfqQ==">CgMxLjA4AHIhMWtKZGJpNGk2S0ZhMU9zR0JuRnhiTjBRc3FNX2xjUmNG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