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Net Price Calculators and Affordability Tools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net price calculator is a planning estimate based on entered information; the college's actual aid offer and bill determine the student's real cost.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net price calculators and affordability tools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net price calculators and affordability tools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net price calculators and affordability tools.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Open the institution's current net price calculator.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Enter accurate information and save the date, academic year, and assumptions.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Separate estimated gift aid from loans, work-study, and costs not shown.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direct charges, indirect costs, and remaining gap using the same categories.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the college financial-aid office about important differences or changed circumstances.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call an estimate a commitment.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calculators use identical inputs or methods.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omit indirect costs or the remaining gap.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Collegecost.Ed: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44 Net Price Calculators and Affordability Tools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complete-aid-process/comparing-aid-offer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collegescorecard.e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cost.ed.gov/net-p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8E5qhiCByWMCT1ArS6WwRyzJWg==">CgMxLjA4AHIhMTA2dmIwVjhzLUt0TE5MX2N2VWVoOU80d05EaUZIZ2dn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