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44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Net Price Calculators and Affordability Tools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A net price calculator is a planning estimate based on entered information; the college's actual aid offer and bill determine the student's real cost.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net price calculators and affordability tools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that the calculator produces an estimate rather than an award or bill.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Help the student use consistent household and enrollment assumptions.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which costs and aid types the calculator includes.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results alongside the institution's cost of attendance and actual aid offer when available.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Refer case-specific questions to the financial-aid office.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the calculator on the institution's official website and record the date, inputs, and academic year.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Net price estimates may treat grants, scholarships, housing, and indirect costs differently across institutions.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should compare the remaining gap and verify unclear assumptions with the financial-aid office.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call an estimate a commitment.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assume calculators use identical inputs or methods.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omit indirect costs or the remaining gap.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9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Collegecost.Ed: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44 Net Price Calculators and Affordability Tools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tudentaid.gov/complete-aid-process/comparing-aid-offers" TargetMode="External"/><Relationship Id="rId12" Type="http://schemas.openxmlformats.org/officeDocument/2006/relationships/footer" Target="footer1.xml"/><Relationship Id="rId9" Type="http://schemas.openxmlformats.org/officeDocument/2006/relationships/hyperlink" Target="https://collegescorecard.ed.gov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cost.ed.gov/net-p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Hw+zCx0R0ad4zuuhtm/T/a+3Sw==">CgMxLjA4AHIhMUNvSlhyMnBUeGVkcDlQYWlsbUlacVZZUDFkVzJxeXM1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