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44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Net Price Calculators and Affordability Tools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Net Price Calculators and Affordability Tools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 net price calculator is a planning estimate based on entered information; the college's actual aid offer and bill determine the student's real cost.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net price calculators and affordability tools.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the calculator on the institution's official website and record the date, inputs, and academic year.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Net price estimates may treat grants, scholarships, housing, and indirect costs differently across institutions.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should compare the remaining gap and verify unclear assumptions with the financial-aid office.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Open the institution's current net price calculator.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Enter accurate information and save the date, academic year, and assumptions.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Separate estimated gift aid from loans, work-study, and costs not shown.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direct charges, indirect costs, and remaining gap using the same categories.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the college financial-aid office about important differences or changed circumstances.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Collegecost.Ed: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44 Net Price Calculators and Affordability Tools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complete-aid-process/comparing-aid-offers" TargetMode="External"/><Relationship Id="rId12" Type="http://schemas.openxmlformats.org/officeDocument/2006/relationships/footer" Target="footer1.xml"/><Relationship Id="rId9" Type="http://schemas.openxmlformats.org/officeDocument/2006/relationships/hyperlink" Target="https://collegescorecard.ed.gov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cost.ed.gov/net-p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yy16Yfps0OibBiJsDgiziMSBNg==">CgMxLjA4AHIhMS1GMGRzeE8tVWpjZ0J3VGN6MmJmUGRMWGxPby1QYlI5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