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44  |  SUPPORT SERVICE</w:t>
      </w:r>
    </w:p>
    <w:p w:rsidR="00000000" w:rsidDel="00000000" w:rsidP="00000000" w:rsidRDefault="00000000" w:rsidRPr="00000000" w14:paraId="00000003">
      <w:pPr>
        <w:pStyle w:val="Title"/>
        <w:rPr/>
      </w:pPr>
      <w:r w:rsidDel="00000000" w:rsidR="00000000" w:rsidRPr="00000000">
        <w:rPr>
          <w:rtl w:val="0"/>
        </w:rPr>
        <w:t xml:space="preserve">Net Price Calculators and Affordability Tools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Net Price Calculators and Affordability Tools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A net price calculator is a planning estimate based on entered information; the college's actual aid offer and bill determine the student's real cost.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net price calculators and affordability tools,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Open the institution's current net price calculator.</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Enter accurate information and save the date, academic year, and assumptions.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Separate estimated gift aid from loans, work-study, and costs not shown.</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Collegecost.Ed: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Collegescorecard.Ed: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Federal Student Aid: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44 Net Price Calculators and Affordability Tools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studentaid.gov/complete-aid-process/comparing-aid-offers" TargetMode="External"/><Relationship Id="rId12" Type="http://schemas.openxmlformats.org/officeDocument/2006/relationships/footer" Target="footer1.xml"/><Relationship Id="rId9" Type="http://schemas.openxmlformats.org/officeDocument/2006/relationships/hyperlink" Target="https://collegescorecard.ed.go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collegecost.ed.gov/net-pr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vAHOapgwjJS+rO96mBEIu6+3IQ==">CgMxLjA4AHIhMU1fNEdYUnpsZVRaNVNRS3p4eUZ6WHUyY0p2MzNFWjZO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