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Navigation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Navigation support turns a question into a verified handoff: identify the information owner, make the connection, and confirm what happens next.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navigation supports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navigation supports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navigation supports.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Write the exact question or barrier in the student's own words.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the office or organization that controls the answer.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the correct contact method, required information, and expected next step.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Make the connection and save the contact, date, and confirmation.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Follow up until the question is resolved or reassigned to the correct owner.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give every question the same referral.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a resource list as a completed handoff.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43 Navigation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help-center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XP9trVvMIIfJsnjyfgRiOaHybQ==">CgMxLjA4AHIhMUYxSUVrazlhRUZKbHpKNEhsa294NnFqeXpTTWNJelph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