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43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Navigation Supports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Navigation Supports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Navigation support turns a question into a verified handoff: identify the information owner, make the connection, and confirm what happens next.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navigation supports.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Admissions, aid, accessibility, academics, workforce, and basic-needs questions often have different owners.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 resource list is not a completed referral unless the student knows why to contact the office and what to bring.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Follow-up should confirm the connection, the answer received, and the next unresolved need.</w:t>
      </w:r>
    </w:p>
    <w:p w:rsidR="00000000" w:rsidDel="00000000" w:rsidP="00000000" w:rsidRDefault="00000000" w:rsidRPr="00000000" w14:paraId="0000000F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Write the exact question or barrier in the student's own words.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Identify the office or organization that controls the answer.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Confirm the correct contact method, required information, and expected next step.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Make the connection and save the contact, date, and confirmation.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Follow up until the question is resolved or reassigned to the correct owner.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 and the date/source I used is...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1E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JobLink: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43 Navigation Supports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delawarestudentsuccess.org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studentaid.gov/help-center/contac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joblink.delaware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f3O+bdUzNMeiNihncrCW2axkRw==">CgMxLjA4AHIhMXNQUWZ3TkRPSWxHUW1obWUzYzBKQm9MM05Ic0dhOFlX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