
<file path=[Content_Types].xml><?xml version="1.0" encoding="utf-8"?>
<Types xmlns="http://schemas.openxmlformats.org/package/2006/content-types">
  <Default ContentType="application/xml" Extension="xml"/>
  <Default ContentType="image/png" Extension="png"/>
  <Default ContentType="application/vnd.openxmlformats-officedocument.obfuscatedFont" Extension="odttf"/>
  <Default ContentType="application/vnd.openxmlformats-package.relationships+xml" Extension="rels"/>
  <Override ContentType="application/vnd.openxmlformats-officedocument.wordprocessingml.settings+xml" PartName="/word/settings.xml"/>
  <Override ContentType="application/xml" PartName="/customXML/item1.xml"/>
  <Override ContentType="application/vnd.openxmlformats-officedocument.customXmlProperties+xml" PartName="/customXML/itemProps1.xml"/>
  <Override ContentType="application/vnd.openxmlformats-officedocument.wordprocessingml.styles+xml" PartName="/word/styles.xml"/>
  <Override ContentType="application/vnd.openxmlformats-officedocument.wordprocessingml.footer+xml" PartName="/word/footer1.xml"/>
  <Override ContentType="application/vnd.openxmlformats-officedocument.wordprocessingml.fontTable+xml" PartName="/word/fontTable.xml"/>
  <Override ContentType="application/vnd.openxmlformats-officedocument.wordprocessingml.numbering+xml" PartName="/word/numbering.xml"/>
  <Override ContentType="application/vnd.openxmlformats-package.core-properties+xml" PartName="/docProps/core.xml"/>
  <Override ContentType="application/vnd.openxmlformats-officedocument.wordprocessingml.document.main+xml" PartName="/word/document.xml"/>
  <Override ContentType="application/vnd.openxmlformats-officedocument.theme+xml" PartName="/word/theme/theme1.xml"/>
  <Override ContentType="application/vnd.openxmlformats-officedocument.wordprocessingml.header+xml" PartName="/word/header1.xml"/>
</Types>
</file>

<file path=_rels/.rels><?xml version="1.0" encoding="UTF-8" standalone="yes"?>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officeDocument" Target="word/document.xml"/></Relationships>
</file>

<file path=word/document.xml><?xml version="1.0" encoding="utf-8"?>
<w:document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body>
    <w:p w:rsidR="00000000" w:rsidDel="00000000" w:rsidP="00000000" w:rsidRDefault="00000000" w:rsidRPr="00000000" w14:paraId="00000001">
      <w:pPr>
        <w:spacing w:after="80" w:lineRule="auto"/>
        <w:jc w:val="left"/>
        <w:rPr/>
      </w:pPr>
      <w:r w:rsidDel="00000000" w:rsidR="00000000" w:rsidRPr="00000000">
        <w:rPr/>
        <w:drawing>
          <wp:inline distB="0" distT="0" distL="114300" distR="114300">
            <wp:extent cx="960120" cy="457469"/>
            <wp:effectExtent b="0" l="0" r="0" t="0"/>
            <wp:docPr descr="Launch Into Your Future logo" id="2" name="image1.png"/>
            <a:graphic>
              <a:graphicData uri="http://schemas.openxmlformats.org/drawingml/2006/picture">
                <pic:pic>
                  <pic:nvPicPr>
                    <pic:cNvPr descr="Launch Into Your Future logo" id="0" name="image1.png"/>
                    <pic:cNvPicPr preferRelativeResize="0"/>
                  </pic:nvPicPr>
                  <pic:blipFill>
                    <a:blip r:embed="rId7"/>
                    <a:srcRect b="0" l="0" r="0" t="0"/>
                    <a:stretch>
                      <a:fillRect/>
                    </a:stretch>
                  </pic:blipFill>
                  <pic:spPr>
                    <a:xfrm>
                      <a:off x="0" y="0"/>
                      <a:ext cx="960120" cy="457469"/>
                    </a:xfrm>
                    <a:prstGeom prst="rect"/>
                    <a:ln/>
                  </pic:spPr>
                </pic:pic>
              </a:graphicData>
            </a:graphic>
          </wp:inline>
        </w:drawing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02">
      <w:pPr>
        <w:keepNext w:val="1"/>
        <w:keepLines w:val="0"/>
        <w:pageBreakBefore w:val="0"/>
        <w:widowControl w:val="1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60" w:before="0" w:line="240" w:lineRule="auto"/>
        <w:ind w:left="0" w:right="0" w:firstLine="0"/>
        <w:jc w:val="left"/>
        <w:rPr>
          <w:rFonts w:ascii="Arial" w:cs="Arial" w:eastAsia="Arial" w:hAnsi="Arial"/>
          <w:b w:val="1"/>
          <w:bCs w:val="1"/>
          <w:i w:val="0"/>
          <w:iCs w:val="0"/>
          <w:smallCaps w:val="0"/>
          <w:strike w:val="0"/>
          <w:color w:val="ff6720"/>
          <w:sz w:val="18"/>
          <w:szCs w:val="18"/>
          <w:u w:val="none"/>
          <w:shd w:fill="auto" w:val="clear"/>
          <w:vertAlign w:val="baseline"/>
        </w:rPr>
      </w:pPr>
      <w:r w:rsidDel="00000000" w:rsidR="00000000" w:rsidRPr="00000000">
        <w:rPr>
          <w:rFonts w:ascii="Arial" w:cs="Arial" w:eastAsia="Arial" w:hAnsi="Arial"/>
          <w:b w:val="1"/>
          <w:bCs w:val="1"/>
          <w:i w:val="0"/>
          <w:iCs w:val="0"/>
          <w:smallCaps w:val="0"/>
          <w:strike w:val="0"/>
          <w:color w:val="ff6720"/>
          <w:sz w:val="18"/>
          <w:szCs w:val="18"/>
          <w:u w:val="none"/>
          <w:shd w:fill="auto" w:val="clear"/>
          <w:vertAlign w:val="baseline"/>
          <w:rtl w:val="0"/>
        </w:rPr>
        <w:t xml:space="preserve">CAMPAIGN KIT 43  |  SUPPORT SERVICE</w:t>
      </w:r>
    </w:p>
    <w:p w:rsidR="00000000" w:rsidDel="00000000" w:rsidP="00000000" w:rsidRDefault="00000000" w:rsidRPr="00000000" w14:paraId="00000003">
      <w:pPr>
        <w:pStyle w:val="Title"/>
        <w:rPr/>
      </w:pPr>
      <w:r w:rsidDel="00000000" w:rsidR="00000000" w:rsidRPr="00000000">
        <w:rPr>
          <w:rtl w:val="0"/>
        </w:rPr>
        <w:t xml:space="preserve">Navigation Supports</w:t>
      </w:r>
    </w:p>
    <w:p w:rsidR="00000000" w:rsidDel="00000000" w:rsidP="00000000" w:rsidRDefault="00000000" w:rsidRPr="00000000" w14:paraId="00000004">
      <w:pPr>
        <w:pStyle w:val="Subtitle"/>
        <w:pBdr>
          <w:bottom w:color="00b0b9" w:space="5" w:sz="16" w:val="single"/>
        </w:pBdr>
        <w:rPr/>
      </w:pPr>
      <w:r w:rsidDel="00000000" w:rsidR="00000000" w:rsidRPr="00000000">
        <w:rPr>
          <w:rtl w:val="0"/>
        </w:rPr>
        <w:t xml:space="preserve">School Communication Template</w:t>
      </w:r>
    </w:p>
    <w:p w:rsidR="00000000" w:rsidDel="00000000" w:rsidP="00000000" w:rsidRDefault="00000000" w:rsidRPr="00000000" w14:paraId="00000005">
      <w:pPr>
        <w:keepLines w:val="1"/>
        <w:pBdr>
          <w:left w:color="00b0b9" w:space="8" w:sz="22" w:val="single"/>
        </w:pBdr>
        <w:shd w:fill="e5f7f8" w:val="clear"/>
        <w:spacing w:after="180" w:before="80" w:line="283" w:lineRule="auto"/>
        <w:ind w:left="173" w:right="115" w:firstLine="0"/>
        <w:rPr/>
      </w:pPr>
      <w:r w:rsidDel="00000000" w:rsidR="00000000" w:rsidRPr="00000000">
        <w:rPr>
          <w:rFonts w:ascii="Arial" w:cs="Arial" w:eastAsia="Arial" w:hAnsi="Arial"/>
          <w:b w:val="1"/>
          <w:bCs w:val="1"/>
          <w:color w:val="1d4289"/>
          <w:sz w:val="19"/>
          <w:szCs w:val="19"/>
          <w:rtl w:val="0"/>
        </w:rPr>
        <w:t xml:space="preserve">USE NOTE  </w:t>
      </w:r>
      <w:r w:rsidDel="00000000" w:rsidR="00000000" w:rsidRPr="00000000">
        <w:rPr>
          <w:rtl w:val="0"/>
        </w:rPr>
        <w:t xml:space="preserve">Customize the bracketed school contact and timing fields; keep the verified guidance and review status intact.</w:t>
      </w:r>
    </w:p>
    <w:p w:rsidR="00000000" w:rsidDel="00000000" w:rsidP="00000000" w:rsidRDefault="00000000" w:rsidRPr="00000000" w14:paraId="00000006">
      <w:pPr>
        <w:keepLines w:val="1"/>
        <w:spacing w:after="100" w:lineRule="auto"/>
        <w:rPr/>
      </w:pPr>
      <w:r w:rsidDel="00000000" w:rsidR="00000000" w:rsidRPr="00000000">
        <w:rPr>
          <w:rFonts w:ascii="Arial" w:cs="Arial" w:eastAsia="Arial" w:hAnsi="Arial"/>
          <w:b w:val="1"/>
          <w:bCs w:val="1"/>
          <w:color w:val="1d4289"/>
          <w:rtl w:val="0"/>
        </w:rPr>
        <w:t xml:space="preserve">Subject: </w:t>
      </w:r>
      <w:r w:rsidDel="00000000" w:rsidR="00000000" w:rsidRPr="00000000">
        <w:rPr>
          <w:rtl w:val="0"/>
        </w:rPr>
        <w:t xml:space="preserve">Launch Into Your Future: take the next step on Navigation Supports</w:t>
      </w:r>
    </w:p>
    <w:p w:rsidR="00000000" w:rsidDel="00000000" w:rsidP="00000000" w:rsidRDefault="00000000" w:rsidRPr="00000000" w14:paraId="00000007">
      <w:pPr>
        <w:keepLines w:val="1"/>
        <w:spacing w:after="100" w:lineRule="auto"/>
        <w:rPr/>
      </w:pPr>
      <w:r w:rsidDel="00000000" w:rsidR="00000000" w:rsidRPr="00000000">
        <w:rPr>
          <w:rFonts w:ascii="Arial" w:cs="Arial" w:eastAsia="Arial" w:hAnsi="Arial"/>
          <w:b w:val="1"/>
          <w:bCs w:val="1"/>
          <w:color w:val="1d4289"/>
          <w:rtl w:val="0"/>
        </w:rPr>
        <w:t xml:space="preserve">Audience: </w:t>
      </w:r>
      <w:r w:rsidDel="00000000" w:rsidR="00000000" w:rsidRPr="00000000">
        <w:rPr>
          <w:rtl w:val="0"/>
        </w:rPr>
        <w:t xml:space="preserve">Students and families</w:t>
      </w:r>
    </w:p>
    <w:p w:rsidR="00000000" w:rsidDel="00000000" w:rsidP="00000000" w:rsidRDefault="00000000" w:rsidRPr="00000000" w14:paraId="00000008">
      <w:pPr>
        <w:pStyle w:val="Heading1"/>
        <w:rPr/>
      </w:pPr>
      <w:r w:rsidDel="00000000" w:rsidR="00000000" w:rsidRPr="00000000">
        <w:rPr>
          <w:rtl w:val="0"/>
        </w:rPr>
        <w:t xml:space="preserve">Message</w:t>
      </w:r>
    </w:p>
    <w:p w:rsidR="00000000" w:rsidDel="00000000" w:rsidP="00000000" w:rsidRDefault="00000000" w:rsidRPr="00000000" w14:paraId="00000009">
      <w:pPr>
        <w:rPr/>
      </w:pPr>
      <w:r w:rsidDel="00000000" w:rsidR="00000000" w:rsidRPr="00000000">
        <w:rPr>
          <w:rtl w:val="0"/>
        </w:rPr>
        <w:t xml:space="preserve">Dear students and families,</w:t>
      </w:r>
    </w:p>
    <w:p w:rsidR="00000000" w:rsidDel="00000000" w:rsidP="00000000" w:rsidRDefault="00000000" w:rsidRPr="00000000" w14:paraId="0000000A">
      <w:pPr>
        <w:rPr/>
      </w:pPr>
      <w:r w:rsidDel="00000000" w:rsidR="00000000" w:rsidRPr="00000000">
        <w:rPr>
          <w:rtl w:val="0"/>
        </w:rPr>
        <w:t xml:space="preserve">This month, Launch Into Your Future is highlighting Navigation Supports. Navigation support turns a question into a verified handoff: identify the information owner, make the connection, and confirm what happens next.</w:t>
      </w:r>
    </w:p>
    <w:p w:rsidR="00000000" w:rsidDel="00000000" w:rsidP="00000000" w:rsidRDefault="00000000" w:rsidRPr="00000000" w14:paraId="0000000B">
      <w:pPr>
        <w:rPr/>
      </w:pPr>
      <w:r w:rsidDel="00000000" w:rsidR="00000000" w:rsidRPr="00000000">
        <w:rPr>
          <w:rtl w:val="0"/>
        </w:rPr>
        <w:t xml:space="preserve">A strong plan starts with a clear next action and information from the organization that owns the decision. Students can begin by:</w:t>
      </w:r>
    </w:p>
    <w:p w:rsidR="00000000" w:rsidDel="00000000" w:rsidP="00000000" w:rsidRDefault="00000000" w:rsidRPr="00000000" w14:paraId="0000000C">
      <w:pPr>
        <w:keepLines w:val="1"/>
        <w:numPr>
          <w:ilvl w:val="0"/>
          <w:numId w:val="1"/>
        </w:numPr>
        <w:ind w:left="540" w:hanging="270"/>
        <w:rPr/>
      </w:pPr>
      <w:r w:rsidDel="00000000" w:rsidR="00000000" w:rsidRPr="00000000">
        <w:rPr>
          <w:rtl w:val="0"/>
        </w:rPr>
        <w:t xml:space="preserve">Write the exact question or barrier in the student's own words.</w:t>
      </w:r>
    </w:p>
    <w:p w:rsidR="00000000" w:rsidDel="00000000" w:rsidP="00000000" w:rsidRDefault="00000000" w:rsidRPr="00000000" w14:paraId="0000000D">
      <w:pPr>
        <w:keepLines w:val="1"/>
        <w:numPr>
          <w:ilvl w:val="0"/>
          <w:numId w:val="1"/>
        </w:numPr>
        <w:ind w:left="540" w:hanging="270"/>
        <w:rPr/>
      </w:pPr>
      <w:r w:rsidDel="00000000" w:rsidR="00000000" w:rsidRPr="00000000">
        <w:rPr>
          <w:rtl w:val="0"/>
        </w:rPr>
        <w:t xml:space="preserve">Identify the office or organization that controls the answer.</w:t>
      </w:r>
    </w:p>
    <w:p w:rsidR="00000000" w:rsidDel="00000000" w:rsidP="00000000" w:rsidRDefault="00000000" w:rsidRPr="00000000" w14:paraId="0000000E">
      <w:pPr>
        <w:keepLines w:val="1"/>
        <w:numPr>
          <w:ilvl w:val="0"/>
          <w:numId w:val="1"/>
        </w:numPr>
        <w:ind w:left="540" w:hanging="270"/>
        <w:rPr/>
      </w:pPr>
      <w:r w:rsidDel="00000000" w:rsidR="00000000" w:rsidRPr="00000000">
        <w:rPr>
          <w:rtl w:val="0"/>
        </w:rPr>
        <w:t xml:space="preserve">Confirm the correct contact method, required information, and expected next step.</w:t>
      </w:r>
    </w:p>
    <w:p w:rsidR="00000000" w:rsidDel="00000000" w:rsidP="00000000" w:rsidRDefault="00000000" w:rsidRPr="00000000" w14:paraId="0000000F">
      <w:pPr>
        <w:rPr/>
      </w:pPr>
      <w:r w:rsidDel="00000000" w:rsidR="00000000" w:rsidRPr="00000000">
        <w:rPr>
          <w:rtl w:val="0"/>
        </w:rPr>
        <w:t xml:space="preserve">Before making a commitment, confirm current dates, eligibility, costs, required documents, and availability with the school, college, employer, agency, or program involved.</w:t>
      </w:r>
    </w:p>
    <w:p w:rsidR="00000000" w:rsidDel="00000000" w:rsidP="00000000" w:rsidRDefault="00000000" w:rsidRPr="00000000" w14:paraId="00000010">
      <w:pPr>
        <w:rPr/>
      </w:pPr>
      <w:r w:rsidDel="00000000" w:rsidR="00000000" w:rsidRPr="00000000">
        <w:rPr>
          <w:rtl w:val="0"/>
        </w:rPr>
        <w:t xml:space="preserve">For help choosing a next step or reviewing information, contact [school counseling or student services contact] by [date or meeting window].</w:t>
      </w:r>
    </w:p>
    <w:p w:rsidR="00000000" w:rsidDel="00000000" w:rsidP="00000000" w:rsidRDefault="00000000" w:rsidRPr="00000000" w14:paraId="00000011">
      <w:pPr>
        <w:rPr/>
      </w:pPr>
      <w:r w:rsidDel="00000000" w:rsidR="00000000" w:rsidRPr="00000000">
        <w:rPr>
          <w:rtl w:val="0"/>
        </w:rPr>
        <w:t xml:space="preserve">With support,</w:t>
        <w:br w:type="textWrapping"/>
        <w:t xml:space="preserve">[School counseling or student services team]</w:t>
      </w:r>
    </w:p>
    <w:p w:rsidR="00000000" w:rsidDel="00000000" w:rsidP="00000000" w:rsidRDefault="00000000" w:rsidRPr="00000000" w14:paraId="00000012">
      <w:pPr>
        <w:pStyle w:val="Heading2"/>
        <w:rPr/>
      </w:pPr>
      <w:r w:rsidDel="00000000" w:rsidR="00000000" w:rsidRPr="00000000">
        <w:rPr>
          <w:rtl w:val="0"/>
        </w:rPr>
        <w:t xml:space="preserve">School customization fields</w:t>
      </w:r>
    </w:p>
    <w:p w:rsidR="00000000" w:rsidDel="00000000" w:rsidP="00000000" w:rsidRDefault="00000000" w:rsidRPr="00000000" w14:paraId="00000013">
      <w:pPr>
        <w:keepLines w:val="1"/>
        <w:numPr>
          <w:ilvl w:val="0"/>
          <w:numId w:val="1"/>
        </w:numPr>
        <w:ind w:left="540" w:hanging="270"/>
        <w:rPr/>
      </w:pPr>
      <w:r w:rsidDel="00000000" w:rsidR="00000000" w:rsidRPr="00000000">
        <w:rPr>
          <w:rtl w:val="0"/>
        </w:rPr>
        <w:t xml:space="preserve">School contact name and role</w:t>
      </w:r>
    </w:p>
    <w:p w:rsidR="00000000" w:rsidDel="00000000" w:rsidP="00000000" w:rsidRDefault="00000000" w:rsidRPr="00000000" w14:paraId="00000014">
      <w:pPr>
        <w:keepLines w:val="1"/>
        <w:numPr>
          <w:ilvl w:val="0"/>
          <w:numId w:val="1"/>
        </w:numPr>
        <w:ind w:left="540" w:hanging="270"/>
        <w:rPr/>
      </w:pPr>
      <w:r w:rsidDel="00000000" w:rsidR="00000000" w:rsidRPr="00000000">
        <w:rPr>
          <w:rtl w:val="0"/>
        </w:rPr>
        <w:t xml:space="preserve">Local meeting date or response window</w:t>
      </w:r>
    </w:p>
    <w:p w:rsidR="00000000" w:rsidDel="00000000" w:rsidP="00000000" w:rsidRDefault="00000000" w:rsidRPr="00000000" w14:paraId="00000015">
      <w:pPr>
        <w:keepLines w:val="1"/>
        <w:numPr>
          <w:ilvl w:val="0"/>
          <w:numId w:val="1"/>
        </w:numPr>
        <w:ind w:left="540" w:hanging="270"/>
        <w:rPr/>
      </w:pPr>
      <w:r w:rsidDel="00000000" w:rsidR="00000000" w:rsidRPr="00000000">
        <w:rPr>
          <w:rtl w:val="0"/>
        </w:rPr>
        <w:t xml:space="preserve">School-approved local link or appointment process</w:t>
      </w:r>
    </w:p>
    <w:p w:rsidR="00000000" w:rsidDel="00000000" w:rsidP="00000000" w:rsidRDefault="00000000" w:rsidRPr="00000000" w14:paraId="00000016">
      <w:pPr>
        <w:pStyle w:val="Heading2"/>
        <w:rPr/>
      </w:pPr>
      <w:r w:rsidDel="00000000" w:rsidR="00000000" w:rsidRPr="00000000">
        <w:rPr>
          <w:rtl w:val="0"/>
        </w:rPr>
        <w:t xml:space="preserve">Sources and verification</w:t>
      </w:r>
    </w:p>
    <w:p w:rsidR="00000000" w:rsidDel="00000000" w:rsidP="00000000" w:rsidRDefault="00000000" w:rsidRPr="00000000" w14:paraId="00000017">
      <w:pPr>
        <w:keepNext w:val="0"/>
        <w:keepLines w:val="0"/>
        <w:pageBreakBefore w:val="0"/>
        <w:widowControl w:val="1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20" w:before="0" w:line="240" w:lineRule="auto"/>
        <w:ind w:left="0" w:right="0" w:firstLine="0"/>
        <w:jc w:val="left"/>
        <w:rPr>
          <w:rFonts w:ascii="Arial" w:cs="Arial" w:eastAsia="Arial" w:hAnsi="Arial"/>
          <w:b w:val="0"/>
          <w:bCs w:val="0"/>
          <w:i w:val="0"/>
          <w:iCs w:val="0"/>
          <w:smallCaps w:val="0"/>
          <w:strike w:val="0"/>
          <w:color w:val="667085"/>
          <w:sz w:val="17"/>
          <w:szCs w:val="17"/>
          <w:u w:val="none"/>
          <w:shd w:fill="auto" w:val="clear"/>
          <w:vertAlign w:val="baseline"/>
        </w:rPr>
      </w:pPr>
      <w:r w:rsidDel="00000000" w:rsidR="00000000" w:rsidRPr="00000000">
        <w:rPr>
          <w:rFonts w:ascii="Arial" w:cs="Arial" w:eastAsia="Arial" w:hAnsi="Arial"/>
          <w:b w:val="0"/>
          <w:bCs w:val="0"/>
          <w:i w:val="0"/>
          <w:iCs w:val="0"/>
          <w:smallCaps w:val="0"/>
          <w:strike w:val="0"/>
          <w:color w:val="667085"/>
          <w:sz w:val="17"/>
          <w:szCs w:val="17"/>
          <w:u w:val="none"/>
          <w:shd w:fill="auto" w:val="clear"/>
          <w:vertAlign w:val="baseline"/>
          <w:rtl w:val="0"/>
        </w:rPr>
        <w:t xml:space="preserve">Use the linked official sources to confirm current details before release or student use.</w:t>
      </w:r>
    </w:p>
    <w:p w:rsidR="00000000" w:rsidDel="00000000" w:rsidP="00000000" w:rsidRDefault="00000000" w:rsidRPr="00000000" w14:paraId="00000018">
      <w:pPr>
        <w:keepNext w:val="0"/>
        <w:keepLines w:val="0"/>
        <w:pageBreakBefore w:val="0"/>
        <w:widowControl w:val="1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240" w:lineRule="auto"/>
        <w:ind w:left="0" w:right="0" w:firstLine="0"/>
        <w:jc w:val="left"/>
        <w:rPr>
          <w:rFonts w:ascii="Arial" w:cs="Arial" w:eastAsia="Arial" w:hAnsi="Arial"/>
          <w:b w:val="0"/>
          <w:bCs w:val="0"/>
          <w:i w:val="0"/>
          <w:iCs w:val="0"/>
          <w:smallCaps w:val="0"/>
          <w:strike w:val="0"/>
          <w:color w:val="667085"/>
          <w:sz w:val="17"/>
          <w:szCs w:val="17"/>
          <w:u w:val="none"/>
          <w:shd w:fill="auto" w:val="clear"/>
          <w:vertAlign w:val="baseline"/>
        </w:rPr>
      </w:pPr>
      <w:r w:rsidDel="00000000" w:rsidR="00000000" w:rsidRPr="00000000">
        <w:rPr>
          <w:rFonts w:ascii="Arial" w:cs="Arial" w:eastAsia="Arial" w:hAnsi="Arial"/>
          <w:b w:val="1"/>
          <w:bCs w:val="1"/>
          <w:i w:val="0"/>
          <w:iCs w:val="0"/>
          <w:smallCaps w:val="0"/>
          <w:strike w:val="0"/>
          <w:color w:val="667085"/>
          <w:sz w:val="18"/>
          <w:szCs w:val="18"/>
          <w:u w:val="none"/>
          <w:shd w:fill="auto" w:val="clear"/>
          <w:vertAlign w:val="baseline"/>
          <w:rtl w:val="0"/>
        </w:rPr>
        <w:t xml:space="preserve">1. </w:t>
      </w:r>
      <w:hyperlink r:id="rId8">
        <w:r w:rsidDel="00000000" w:rsidR="00000000" w:rsidRPr="00000000">
          <w:rPr>
            <w:rFonts w:ascii="Arial" w:cs="Arial" w:eastAsia="Arial" w:hAnsi="Arial"/>
            <w:b w:val="0"/>
            <w:bCs w:val="0"/>
            <w:i w:val="0"/>
            <w:iCs w:val="0"/>
            <w:smallCaps w:val="0"/>
            <w:strike w:val="0"/>
            <w:color w:val="1d4289"/>
            <w:sz w:val="18"/>
            <w:szCs w:val="18"/>
            <w:u w:val="single"/>
            <w:shd w:fill="auto" w:val="clear"/>
            <w:vertAlign w:val="baseline"/>
            <w:rtl w:val="0"/>
          </w:rPr>
          <w:t xml:space="preserve">Delaware JobLink: Official Resource</w:t>
        </w:r>
      </w:hyperlink>
      <w:r w:rsidDel="00000000" w:rsidR="00000000" w:rsidRPr="00000000">
        <w:rPr>
          <w:rFonts w:ascii="Arial" w:cs="Arial" w:eastAsia="Arial" w:hAnsi="Arial"/>
          <w:b w:val="0"/>
          <w:bCs w:val="0"/>
          <w:i w:val="0"/>
          <w:iCs w:val="0"/>
          <w:smallCaps w:val="0"/>
          <w:strike w:val="0"/>
          <w:color w:val="667085"/>
          <w:sz w:val="18"/>
          <w:szCs w:val="18"/>
          <w:u w:val="none"/>
          <w:shd w:fill="auto" w:val="clear"/>
          <w:vertAlign w:val="baseline"/>
          <w:rtl w:val="0"/>
        </w:rPr>
        <w:t xml:space="preserve">   |   </w:t>
      </w:r>
      <w:r w:rsidDel="00000000" w:rsidR="00000000" w:rsidRPr="00000000">
        <w:rPr>
          <w:rFonts w:ascii="Arial" w:cs="Arial" w:eastAsia="Arial" w:hAnsi="Arial"/>
          <w:b w:val="1"/>
          <w:bCs w:val="1"/>
          <w:i w:val="0"/>
          <w:iCs w:val="0"/>
          <w:smallCaps w:val="0"/>
          <w:strike w:val="0"/>
          <w:color w:val="667085"/>
          <w:sz w:val="18"/>
          <w:szCs w:val="18"/>
          <w:u w:val="none"/>
          <w:shd w:fill="auto" w:val="clear"/>
          <w:vertAlign w:val="baseline"/>
          <w:rtl w:val="0"/>
        </w:rPr>
        <w:t xml:space="preserve">2. </w:t>
      </w:r>
      <w:hyperlink r:id="rId9">
        <w:r w:rsidDel="00000000" w:rsidR="00000000" w:rsidRPr="00000000">
          <w:rPr>
            <w:rFonts w:ascii="Arial" w:cs="Arial" w:eastAsia="Arial" w:hAnsi="Arial"/>
            <w:b w:val="0"/>
            <w:bCs w:val="0"/>
            <w:i w:val="0"/>
            <w:iCs w:val="0"/>
            <w:smallCaps w:val="0"/>
            <w:strike w:val="0"/>
            <w:color w:val="1d4289"/>
            <w:sz w:val="18"/>
            <w:szCs w:val="18"/>
            <w:u w:val="single"/>
            <w:shd w:fill="auto" w:val="clear"/>
            <w:vertAlign w:val="baseline"/>
            <w:rtl w:val="0"/>
          </w:rPr>
          <w:t xml:space="preserve">Federal Student Aid: Official Resource</w:t>
        </w:r>
      </w:hyperlink>
      <w:r w:rsidDel="00000000" w:rsidR="00000000" w:rsidRPr="00000000">
        <w:rPr>
          <w:rFonts w:ascii="Arial" w:cs="Arial" w:eastAsia="Arial" w:hAnsi="Arial"/>
          <w:b w:val="0"/>
          <w:bCs w:val="0"/>
          <w:i w:val="0"/>
          <w:iCs w:val="0"/>
          <w:smallCaps w:val="0"/>
          <w:strike w:val="0"/>
          <w:color w:val="667085"/>
          <w:sz w:val="18"/>
          <w:szCs w:val="18"/>
          <w:u w:val="none"/>
          <w:shd w:fill="auto" w:val="clear"/>
          <w:vertAlign w:val="baseline"/>
          <w:rtl w:val="0"/>
        </w:rPr>
        <w:t xml:space="preserve">   |   </w:t>
      </w:r>
      <w:r w:rsidDel="00000000" w:rsidR="00000000" w:rsidRPr="00000000">
        <w:rPr>
          <w:rFonts w:ascii="Arial" w:cs="Arial" w:eastAsia="Arial" w:hAnsi="Arial"/>
          <w:b w:val="1"/>
          <w:bCs w:val="1"/>
          <w:i w:val="0"/>
          <w:iCs w:val="0"/>
          <w:smallCaps w:val="0"/>
          <w:strike w:val="0"/>
          <w:color w:val="667085"/>
          <w:sz w:val="18"/>
          <w:szCs w:val="18"/>
          <w:u w:val="none"/>
          <w:shd w:fill="auto" w:val="clear"/>
          <w:vertAlign w:val="baseline"/>
          <w:rtl w:val="0"/>
        </w:rPr>
        <w:t xml:space="preserve">3. </w:t>
      </w:r>
      <w:hyperlink r:id="rId10">
        <w:r w:rsidDel="00000000" w:rsidR="00000000" w:rsidRPr="00000000">
          <w:rPr>
            <w:rFonts w:ascii="Arial" w:cs="Arial" w:eastAsia="Arial" w:hAnsi="Arial"/>
            <w:b w:val="0"/>
            <w:bCs w:val="0"/>
            <w:i w:val="0"/>
            <w:iCs w:val="0"/>
            <w:smallCaps w:val="0"/>
            <w:strike w:val="0"/>
            <w:color w:val="1d4289"/>
            <w:sz w:val="18"/>
            <w:szCs w:val="18"/>
            <w:u w:val="single"/>
            <w:shd w:fill="auto" w:val="clear"/>
            <w:vertAlign w:val="baseline"/>
            <w:rtl w:val="0"/>
          </w:rPr>
          <w:t xml:space="preserve">Delawarestudentsuccess: Official Resource</w:t>
        </w:r>
      </w:hyperlink>
      <w:r w:rsidDel="00000000" w:rsidR="00000000" w:rsidRPr="00000000">
        <w:rPr>
          <w:rtl w:val="0"/>
        </w:rPr>
      </w:r>
    </w:p>
    <w:sectPr>
      <w:headerReference r:id="rId11" w:type="default"/>
      <w:footerReference r:id="rId12" w:type="default"/>
      <w:pgSz w:h="15840" w:w="12240" w:orient="portrait"/>
      <w:pgMar w:bottom="1037" w:top="1037" w:left="1037" w:right="1037" w:header="490" w:footer="490"/>
      <w:pgNumType w:start="1"/>
    </w:sectPr>
  </w:body>
</w:document>
</file>

<file path=word/fontTable.xml><?xml version="1.0" encoding="utf-8"?>
<w:font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font w:name="Arial"/>
  <w:font w:name="Calibri"/>
</w:fonts>
</file>

<file path=word/footer1.xml><?xml version="1.0" encoding="utf-8"?>
<w:ft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p w:rsidR="00000000" w:rsidDel="00000000" w:rsidP="00000000" w:rsidRDefault="00000000" w:rsidRPr="00000000" w14:paraId="0000001A">
    <w:pPr>
      <w:keepNext w:val="0"/>
      <w:keepLines w:val="0"/>
      <w:pageBreakBefore w:val="0"/>
      <w:widowControl w:val="1"/>
      <w:pBdr>
        <w:top w:space="0" w:sz="0" w:val="nil"/>
        <w:left w:space="0" w:sz="0" w:val="nil"/>
        <w:bottom w:space="0" w:sz="0" w:val="nil"/>
        <w:right w:space="0" w:sz="0" w:val="nil"/>
        <w:between w:space="0" w:sz="0" w:val="nil"/>
      </w:pBdr>
      <w:shd w:fill="auto" w:val="clear"/>
      <w:tabs>
        <w:tab w:val="center" w:leader="none" w:pos="4680"/>
        <w:tab w:val="right" w:leader="none" w:pos="9360"/>
      </w:tabs>
      <w:spacing w:after="0" w:before="0" w:line="240" w:lineRule="auto"/>
      <w:ind w:left="0" w:right="0" w:firstLine="0"/>
      <w:jc w:val="center"/>
      <w:rPr>
        <w:rFonts w:ascii="Arial" w:cs="Arial" w:eastAsia="Arial" w:hAnsi="Arial"/>
        <w:b w:val="0"/>
        <w:bCs w:val="0"/>
        <w:i w:val="0"/>
        <w:iCs w:val="0"/>
        <w:smallCaps w:val="0"/>
        <w:strike w:val="0"/>
        <w:color w:val="1f2937"/>
        <w:sz w:val="21"/>
        <w:szCs w:val="21"/>
        <w:u w:val="none"/>
        <w:shd w:fill="auto" w:val="clear"/>
        <w:vertAlign w:val="baseline"/>
      </w:rPr>
    </w:pPr>
    <w:r w:rsidDel="00000000" w:rsidR="00000000" w:rsidRPr="00000000">
      <w:rPr>
        <w:rFonts w:ascii="Arial" w:cs="Arial" w:eastAsia="Arial" w:hAnsi="Arial"/>
        <w:b w:val="0"/>
        <w:bCs w:val="0"/>
        <w:i w:val="0"/>
        <w:iCs w:val="0"/>
        <w:smallCaps w:val="0"/>
        <w:strike w:val="0"/>
        <w:color w:val="667085"/>
        <w:sz w:val="15"/>
        <w:szCs w:val="15"/>
        <w:u w:val="none"/>
        <w:shd w:fill="auto" w:val="clear"/>
        <w:vertAlign w:val="baseline"/>
        <w:rtl w:val="0"/>
      </w:rPr>
      <w:t xml:space="preserve">43 Navigation Supports  |  Page </w:t>
    </w:r>
    <w:r w:rsidDel="00000000" w:rsidR="00000000" w:rsidRPr="00000000">
      <w:rPr>
        <w:rFonts w:ascii="Arial" w:cs="Arial" w:eastAsia="Arial" w:hAnsi="Arial"/>
        <w:b w:val="0"/>
        <w:bCs w:val="0"/>
        <w:i w:val="0"/>
        <w:iCs w:val="0"/>
        <w:smallCaps w:val="0"/>
        <w:strike w:val="0"/>
        <w:color w:val="1f2937"/>
        <w:sz w:val="21"/>
        <w:szCs w:val="21"/>
        <w:u w:val="none"/>
        <w:shd w:fill="auto" w:val="clear"/>
        <w:vertAlign w:val="baseline"/>
      </w:rPr>
      <w:fldChar w:fldCharType="begin"/>
      <w:instrText xml:space="preserve">PAGE</w:instrText>
      <w:fldChar w:fldCharType="separate"/>
      <w:fldChar w:fldCharType="end"/>
    </w:r>
    <w:r w:rsidDel="00000000" w:rsidR="00000000" w:rsidRPr="00000000">
      <w:rPr>
        <w:rtl w:val="0"/>
      </w:rPr>
    </w:r>
  </w:p>
</w:ftr>
</file>

<file path=word/header1.xml><?xml version="1.0" encoding="utf-8"?>
<w:hd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p w:rsidR="00000000" w:rsidDel="00000000" w:rsidP="00000000" w:rsidRDefault="00000000" w:rsidRPr="00000000" w14:paraId="00000019">
    <w:pPr>
      <w:keepNext w:val="0"/>
      <w:keepLines w:val="0"/>
      <w:pageBreakBefore w:val="0"/>
      <w:widowControl w:val="1"/>
      <w:pBdr>
        <w:top w:space="0" w:sz="0" w:val="nil"/>
        <w:left w:space="0" w:sz="0" w:val="nil"/>
        <w:bottom w:space="0" w:sz="0" w:val="nil"/>
        <w:right w:space="0" w:sz="0" w:val="nil"/>
        <w:between w:space="0" w:sz="0" w:val="nil"/>
      </w:pBdr>
      <w:shd w:fill="auto" w:val="clear"/>
      <w:tabs>
        <w:tab w:val="center" w:leader="none" w:pos="4680"/>
        <w:tab w:val="right" w:leader="none" w:pos="9360"/>
      </w:tabs>
      <w:spacing w:after="0" w:before="0" w:line="240" w:lineRule="auto"/>
      <w:ind w:left="0" w:right="0" w:firstLine="0"/>
      <w:jc w:val="right"/>
      <w:rPr>
        <w:rFonts w:ascii="Arial" w:cs="Arial" w:eastAsia="Arial" w:hAnsi="Arial"/>
        <w:b w:val="0"/>
        <w:bCs w:val="0"/>
        <w:i w:val="0"/>
        <w:iCs w:val="0"/>
        <w:smallCaps w:val="0"/>
        <w:strike w:val="0"/>
        <w:color w:val="1f2937"/>
        <w:sz w:val="21"/>
        <w:szCs w:val="21"/>
        <w:u w:val="none"/>
        <w:shd w:fill="auto" w:val="clear"/>
        <w:vertAlign w:val="baseline"/>
      </w:rPr>
    </w:pPr>
    <w:r w:rsidDel="00000000" w:rsidR="00000000" w:rsidRPr="00000000">
      <w:rPr>
        <w:rFonts w:ascii="Arial" w:cs="Arial" w:eastAsia="Arial" w:hAnsi="Arial"/>
        <w:b w:val="1"/>
        <w:bCs w:val="1"/>
        <w:i w:val="0"/>
        <w:iCs w:val="0"/>
        <w:smallCaps w:val="0"/>
        <w:strike w:val="0"/>
        <w:color w:val="667085"/>
        <w:sz w:val="16"/>
        <w:szCs w:val="16"/>
        <w:u w:val="none"/>
        <w:shd w:fill="auto" w:val="clear"/>
        <w:vertAlign w:val="baseline"/>
        <w:rtl w:val="0"/>
      </w:rPr>
      <w:t xml:space="preserve">LAUNCH INTO YOUR FUTURE  |  SCHOOL COMMUNICATION TEMPLATE</w:t>
    </w:r>
    <w:r w:rsidDel="00000000" w:rsidR="00000000" w:rsidRPr="00000000">
      <w:rPr>
        <w:rtl w:val="0"/>
      </w:rPr>
    </w:r>
  </w:p>
</w:hdr>
</file>

<file path=word/numbering.xml><?xml version="1.0" encoding="utf-8"?>
<w:numbering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abstractNum w:abstractNumId="1">
    <w:lvl w:ilvl="0">
      <w:start w:val="1"/>
      <w:numFmt w:val="bullet"/>
      <w:lvlText w:val="•"/>
      <w:lvlJc w:val="left"/>
      <w:pPr>
        <w:ind w:left="540" w:hanging="270"/>
      </w:pPr>
      <w:rPr>
        <w:rFonts w:ascii="Arial" w:cs="Arial" w:eastAsia="Arial" w:hAnsi="Arial"/>
      </w:rPr>
    </w:lvl>
    <w:lvl w:ilvl="1">
      <w:start w:val="1"/>
      <w:numFmt w:val="bullet"/>
      <w:lvlText w:val=""/>
      <w:lvlJc w:val="left"/>
      <w:pPr>
        <w:ind w:left="0" w:firstLine="0"/>
      </w:pPr>
      <w:rPr/>
    </w:lvl>
    <w:lvl w:ilvl="2">
      <w:start w:val="1"/>
      <w:numFmt w:val="bullet"/>
      <w:lvlText w:val=""/>
      <w:lvlJc w:val="left"/>
      <w:pPr>
        <w:ind w:left="0" w:firstLine="0"/>
      </w:pPr>
      <w:rPr/>
    </w:lvl>
    <w:lvl w:ilvl="3">
      <w:start w:val="1"/>
      <w:numFmt w:val="bullet"/>
      <w:lvlText w:val=""/>
      <w:lvlJc w:val="left"/>
      <w:pPr>
        <w:ind w:left="0" w:firstLine="0"/>
      </w:pPr>
      <w:rPr/>
    </w:lvl>
    <w:lvl w:ilvl="4">
      <w:start w:val="1"/>
      <w:numFmt w:val="bullet"/>
      <w:lvlText w:val=""/>
      <w:lvlJc w:val="left"/>
      <w:pPr>
        <w:ind w:left="0" w:firstLine="0"/>
      </w:pPr>
      <w:rPr/>
    </w:lvl>
    <w:lvl w:ilvl="5">
      <w:start w:val="1"/>
      <w:numFmt w:val="bullet"/>
      <w:lvlText w:val=""/>
      <w:lvlJc w:val="left"/>
      <w:pPr>
        <w:ind w:left="0" w:firstLine="0"/>
      </w:pPr>
      <w:rPr/>
    </w:lvl>
    <w:lvl w:ilvl="6">
      <w:start w:val="1"/>
      <w:numFmt w:val="bullet"/>
      <w:lvlText w:val=""/>
      <w:lvlJc w:val="left"/>
      <w:pPr>
        <w:ind w:left="0" w:firstLine="0"/>
      </w:pPr>
      <w:rPr/>
    </w:lvl>
    <w:lvl w:ilvl="7">
      <w:start w:val="1"/>
      <w:numFmt w:val="bullet"/>
      <w:lvlText w:val=""/>
      <w:lvlJc w:val="left"/>
      <w:pPr>
        <w:ind w:left="0" w:firstLine="0"/>
      </w:pPr>
      <w:rPr/>
    </w:lvl>
    <w:lvl w:ilvl="8">
      <w:start w:val="1"/>
      <w:numFmt w:val="bullet"/>
      <w:lvlText w:val=""/>
      <w:lvlJc w:val="left"/>
      <w:pPr>
        <w:ind w:left="0" w:firstLine="0"/>
      </w:pPr>
      <w:rPr/>
    </w:lvl>
  </w:abstractNum>
  <w:num w:numId="1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embedTrueTypeFonts w:val="1"/>
  <w:defaultTabStop w:val="720"/>
  <w:compat>
    <w:compatSetting w:val="15" w:name="compatibilityMode" w:uri="http://schemas.microsoft.com/office/word"/>
  </w:compat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docDefaults>
    <w:rPrDefault>
      <w:rPr>
        <w:rFonts w:ascii="Arial" w:cs="Arial" w:eastAsia="Arial" w:hAnsi="Arial"/>
        <w:color w:val="1f2937"/>
        <w:sz w:val="21"/>
        <w:szCs w:val="21"/>
        <w:lang w:val="en"/>
      </w:rPr>
    </w:rPrDefault>
    <w:pPrDefault>
      <w:pPr>
        <w:spacing w:after="80" w:line="276" w:lineRule="auto"/>
      </w:pPr>
    </w:pPrDefault>
  </w:docDefaults>
  <w:style w:type="table" w:styleId="TableNormal" w:default="1">
    <w:name w:val="TableNormal"/>
    <w:tblPr>
      <w:tblCellMar>
        <w:top w:w="100.0" w:type="dxa"/>
        <w:left w:w="100.0" w:type="dxa"/>
        <w:bottom w:w="100.0" w:type="dxa"/>
        <w:right w:w="100.0" w:type="dxa"/>
      </w:tblCellMar>
    </w:tblPr>
  </w:style>
  <w:style w:type="paragraph" w:styleId="Normal" w:default="1">
    <w:name w:val="normal"/>
  </w:style>
  <w:style w:type="paragraph" w:styleId="Heading1">
    <w:name w:val="heading 1"/>
    <w:basedOn w:val="Normal"/>
    <w:next w:val="Normal"/>
    <w:pPr>
      <w:keepNext w:val="1"/>
      <w:keepLines w:val="1"/>
      <w:spacing w:after="100" w:before="200" w:line="246.99999999999994" w:lineRule="auto"/>
    </w:pPr>
    <w:rPr>
      <w:rFonts w:ascii="Arial" w:cs="Arial" w:eastAsia="Arial" w:hAnsi="Arial"/>
      <w:b w:val="1"/>
      <w:bCs w:val="1"/>
      <w:color w:val="1d4289"/>
      <w:sz w:val="30"/>
      <w:szCs w:val="30"/>
    </w:rPr>
  </w:style>
  <w:style w:type="paragraph" w:styleId="Heading2">
    <w:name w:val="heading 2"/>
    <w:basedOn w:val="Normal"/>
    <w:next w:val="Normal"/>
    <w:pPr>
      <w:keepNext w:val="1"/>
      <w:keepLines w:val="1"/>
      <w:spacing w:after="80" w:before="160" w:line="246.99999999999994" w:lineRule="auto"/>
    </w:pPr>
    <w:rPr>
      <w:rFonts w:ascii="Arial" w:cs="Arial" w:eastAsia="Arial" w:hAnsi="Arial"/>
      <w:b w:val="1"/>
      <w:bCs w:val="1"/>
      <w:color w:val="1d4289"/>
      <w:sz w:val="24"/>
      <w:szCs w:val="24"/>
    </w:rPr>
  </w:style>
  <w:style w:type="paragraph" w:styleId="Heading3">
    <w:name w:val="heading 3"/>
    <w:basedOn w:val="Normal"/>
    <w:next w:val="Normal"/>
    <w:pPr>
      <w:keepNext w:val="1"/>
      <w:keepLines w:val="1"/>
      <w:spacing w:after="100" w:before="200" w:line="259" w:lineRule="auto"/>
    </w:pPr>
    <w:rPr>
      <w:rFonts w:ascii="Arial" w:cs="Arial" w:eastAsia="Arial" w:hAnsi="Arial"/>
      <w:b w:val="1"/>
      <w:bCs w:val="1"/>
      <w:color w:val="274c77"/>
      <w:sz w:val="24"/>
      <w:szCs w:val="24"/>
    </w:rPr>
  </w:style>
  <w:style w:type="paragraph" w:styleId="Heading4">
    <w:name w:val="heading 4"/>
    <w:basedOn w:val="Normal"/>
    <w:next w:val="Normal"/>
    <w:pPr>
      <w:keepNext w:val="1"/>
      <w:keepLines w:val="1"/>
      <w:spacing w:after="0" w:before="200" w:lineRule="auto"/>
    </w:pPr>
    <w:rPr>
      <w:rFonts w:ascii="Calibri" w:cs="Calibri" w:eastAsia="Calibri" w:hAnsi="Calibri"/>
      <w:b w:val="1"/>
      <w:bCs w:val="1"/>
      <w:i w:val="1"/>
      <w:iCs w:val="1"/>
      <w:color w:val="4f81bd"/>
    </w:rPr>
  </w:style>
  <w:style w:type="paragraph" w:styleId="Heading5">
    <w:name w:val="heading 5"/>
    <w:basedOn w:val="Normal"/>
    <w:next w:val="Normal"/>
    <w:pPr>
      <w:keepNext w:val="1"/>
      <w:keepLines w:val="1"/>
      <w:spacing w:after="0" w:before="200" w:lineRule="auto"/>
    </w:pPr>
    <w:rPr>
      <w:rFonts w:ascii="Calibri" w:cs="Calibri" w:eastAsia="Calibri" w:hAnsi="Calibri"/>
      <w:color w:val="243f61"/>
    </w:rPr>
  </w:style>
  <w:style w:type="paragraph" w:styleId="Heading6">
    <w:name w:val="heading 6"/>
    <w:basedOn w:val="Normal"/>
    <w:next w:val="Normal"/>
    <w:pPr>
      <w:keepNext w:val="1"/>
      <w:keepLines w:val="1"/>
      <w:spacing w:after="0" w:before="200" w:lineRule="auto"/>
    </w:pPr>
    <w:rPr>
      <w:rFonts w:ascii="Calibri" w:cs="Calibri" w:eastAsia="Calibri" w:hAnsi="Calibri"/>
      <w:i w:val="1"/>
      <w:iCs w:val="1"/>
      <w:color w:val="243f61"/>
    </w:rPr>
  </w:style>
  <w:style w:type="paragraph" w:styleId="Title">
    <w:name w:val="Title"/>
    <w:basedOn w:val="Normal"/>
    <w:next w:val="Normal"/>
    <w:pPr>
      <w:keepNext w:val="1"/>
      <w:pBdr>
        <w:bottom w:color="4f81bd" w:space="4" w:sz="8" w:val="single"/>
      </w:pBdr>
      <w:spacing w:after="60" w:before="0" w:line="240" w:lineRule="auto"/>
    </w:pPr>
    <w:rPr>
      <w:rFonts w:ascii="Arial" w:cs="Arial" w:eastAsia="Arial" w:hAnsi="Arial"/>
      <w:b w:val="1"/>
      <w:bCs w:val="1"/>
      <w:color w:val="1d4289"/>
      <w:sz w:val="44"/>
      <w:szCs w:val="44"/>
    </w:rPr>
  </w:style>
  <w:style w:type="paragraph" w:styleId="Header">
    <w:name w:val="header"/>
    <w:basedOn w:val="Normal"/>
    <w:link w:val="HeaderChar"/>
    <w:uiPriority w:val="99"/>
    <w:unhideWhenUsed w:val="1"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styleId="HeaderChar" w:customStyle="1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 w:val="1"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styleId="FooterChar" w:customStyle="1">
    <w:name w:val="Footer Char"/>
    <w:basedOn w:val="DefaultParagraphFont"/>
    <w:link w:val="Footer"/>
    <w:uiPriority w:val="99"/>
    <w:rsid w:val="00E618BF"/>
  </w:style>
  <w:style w:type="paragraph" w:styleId="Heading7">
    <w:name w:val="heading 7"/>
    <w:basedOn w:val="Normal"/>
    <w:next w:val="Normal"/>
    <w:link w:val="Heading7Char"/>
    <w:uiPriority w:val="9"/>
    <w:semiHidden w:val="1"/>
    <w:unhideWhenUsed w:val="1"/>
    <w:qFormat w:val="1"/>
    <w:rsid w:val="00FC693F"/>
    <w:pPr>
      <w:keepNext w:val="1"/>
      <w:keepLines w:val="1"/>
      <w:spacing w:after="0" w:before="200"/>
      <w:outlineLvl w:val="6"/>
    </w:pPr>
    <w:rPr>
      <w:rFonts w:asciiTheme="majorHAnsi" w:cstheme="majorBidi" w:eastAsiaTheme="majorEastAsia" w:hAnsiTheme="majorHAnsi"/>
      <w:i w:val="1"/>
      <w:iCs w:val="1"/>
      <w:color w:val="404040" w:themeColor="text1" w:themeTint="0000BF"/>
    </w:rPr>
  </w:style>
  <w:style w:type="paragraph" w:styleId="Heading8">
    <w:name w:val="heading 8"/>
    <w:basedOn w:val="Normal"/>
    <w:next w:val="Normal"/>
    <w:link w:val="Heading8Char"/>
    <w:uiPriority w:val="9"/>
    <w:semiHidden w:val="1"/>
    <w:unhideWhenUsed w:val="1"/>
    <w:qFormat w:val="1"/>
    <w:rsid w:val="00FC693F"/>
    <w:pPr>
      <w:keepNext w:val="1"/>
      <w:keepLines w:val="1"/>
      <w:spacing w:after="0" w:before="200"/>
      <w:outlineLvl w:val="7"/>
    </w:pPr>
    <w:rPr>
      <w:rFonts w:asciiTheme="majorHAnsi" w:cstheme="majorBidi" w:eastAsiaTheme="majorEastAsia" w:hAnsiTheme="majorHAns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 w:val="1"/>
    <w:unhideWhenUsed w:val="1"/>
    <w:qFormat w:val="1"/>
    <w:rsid w:val="00FC693F"/>
    <w:pPr>
      <w:keepNext w:val="1"/>
      <w:keepLines w:val="1"/>
      <w:spacing w:after="0" w:before="200"/>
      <w:outlineLvl w:val="8"/>
    </w:pPr>
    <w:rPr>
      <w:rFonts w:asciiTheme="majorHAnsi" w:cstheme="majorBidi" w:eastAsiaTheme="majorEastAsia" w:hAnsiTheme="majorHAnsi"/>
      <w:i w:val="1"/>
      <w:iCs w:val="1"/>
      <w:color w:val="404040" w:themeColor="text1" w:themeTint="0000BF"/>
      <w:sz w:val="20"/>
      <w:szCs w:val="20"/>
    </w:rPr>
  </w:style>
  <w:style w:type="character" w:styleId="DefaultParagraphFont" w:default="1">
    <w:name w:val="Default Paragraph Font"/>
    <w:uiPriority w:val="1"/>
    <w:semiHidden w:val="1"/>
    <w:unhideWhenUsed w:val="1"/>
  </w:style>
  <w:style w:type="table" w:styleId="TableNormal" w:default="1">
    <w:name w:val="Normal Table"/>
    <w:uiPriority w:val="99"/>
    <w:semiHidden w:val="1"/>
    <w:unhideWhenUsed w:val="1"/>
    <w:tblPr>
      <w:tblInd w:w="0.0" w:type="dxa"/>
      <w:tblCellMar>
        <w:top w:w="0.0" w:type="dxa"/>
        <w:left w:w="108.0" w:type="dxa"/>
        <w:bottom w:w="0.0" w:type="dxa"/>
        <w:right w:w="108.0" w:type="dxa"/>
      </w:tblCellMar>
    </w:tblPr>
  </w:style>
  <w:style w:type="numbering" w:styleId="NoList" w:default="1">
    <w:name w:val="No List"/>
    <w:uiPriority w:val="99"/>
    <w:semiHidden w:val="1"/>
    <w:unhideWhenUsed w:val="1"/>
  </w:style>
  <w:style w:type="paragraph" w:styleId="NoSpacing">
    <w:name w:val="No Spacing"/>
    <w:uiPriority w:val="1"/>
    <w:qFormat w:val="1"/>
    <w:rsid w:val="00FC693F"/>
    <w:pPr>
      <w:spacing w:after="0" w:line="240" w:lineRule="auto"/>
    </w:pPr>
  </w:style>
  <w:style w:type="character" w:styleId="Heading1Char" w:customStyle="1">
    <w:name w:val="Heading 1 Char"/>
    <w:basedOn w:val="DefaultParagraphFont"/>
    <w:link w:val="Heading1"/>
    <w:uiPriority w:val="9"/>
    <w:rsid w:val="00FC693F"/>
    <w:rPr>
      <w:rFonts w:asciiTheme="majorHAnsi" w:cstheme="majorBidi" w:eastAsiaTheme="majorEastAsia" w:hAnsiTheme="majorHAnsi"/>
      <w:b w:val="1"/>
      <w:bCs w:val="1"/>
      <w:color w:val="365f91" w:themeColor="accent1" w:themeShade="0000BF"/>
      <w:sz w:val="28"/>
      <w:szCs w:val="28"/>
    </w:rPr>
  </w:style>
  <w:style w:type="character" w:styleId="Heading2Char" w:customStyle="1">
    <w:name w:val="Heading 2 Char"/>
    <w:basedOn w:val="DefaultParagraphFont"/>
    <w:link w:val="Heading2"/>
    <w:uiPriority w:val="9"/>
    <w:rsid w:val="00FC693F"/>
    <w:rPr>
      <w:rFonts w:asciiTheme="majorHAnsi" w:cstheme="majorBidi" w:eastAsiaTheme="majorEastAsia" w:hAnsiTheme="majorHAnsi"/>
      <w:b w:val="1"/>
      <w:bCs w:val="1"/>
      <w:color w:val="4f81bd" w:themeColor="accent1"/>
      <w:sz w:val="26"/>
      <w:szCs w:val="26"/>
    </w:rPr>
  </w:style>
  <w:style w:type="character" w:styleId="Heading3Char" w:customStyle="1">
    <w:name w:val="Heading 3 Char"/>
    <w:basedOn w:val="DefaultParagraphFont"/>
    <w:link w:val="Heading3"/>
    <w:uiPriority w:val="9"/>
    <w:rsid w:val="00FC693F"/>
    <w:rPr>
      <w:rFonts w:asciiTheme="majorHAnsi" w:cstheme="majorBidi" w:eastAsiaTheme="majorEastAsia" w:hAnsiTheme="majorHAnsi"/>
      <w:b w:val="1"/>
      <w:bCs w:val="1"/>
      <w:color w:val="4f81bd" w:themeColor="accent1"/>
    </w:rPr>
  </w:style>
  <w:style w:type="character" w:styleId="TitleChar" w:customStyle="1">
    <w:name w:val="Title Char"/>
    <w:basedOn w:val="DefaultParagraphFont"/>
    <w:link w:val="Title"/>
    <w:uiPriority w:val="10"/>
    <w:rsid w:val="00FC693F"/>
    <w:rPr>
      <w:rFonts w:asciiTheme="majorHAnsi" w:cstheme="majorBidi" w:eastAsiaTheme="majorEastAsia" w:hAnsiTheme="majorHAnsi"/>
      <w:color w:val="17365d" w:themeColor="text2" w:themeShade="0000BF"/>
      <w:spacing w:val="5"/>
      <w:kern w:val="28"/>
      <w:sz w:val="52"/>
      <w:szCs w:val="52"/>
    </w:rPr>
  </w:style>
  <w:style w:type="character" w:styleId="SubtitleChar" w:customStyle="1">
    <w:name w:val="Subtitle Char"/>
    <w:basedOn w:val="DefaultParagraphFont"/>
    <w:link w:val="Subtitle"/>
    <w:uiPriority w:val="11"/>
    <w:rsid w:val="00FC693F"/>
    <w:rPr>
      <w:rFonts w:asciiTheme="majorHAnsi" w:cstheme="majorBidi" w:eastAsiaTheme="majorEastAsia" w:hAnsiTheme="majorHAnsi"/>
      <w:i w:val="1"/>
      <w:iCs w:val="1"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 w:val="1"/>
    <w:rsid w:val="00FC693F"/>
    <w:pPr>
      <w:ind w:left="720"/>
      <w:contextualSpacing w:val="1"/>
    </w:pPr>
  </w:style>
  <w:style w:type="paragraph" w:styleId="BodyText">
    <w:name w:val="Body Text"/>
    <w:basedOn w:val="Normal"/>
    <w:link w:val="BodyTextChar"/>
    <w:uiPriority w:val="99"/>
    <w:unhideWhenUsed w:val="1"/>
    <w:rsid w:val="00AA1D8D"/>
    <w:pPr>
      <w:spacing w:after="120"/>
    </w:pPr>
  </w:style>
  <w:style w:type="character" w:styleId="BodyTextChar" w:customStyle="1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 w:val="1"/>
    <w:rsid w:val="00AA1D8D"/>
    <w:pPr>
      <w:spacing w:after="120" w:line="480" w:lineRule="auto"/>
    </w:pPr>
  </w:style>
  <w:style w:type="character" w:styleId="BodyText2Char" w:customStyle="1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 w:val="1"/>
    <w:rsid w:val="00AA1D8D"/>
    <w:pPr>
      <w:spacing w:after="120"/>
    </w:pPr>
    <w:rPr>
      <w:sz w:val="16"/>
      <w:szCs w:val="16"/>
    </w:rPr>
  </w:style>
  <w:style w:type="character" w:styleId="BodyText3Char" w:customStyle="1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 w:val="1"/>
    <w:rsid w:val="00AA1D8D"/>
    <w:pPr>
      <w:ind w:left="360" w:hanging="360"/>
      <w:contextualSpacing w:val="1"/>
    </w:pPr>
  </w:style>
  <w:style w:type="paragraph" w:styleId="List2">
    <w:name w:val="List 2"/>
    <w:basedOn w:val="Normal"/>
    <w:uiPriority w:val="99"/>
    <w:unhideWhenUsed w:val="1"/>
    <w:rsid w:val="00326F90"/>
    <w:pPr>
      <w:ind w:left="720" w:hanging="360"/>
      <w:contextualSpacing w:val="1"/>
    </w:pPr>
  </w:style>
  <w:style w:type="paragraph" w:styleId="List3">
    <w:name w:val="List 3"/>
    <w:basedOn w:val="Normal"/>
    <w:uiPriority w:val="99"/>
    <w:unhideWhenUsed w:val="1"/>
    <w:rsid w:val="00326F90"/>
    <w:pPr>
      <w:ind w:left="1080" w:hanging="360"/>
      <w:contextualSpacing w:val="1"/>
    </w:pPr>
  </w:style>
  <w:style w:type="paragraph" w:styleId="ListBullet">
    <w:name w:val="List Bullet"/>
    <w:basedOn w:val="Normal"/>
    <w:uiPriority w:val="99"/>
    <w:unhideWhenUsed w:val="1"/>
    <w:rsid w:val="00326F90"/>
    <w:pPr>
      <w:numPr>
        <w:numId w:val="1"/>
      </w:numPr>
      <w:contextualSpacing w:val="1"/>
    </w:pPr>
  </w:style>
  <w:style w:type="paragraph" w:styleId="ListBullet2">
    <w:name w:val="List Bullet 2"/>
    <w:basedOn w:val="Normal"/>
    <w:uiPriority w:val="99"/>
    <w:unhideWhenUsed w:val="1"/>
    <w:rsid w:val="00326F90"/>
    <w:pPr>
      <w:numPr>
        <w:numId w:val="2"/>
      </w:numPr>
      <w:contextualSpacing w:val="1"/>
    </w:pPr>
  </w:style>
  <w:style w:type="paragraph" w:styleId="ListBullet3">
    <w:name w:val="List Bullet 3"/>
    <w:basedOn w:val="Normal"/>
    <w:uiPriority w:val="99"/>
    <w:unhideWhenUsed w:val="1"/>
    <w:rsid w:val="00326F90"/>
    <w:pPr>
      <w:numPr>
        <w:numId w:val="3"/>
      </w:numPr>
      <w:contextualSpacing w:val="1"/>
    </w:pPr>
  </w:style>
  <w:style w:type="paragraph" w:styleId="ListNumber">
    <w:name w:val="List Number"/>
    <w:basedOn w:val="Normal"/>
    <w:uiPriority w:val="99"/>
    <w:unhideWhenUsed w:val="1"/>
    <w:rsid w:val="00326F90"/>
    <w:pPr>
      <w:numPr>
        <w:numId w:val="5"/>
      </w:numPr>
      <w:contextualSpacing w:val="1"/>
    </w:pPr>
  </w:style>
  <w:style w:type="paragraph" w:styleId="ListNumber2">
    <w:name w:val="List Number 2"/>
    <w:basedOn w:val="Normal"/>
    <w:uiPriority w:val="99"/>
    <w:unhideWhenUsed w:val="1"/>
    <w:rsid w:val="0029639D"/>
    <w:pPr>
      <w:numPr>
        <w:numId w:val="6"/>
      </w:numPr>
      <w:contextualSpacing w:val="1"/>
    </w:pPr>
  </w:style>
  <w:style w:type="paragraph" w:styleId="ListNumber3">
    <w:name w:val="List Number 3"/>
    <w:basedOn w:val="Normal"/>
    <w:uiPriority w:val="99"/>
    <w:unhideWhenUsed w:val="1"/>
    <w:rsid w:val="0029639D"/>
    <w:pPr>
      <w:numPr>
        <w:numId w:val="7"/>
      </w:numPr>
      <w:contextualSpacing w:val="1"/>
    </w:pPr>
  </w:style>
  <w:style w:type="paragraph" w:styleId="ListContinue">
    <w:name w:val="List Continue"/>
    <w:basedOn w:val="Normal"/>
    <w:uiPriority w:val="99"/>
    <w:unhideWhenUsed w:val="1"/>
    <w:rsid w:val="0029639D"/>
    <w:pPr>
      <w:spacing w:after="120"/>
      <w:ind w:left="360"/>
      <w:contextualSpacing w:val="1"/>
    </w:pPr>
  </w:style>
  <w:style w:type="paragraph" w:styleId="ListContinue2">
    <w:name w:val="List Continue 2"/>
    <w:basedOn w:val="Normal"/>
    <w:uiPriority w:val="99"/>
    <w:unhideWhenUsed w:val="1"/>
    <w:rsid w:val="0029639D"/>
    <w:pPr>
      <w:spacing w:after="120"/>
      <w:ind w:left="720"/>
      <w:contextualSpacing w:val="1"/>
    </w:pPr>
  </w:style>
  <w:style w:type="paragraph" w:styleId="ListContinue3">
    <w:name w:val="List Continue 3"/>
    <w:basedOn w:val="Normal"/>
    <w:uiPriority w:val="99"/>
    <w:unhideWhenUsed w:val="1"/>
    <w:rsid w:val="0029639D"/>
    <w:pPr>
      <w:spacing w:after="120"/>
      <w:ind w:left="1080"/>
      <w:contextualSpacing w:val="1"/>
    </w:pPr>
  </w:style>
  <w:style w:type="paragraph" w:styleId="MacroText">
    <w:name w:val="macro"/>
    <w:link w:val="MacroTextChar"/>
    <w:uiPriority w:val="99"/>
    <w:unhideWhenUsed w:val="1"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styleId="MacroTextChar" w:customStyle="1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 w:val="1"/>
    <w:rsid w:val="00FC693F"/>
    <w:rPr>
      <w:i w:val="1"/>
      <w:iCs w:val="1"/>
      <w:color w:val="000000" w:themeColor="text1"/>
    </w:rPr>
  </w:style>
  <w:style w:type="character" w:styleId="QuoteChar" w:customStyle="1">
    <w:name w:val="Quote Char"/>
    <w:basedOn w:val="DefaultParagraphFont"/>
    <w:link w:val="Quote"/>
    <w:uiPriority w:val="29"/>
    <w:rsid w:val="00FC693F"/>
    <w:rPr>
      <w:i w:val="1"/>
      <w:iCs w:val="1"/>
      <w:color w:val="000000" w:themeColor="text1"/>
    </w:rPr>
  </w:style>
  <w:style w:type="character" w:styleId="Heading4Char" w:customStyle="1">
    <w:name w:val="Heading 4 Char"/>
    <w:basedOn w:val="DefaultParagraphFont"/>
    <w:link w:val="Heading4"/>
    <w:uiPriority w:val="9"/>
    <w:semiHidden w:val="1"/>
    <w:rsid w:val="00FC693F"/>
    <w:rPr>
      <w:rFonts w:asciiTheme="majorHAnsi" w:cstheme="majorBidi" w:eastAsiaTheme="majorEastAsia" w:hAnsiTheme="majorHAnsi"/>
      <w:b w:val="1"/>
      <w:bCs w:val="1"/>
      <w:i w:val="1"/>
      <w:iCs w:val="1"/>
      <w:color w:val="4f81bd" w:themeColor="accent1"/>
    </w:rPr>
  </w:style>
  <w:style w:type="character" w:styleId="Heading5Char" w:customStyle="1">
    <w:name w:val="Heading 5 Char"/>
    <w:basedOn w:val="DefaultParagraphFont"/>
    <w:link w:val="Heading5"/>
    <w:uiPriority w:val="9"/>
    <w:semiHidden w:val="1"/>
    <w:rsid w:val="00FC693F"/>
    <w:rPr>
      <w:rFonts w:asciiTheme="majorHAnsi" w:cstheme="majorBidi" w:eastAsiaTheme="majorEastAsia" w:hAnsiTheme="majorHAnsi"/>
      <w:color w:val="243f60" w:themeColor="accent1" w:themeShade="00007F"/>
    </w:rPr>
  </w:style>
  <w:style w:type="character" w:styleId="Heading6Char" w:customStyle="1">
    <w:name w:val="Heading 6 Char"/>
    <w:basedOn w:val="DefaultParagraphFont"/>
    <w:link w:val="Heading6"/>
    <w:uiPriority w:val="9"/>
    <w:semiHidden w:val="1"/>
    <w:rsid w:val="00FC693F"/>
    <w:rPr>
      <w:rFonts w:asciiTheme="majorHAnsi" w:cstheme="majorBidi" w:eastAsiaTheme="majorEastAsia" w:hAnsiTheme="majorHAnsi"/>
      <w:i w:val="1"/>
      <w:iCs w:val="1"/>
      <w:color w:val="243f60" w:themeColor="accent1" w:themeShade="00007F"/>
    </w:rPr>
  </w:style>
  <w:style w:type="character" w:styleId="Heading7Char" w:customStyle="1">
    <w:name w:val="Heading 7 Char"/>
    <w:basedOn w:val="DefaultParagraphFont"/>
    <w:link w:val="Heading7"/>
    <w:uiPriority w:val="9"/>
    <w:semiHidden w:val="1"/>
    <w:rsid w:val="00FC693F"/>
    <w:rPr>
      <w:rFonts w:asciiTheme="majorHAnsi" w:cstheme="majorBidi" w:eastAsiaTheme="majorEastAsia" w:hAnsiTheme="majorHAnsi"/>
      <w:i w:val="1"/>
      <w:iCs w:val="1"/>
      <w:color w:val="404040" w:themeColor="text1" w:themeTint="0000BF"/>
    </w:rPr>
  </w:style>
  <w:style w:type="character" w:styleId="Heading8Char" w:customStyle="1">
    <w:name w:val="Heading 8 Char"/>
    <w:basedOn w:val="DefaultParagraphFont"/>
    <w:link w:val="Heading8"/>
    <w:uiPriority w:val="9"/>
    <w:semiHidden w:val="1"/>
    <w:rsid w:val="00FC693F"/>
    <w:rPr>
      <w:rFonts w:asciiTheme="majorHAnsi" w:cstheme="majorBidi" w:eastAsiaTheme="majorEastAsia" w:hAnsiTheme="majorHAnsi"/>
      <w:color w:val="4f81bd" w:themeColor="accent1"/>
      <w:sz w:val="20"/>
      <w:szCs w:val="20"/>
    </w:rPr>
  </w:style>
  <w:style w:type="character" w:styleId="Heading9Char" w:customStyle="1">
    <w:name w:val="Heading 9 Char"/>
    <w:basedOn w:val="DefaultParagraphFont"/>
    <w:link w:val="Heading9"/>
    <w:uiPriority w:val="9"/>
    <w:semiHidden w:val="1"/>
    <w:rsid w:val="00FC693F"/>
    <w:rPr>
      <w:rFonts w:asciiTheme="majorHAnsi" w:cstheme="majorBidi" w:eastAsiaTheme="majorEastAsia" w:hAnsiTheme="majorHAnsi"/>
      <w:i w:val="1"/>
      <w:iCs w:val="1"/>
      <w:color w:val="404040" w:themeColor="text1" w:themeTint="0000BF"/>
      <w:sz w:val="20"/>
      <w:szCs w:val="20"/>
    </w:rPr>
  </w:style>
  <w:style w:type="paragraph" w:styleId="Caption">
    <w:name w:val="caption"/>
    <w:basedOn w:val="Normal"/>
    <w:next w:val="Normal"/>
    <w:uiPriority w:val="35"/>
    <w:semiHidden w:val="1"/>
    <w:unhideWhenUsed w:val="1"/>
    <w:qFormat w:val="1"/>
    <w:rsid w:val="00FC693F"/>
    <w:pPr>
      <w:spacing w:line="240" w:lineRule="auto"/>
    </w:pPr>
    <w:rPr>
      <w:b w:val="1"/>
      <w:bCs w:val="1"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 w:val="1"/>
    <w:rsid w:val="00FC693F"/>
    <w:rPr>
      <w:b w:val="1"/>
      <w:bCs w:val="1"/>
    </w:rPr>
  </w:style>
  <w:style w:type="character" w:styleId="Emphasis">
    <w:name w:val="Emphasis"/>
    <w:basedOn w:val="DefaultParagraphFont"/>
    <w:uiPriority w:val="20"/>
    <w:qFormat w:val="1"/>
    <w:rsid w:val="00FC693F"/>
    <w:rPr>
      <w:i w:val="1"/>
      <w:iCs w:val="1"/>
    </w:rPr>
  </w:style>
  <w:style w:type="paragraph" w:styleId="IntenseQuote">
    <w:name w:val="Intense Quote"/>
    <w:basedOn w:val="Normal"/>
    <w:next w:val="Normal"/>
    <w:link w:val="IntenseQuoteChar"/>
    <w:uiPriority w:val="30"/>
    <w:qFormat w:val="1"/>
    <w:rsid w:val="00FC693F"/>
    <w:pPr>
      <w:pBdr>
        <w:bottom w:color="4f81bd" w:space="4" w:sz="4" w:themeColor="accent1" w:val="single"/>
      </w:pBdr>
      <w:spacing w:after="280" w:before="200"/>
      <w:ind w:left="936" w:right="936"/>
    </w:pPr>
    <w:rPr>
      <w:b w:val="1"/>
      <w:bCs w:val="1"/>
      <w:i w:val="1"/>
      <w:iCs w:val="1"/>
      <w:color w:val="4f81bd" w:themeColor="accent1"/>
    </w:rPr>
  </w:style>
  <w:style w:type="character" w:styleId="IntenseQuoteChar" w:customStyle="1">
    <w:name w:val="Intense Quote Char"/>
    <w:basedOn w:val="DefaultParagraphFont"/>
    <w:link w:val="IntenseQuote"/>
    <w:uiPriority w:val="30"/>
    <w:rsid w:val="00FC693F"/>
    <w:rPr>
      <w:b w:val="1"/>
      <w:bCs w:val="1"/>
      <w:i w:val="1"/>
      <w:iCs w:val="1"/>
      <w:color w:val="4f81bd" w:themeColor="accent1"/>
    </w:rPr>
  </w:style>
  <w:style w:type="character" w:styleId="SubtleEmphasis">
    <w:name w:val="Subtle Emphasis"/>
    <w:basedOn w:val="DefaultParagraphFont"/>
    <w:uiPriority w:val="19"/>
    <w:qFormat w:val="1"/>
    <w:rsid w:val="00FC693F"/>
    <w:rPr>
      <w:i w:val="1"/>
      <w:iCs w:val="1"/>
      <w:color w:val="808080" w:themeColor="text1" w:themeTint="00007F"/>
    </w:rPr>
  </w:style>
  <w:style w:type="character" w:styleId="IntenseEmphasis">
    <w:name w:val="Intense Emphasis"/>
    <w:basedOn w:val="DefaultParagraphFont"/>
    <w:uiPriority w:val="21"/>
    <w:qFormat w:val="1"/>
    <w:rsid w:val="00FC693F"/>
    <w:rPr>
      <w:b w:val="1"/>
      <w:bCs w:val="1"/>
      <w:i w:val="1"/>
      <w:iCs w:val="1"/>
      <w:color w:val="4f81bd" w:themeColor="accent1"/>
    </w:rPr>
  </w:style>
  <w:style w:type="character" w:styleId="SubtleReference">
    <w:name w:val="Subtle Reference"/>
    <w:basedOn w:val="DefaultParagraphFont"/>
    <w:uiPriority w:val="31"/>
    <w:qFormat w:val="1"/>
    <w:rsid w:val="00FC693F"/>
    <w:rPr>
      <w:smallCaps w:val="1"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 w:val="1"/>
    <w:rsid w:val="00FC693F"/>
    <w:rPr>
      <w:b w:val="1"/>
      <w:bCs w:val="1"/>
      <w:smallCaps w:val="1"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 w:val="1"/>
    <w:rsid w:val="00FC693F"/>
    <w:rPr>
      <w:b w:val="1"/>
      <w:bCs w:val="1"/>
      <w:smallCaps w:val="1"/>
      <w:spacing w:val="5"/>
    </w:rPr>
  </w:style>
  <w:style w:type="paragraph" w:styleId="TOCHeading">
    <w:name w:val="TOC Heading"/>
    <w:basedOn w:val="Heading1"/>
    <w:next w:val="Normal"/>
    <w:uiPriority w:val="39"/>
    <w:semiHidden w:val="1"/>
    <w:unhideWhenUsed w:val="1"/>
    <w:qFormat w:val="1"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.0" w:type="dxa"/>
      <w:tblBorders>
        <w:top w:color="auto" w:space="0" w:sz="4" w:val="single"/>
        <w:left w:color="auto" w:space="0" w:sz="4" w:val="single"/>
        <w:bottom w:color="auto" w:space="0" w:sz="4" w:val="single"/>
        <w:right w:color="auto" w:space="0" w:sz="4" w:val="single"/>
        <w:insideH w:color="auto" w:space="0" w:sz="4" w:val="single"/>
        <w:insideV w:color="auto" w:space="0" w:sz="4" w:val="single"/>
      </w:tblBorders>
      <w:tblCellMar>
        <w:top w:w="0.0" w:type="dxa"/>
        <w:left w:w="108.0" w:type="dxa"/>
        <w:bottom w:w="0.0" w:type="dxa"/>
        <w:right w:w="108.0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0000BF"/>
    </w:rPr>
    <w:tblPr>
      <w:tblStyleRowBandSize w:val="1"/>
      <w:tblStyleColBandSize w:val="1"/>
      <w:tblInd w:w="0.0" w:type="dxa"/>
      <w:tblBorders>
        <w:top w:color="000000" w:space="0" w:sz="8" w:themeColor="text1" w:val="single"/>
        <w:bottom w:color="000000" w:space="0" w:sz="8" w:themeColor="text1" w:val="single"/>
      </w:tblBorders>
      <w:tblCellMar>
        <w:top w:w="0.0" w:type="dxa"/>
        <w:left w:w="108.0" w:type="dxa"/>
        <w:bottom w:w="0.0" w:type="dxa"/>
        <w:right w:w="108.0" w:type="dxa"/>
      </w:tblCellMar>
    </w:tblPr>
    <w:tblStylePr w:type="firstRow">
      <w:pPr>
        <w:spacing w:after="0" w:before="0" w:line="240" w:lineRule="auto"/>
      </w:pPr>
      <w:rPr>
        <w:b w:val="1"/>
        <w:bCs w:val="1"/>
      </w:rPr>
      <w:tblPr/>
      <w:tcPr>
        <w:tcBorders>
          <w:top w:color="000000" w:space="0" w:sz="8" w:themeColor="text1" w:val="single"/>
          <w:left w:space="0" w:sz="0" w:val="nil"/>
          <w:bottom w:color="000000" w:space="0" w:sz="8" w:themeColor="text1" w:val="single"/>
          <w:right w:space="0" w:sz="0" w:val="nil"/>
          <w:insideH w:space="0" w:sz="0" w:val="nil"/>
          <w:insideV w:space="0" w:sz="0" w:val="nil"/>
        </w:tcBorders>
      </w:tcPr>
    </w:tblStylePr>
    <w:tblStylePr w:type="lastRow">
      <w:pPr>
        <w:spacing w:after="0" w:before="0" w:line="240" w:lineRule="auto"/>
      </w:pPr>
      <w:rPr>
        <w:b w:val="1"/>
        <w:bCs w:val="1"/>
      </w:rPr>
      <w:tblPr/>
      <w:tcPr>
        <w:tcBorders>
          <w:top w:color="000000" w:space="0" w:sz="8" w:themeColor="text1" w:val="single"/>
          <w:left w:space="0" w:sz="0" w:val="nil"/>
          <w:bottom w:color="000000" w:space="0" w:sz="8" w:themeColor="text1" w:val="single"/>
          <w:right w:space="0" w:sz="0" w:val="nil"/>
          <w:insideH w:space="0" w:sz="0" w:val="nil"/>
          <w:insideV w:space="0" w:sz="0" w:val="nil"/>
        </w:tcBorders>
      </w:tcPr>
    </w:tblStylePr>
    <w:tblStylePr w:type="firstCol">
      <w:rPr>
        <w:b w:val="1"/>
        <w:bCs w:val="1"/>
      </w:rPr>
    </w:tblStylePr>
    <w:tblStylePr w:type="lastCol">
      <w:rPr>
        <w:b w:val="1"/>
        <w:bCs w:val="1"/>
      </w:rPr>
    </w:tblStylePr>
    <w:tblStylePr w:type="band1Vert">
      <w:tblPr/>
      <w:tcPr>
        <w:tcBorders>
          <w:left w:space="0" w:sz="0" w:val="nil"/>
          <w:right w:space="0" w:sz="0" w:val="nil"/>
          <w:insideH w:space="0" w:sz="0" w:val="nil"/>
          <w:insideV w:space="0" w:sz="0" w:val="nil"/>
        </w:tcBorders>
        <w:shd w:color="auto" w:fill="c0c0c0" w:themeFill="text1" w:themeFillTint="00003F" w:val="clear"/>
      </w:tcPr>
    </w:tblStylePr>
    <w:tblStylePr w:type="band1Horz">
      <w:tblPr/>
      <w:tcPr>
        <w:tcBorders>
          <w:left w:space="0" w:sz="0" w:val="nil"/>
          <w:right w:space="0" w:sz="0" w:val="nil"/>
          <w:insideH w:space="0" w:sz="0" w:val="nil"/>
          <w:insideV w:space="0" w:sz="0" w:val="nil"/>
        </w:tcBorders>
        <w:shd w:color="auto" w:fill="c0c0c0" w:themeFill="text1" w:themeFillTint="00003F" w:val="clear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0000BF"/>
    </w:rPr>
    <w:tblPr>
      <w:tblStyleRowBandSize w:val="1"/>
      <w:tblStyleColBandSize w:val="1"/>
      <w:tblInd w:w="0.0" w:type="dxa"/>
      <w:tblBorders>
        <w:top w:color="4f81bd" w:space="0" w:sz="8" w:themeColor="accent1" w:val="single"/>
        <w:bottom w:color="4f81bd" w:space="0" w:sz="8" w:themeColor="accent1" w:val="single"/>
      </w:tblBorders>
      <w:tblCellMar>
        <w:top w:w="0.0" w:type="dxa"/>
        <w:left w:w="108.0" w:type="dxa"/>
        <w:bottom w:w="0.0" w:type="dxa"/>
        <w:right w:w="108.0" w:type="dxa"/>
      </w:tblCellMar>
    </w:tblPr>
    <w:tblStylePr w:type="firstRow">
      <w:pPr>
        <w:spacing w:after="0" w:before="0" w:line="240" w:lineRule="auto"/>
      </w:pPr>
      <w:rPr>
        <w:b w:val="1"/>
        <w:bCs w:val="1"/>
      </w:rPr>
      <w:tblPr/>
      <w:tcPr>
        <w:tcBorders>
          <w:top w:color="4f81bd" w:space="0" w:sz="8" w:themeColor="accent1" w:val="single"/>
          <w:left w:space="0" w:sz="0" w:val="nil"/>
          <w:bottom w:color="4f81bd" w:space="0" w:sz="8" w:themeColor="accent1" w:val="single"/>
          <w:right w:space="0" w:sz="0" w:val="nil"/>
          <w:insideH w:space="0" w:sz="0" w:val="nil"/>
          <w:insideV w:space="0" w:sz="0" w:val="nil"/>
        </w:tcBorders>
      </w:tcPr>
    </w:tblStylePr>
    <w:tblStylePr w:type="lastRow">
      <w:pPr>
        <w:spacing w:after="0" w:before="0" w:line="240" w:lineRule="auto"/>
      </w:pPr>
      <w:rPr>
        <w:b w:val="1"/>
        <w:bCs w:val="1"/>
      </w:rPr>
      <w:tblPr/>
      <w:tcPr>
        <w:tcBorders>
          <w:top w:color="4f81bd" w:space="0" w:sz="8" w:themeColor="accent1" w:val="single"/>
          <w:left w:space="0" w:sz="0" w:val="nil"/>
          <w:bottom w:color="4f81bd" w:space="0" w:sz="8" w:themeColor="accent1" w:val="single"/>
          <w:right w:space="0" w:sz="0" w:val="nil"/>
          <w:insideH w:space="0" w:sz="0" w:val="nil"/>
          <w:insideV w:space="0" w:sz="0" w:val="nil"/>
        </w:tcBorders>
      </w:tcPr>
    </w:tblStylePr>
    <w:tblStylePr w:type="firstCol">
      <w:rPr>
        <w:b w:val="1"/>
        <w:bCs w:val="1"/>
      </w:rPr>
    </w:tblStylePr>
    <w:tblStylePr w:type="lastCol">
      <w:rPr>
        <w:b w:val="1"/>
        <w:bCs w:val="1"/>
      </w:rPr>
    </w:tblStylePr>
    <w:tblStylePr w:type="band1Vert">
      <w:tblPr/>
      <w:tcPr>
        <w:tcBorders>
          <w:left w:space="0" w:sz="0" w:val="nil"/>
          <w:right w:space="0" w:sz="0" w:val="nil"/>
          <w:insideH w:space="0" w:sz="0" w:val="nil"/>
          <w:insideV w:space="0" w:sz="0" w:val="nil"/>
        </w:tcBorders>
        <w:shd w:color="auto" w:fill="d3dfee" w:themeFill="accent1" w:themeFillTint="00003F" w:val="clear"/>
      </w:tcPr>
    </w:tblStylePr>
    <w:tblStylePr w:type="band1Horz">
      <w:tblPr/>
      <w:tcPr>
        <w:tcBorders>
          <w:left w:space="0" w:sz="0" w:val="nil"/>
          <w:right w:space="0" w:sz="0" w:val="nil"/>
          <w:insideH w:space="0" w:sz="0" w:val="nil"/>
          <w:insideV w:space="0" w:sz="0" w:val="nil"/>
        </w:tcBorders>
        <w:shd w:color="auto" w:fill="d3dfee" w:themeFill="accent1" w:themeFillTint="00003F" w:val="clear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0000BF"/>
    </w:rPr>
    <w:tblPr>
      <w:tblStyleRowBandSize w:val="1"/>
      <w:tblStyleColBandSize w:val="1"/>
      <w:tblInd w:w="0.0" w:type="dxa"/>
      <w:tblBorders>
        <w:top w:color="c0504d" w:space="0" w:sz="8" w:themeColor="accent2" w:val="single"/>
        <w:bottom w:color="c0504d" w:space="0" w:sz="8" w:themeColor="accent2" w:val="single"/>
      </w:tblBorders>
      <w:tblCellMar>
        <w:top w:w="0.0" w:type="dxa"/>
        <w:left w:w="108.0" w:type="dxa"/>
        <w:bottom w:w="0.0" w:type="dxa"/>
        <w:right w:w="108.0" w:type="dxa"/>
      </w:tblCellMar>
    </w:tblPr>
    <w:tblStylePr w:type="firstRow">
      <w:pPr>
        <w:spacing w:after="0" w:before="0" w:line="240" w:lineRule="auto"/>
      </w:pPr>
      <w:rPr>
        <w:b w:val="1"/>
        <w:bCs w:val="1"/>
      </w:rPr>
      <w:tblPr/>
      <w:tcPr>
        <w:tcBorders>
          <w:top w:color="c0504d" w:space="0" w:sz="8" w:themeColor="accent2" w:val="single"/>
          <w:left w:space="0" w:sz="0" w:val="nil"/>
          <w:bottom w:color="c0504d" w:space="0" w:sz="8" w:themeColor="accent2" w:val="single"/>
          <w:right w:space="0" w:sz="0" w:val="nil"/>
          <w:insideH w:space="0" w:sz="0" w:val="nil"/>
          <w:insideV w:space="0" w:sz="0" w:val="nil"/>
        </w:tcBorders>
      </w:tcPr>
    </w:tblStylePr>
    <w:tblStylePr w:type="lastRow">
      <w:pPr>
        <w:spacing w:after="0" w:before="0" w:line="240" w:lineRule="auto"/>
      </w:pPr>
      <w:rPr>
        <w:b w:val="1"/>
        <w:bCs w:val="1"/>
      </w:rPr>
      <w:tblPr/>
      <w:tcPr>
        <w:tcBorders>
          <w:top w:color="c0504d" w:space="0" w:sz="8" w:themeColor="accent2" w:val="single"/>
          <w:left w:space="0" w:sz="0" w:val="nil"/>
          <w:bottom w:color="c0504d" w:space="0" w:sz="8" w:themeColor="accent2" w:val="single"/>
          <w:right w:space="0" w:sz="0" w:val="nil"/>
          <w:insideH w:space="0" w:sz="0" w:val="nil"/>
          <w:insideV w:space="0" w:sz="0" w:val="nil"/>
        </w:tcBorders>
      </w:tcPr>
    </w:tblStylePr>
    <w:tblStylePr w:type="firstCol">
      <w:rPr>
        <w:b w:val="1"/>
        <w:bCs w:val="1"/>
      </w:rPr>
    </w:tblStylePr>
    <w:tblStylePr w:type="lastCol">
      <w:rPr>
        <w:b w:val="1"/>
        <w:bCs w:val="1"/>
      </w:rPr>
    </w:tblStylePr>
    <w:tblStylePr w:type="band1Vert">
      <w:tblPr/>
      <w:tcPr>
        <w:tcBorders>
          <w:left w:space="0" w:sz="0" w:val="nil"/>
          <w:right w:space="0" w:sz="0" w:val="nil"/>
          <w:insideH w:space="0" w:sz="0" w:val="nil"/>
          <w:insideV w:space="0" w:sz="0" w:val="nil"/>
        </w:tcBorders>
        <w:shd w:color="auto" w:fill="efd3d2" w:themeFill="accent2" w:themeFillTint="00003F" w:val="clear"/>
      </w:tcPr>
    </w:tblStylePr>
    <w:tblStylePr w:type="band1Horz">
      <w:tblPr/>
      <w:tcPr>
        <w:tcBorders>
          <w:left w:space="0" w:sz="0" w:val="nil"/>
          <w:right w:space="0" w:sz="0" w:val="nil"/>
          <w:insideH w:space="0" w:sz="0" w:val="nil"/>
          <w:insideV w:space="0" w:sz="0" w:val="nil"/>
        </w:tcBorders>
        <w:shd w:color="auto" w:fill="efd3d2" w:themeFill="accent2" w:themeFillTint="00003F" w:val="clear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0000BF"/>
    </w:rPr>
    <w:tblPr>
      <w:tblStyleRowBandSize w:val="1"/>
      <w:tblStyleColBandSize w:val="1"/>
      <w:tblInd w:w="0.0" w:type="dxa"/>
      <w:tblBorders>
        <w:top w:color="9bbb59" w:space="0" w:sz="8" w:themeColor="accent3" w:val="single"/>
        <w:bottom w:color="9bbb59" w:space="0" w:sz="8" w:themeColor="accent3" w:val="single"/>
      </w:tblBorders>
      <w:tblCellMar>
        <w:top w:w="0.0" w:type="dxa"/>
        <w:left w:w="108.0" w:type="dxa"/>
        <w:bottom w:w="0.0" w:type="dxa"/>
        <w:right w:w="108.0" w:type="dxa"/>
      </w:tblCellMar>
    </w:tblPr>
    <w:tblStylePr w:type="firstRow">
      <w:pPr>
        <w:spacing w:after="0" w:before="0" w:line="240" w:lineRule="auto"/>
      </w:pPr>
      <w:rPr>
        <w:b w:val="1"/>
        <w:bCs w:val="1"/>
      </w:rPr>
      <w:tblPr/>
      <w:tcPr>
        <w:tcBorders>
          <w:top w:color="9bbb59" w:space="0" w:sz="8" w:themeColor="accent3" w:val="single"/>
          <w:left w:space="0" w:sz="0" w:val="nil"/>
          <w:bottom w:color="9bbb59" w:space="0" w:sz="8" w:themeColor="accent3" w:val="single"/>
          <w:right w:space="0" w:sz="0" w:val="nil"/>
          <w:insideH w:space="0" w:sz="0" w:val="nil"/>
          <w:insideV w:space="0" w:sz="0" w:val="nil"/>
        </w:tcBorders>
      </w:tcPr>
    </w:tblStylePr>
    <w:tblStylePr w:type="lastRow">
      <w:pPr>
        <w:spacing w:after="0" w:before="0" w:line="240" w:lineRule="auto"/>
      </w:pPr>
      <w:rPr>
        <w:b w:val="1"/>
        <w:bCs w:val="1"/>
      </w:rPr>
      <w:tblPr/>
      <w:tcPr>
        <w:tcBorders>
          <w:top w:color="9bbb59" w:space="0" w:sz="8" w:themeColor="accent3" w:val="single"/>
          <w:left w:space="0" w:sz="0" w:val="nil"/>
          <w:bottom w:color="9bbb59" w:space="0" w:sz="8" w:themeColor="accent3" w:val="single"/>
          <w:right w:space="0" w:sz="0" w:val="nil"/>
          <w:insideH w:space="0" w:sz="0" w:val="nil"/>
          <w:insideV w:space="0" w:sz="0" w:val="nil"/>
        </w:tcBorders>
      </w:tcPr>
    </w:tblStylePr>
    <w:tblStylePr w:type="firstCol">
      <w:rPr>
        <w:b w:val="1"/>
        <w:bCs w:val="1"/>
      </w:rPr>
    </w:tblStylePr>
    <w:tblStylePr w:type="lastCol">
      <w:rPr>
        <w:b w:val="1"/>
        <w:bCs w:val="1"/>
      </w:rPr>
    </w:tblStylePr>
    <w:tblStylePr w:type="band1Vert">
      <w:tblPr/>
      <w:tcPr>
        <w:tcBorders>
          <w:left w:space="0" w:sz="0" w:val="nil"/>
          <w:right w:space="0" w:sz="0" w:val="nil"/>
          <w:insideH w:space="0" w:sz="0" w:val="nil"/>
          <w:insideV w:space="0" w:sz="0" w:val="nil"/>
        </w:tcBorders>
        <w:shd w:color="auto" w:fill="e6eed5" w:themeFill="accent3" w:themeFillTint="00003F" w:val="clear"/>
      </w:tcPr>
    </w:tblStylePr>
    <w:tblStylePr w:type="band1Horz">
      <w:tblPr/>
      <w:tcPr>
        <w:tcBorders>
          <w:left w:space="0" w:sz="0" w:val="nil"/>
          <w:right w:space="0" w:sz="0" w:val="nil"/>
          <w:insideH w:space="0" w:sz="0" w:val="nil"/>
          <w:insideV w:space="0" w:sz="0" w:val="nil"/>
        </w:tcBorders>
        <w:shd w:color="auto" w:fill="e6eed5" w:themeFill="accent3" w:themeFillTint="00003F" w:val="clear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0000BF"/>
    </w:rPr>
    <w:tblPr>
      <w:tblStyleRowBandSize w:val="1"/>
      <w:tblStyleColBandSize w:val="1"/>
      <w:tblInd w:w="0.0" w:type="dxa"/>
      <w:tblBorders>
        <w:top w:color="8064a2" w:space="0" w:sz="8" w:themeColor="accent4" w:val="single"/>
        <w:bottom w:color="8064a2" w:space="0" w:sz="8" w:themeColor="accent4" w:val="single"/>
      </w:tblBorders>
      <w:tblCellMar>
        <w:top w:w="0.0" w:type="dxa"/>
        <w:left w:w="108.0" w:type="dxa"/>
        <w:bottom w:w="0.0" w:type="dxa"/>
        <w:right w:w="108.0" w:type="dxa"/>
      </w:tblCellMar>
    </w:tblPr>
    <w:tblStylePr w:type="firstRow">
      <w:pPr>
        <w:spacing w:after="0" w:before="0" w:line="240" w:lineRule="auto"/>
      </w:pPr>
      <w:rPr>
        <w:b w:val="1"/>
        <w:bCs w:val="1"/>
      </w:rPr>
      <w:tblPr/>
      <w:tcPr>
        <w:tcBorders>
          <w:top w:color="8064a2" w:space="0" w:sz="8" w:themeColor="accent4" w:val="single"/>
          <w:left w:space="0" w:sz="0" w:val="nil"/>
          <w:bottom w:color="8064a2" w:space="0" w:sz="8" w:themeColor="accent4" w:val="single"/>
          <w:right w:space="0" w:sz="0" w:val="nil"/>
          <w:insideH w:space="0" w:sz="0" w:val="nil"/>
          <w:insideV w:space="0" w:sz="0" w:val="nil"/>
        </w:tcBorders>
      </w:tcPr>
    </w:tblStylePr>
    <w:tblStylePr w:type="lastRow">
      <w:pPr>
        <w:spacing w:after="0" w:before="0" w:line="240" w:lineRule="auto"/>
      </w:pPr>
      <w:rPr>
        <w:b w:val="1"/>
        <w:bCs w:val="1"/>
      </w:rPr>
      <w:tblPr/>
      <w:tcPr>
        <w:tcBorders>
          <w:top w:color="8064a2" w:space="0" w:sz="8" w:themeColor="accent4" w:val="single"/>
          <w:left w:space="0" w:sz="0" w:val="nil"/>
          <w:bottom w:color="8064a2" w:space="0" w:sz="8" w:themeColor="accent4" w:val="single"/>
          <w:right w:space="0" w:sz="0" w:val="nil"/>
          <w:insideH w:space="0" w:sz="0" w:val="nil"/>
          <w:insideV w:space="0" w:sz="0" w:val="nil"/>
        </w:tcBorders>
      </w:tcPr>
    </w:tblStylePr>
    <w:tblStylePr w:type="firstCol">
      <w:rPr>
        <w:b w:val="1"/>
        <w:bCs w:val="1"/>
      </w:rPr>
    </w:tblStylePr>
    <w:tblStylePr w:type="lastCol">
      <w:rPr>
        <w:b w:val="1"/>
        <w:bCs w:val="1"/>
      </w:rPr>
    </w:tblStylePr>
    <w:tblStylePr w:type="band1Vert">
      <w:tblPr/>
      <w:tcPr>
        <w:tcBorders>
          <w:left w:space="0" w:sz="0" w:val="nil"/>
          <w:right w:space="0" w:sz="0" w:val="nil"/>
          <w:insideH w:space="0" w:sz="0" w:val="nil"/>
          <w:insideV w:space="0" w:sz="0" w:val="nil"/>
        </w:tcBorders>
        <w:shd w:color="auto" w:fill="dfd8e8" w:themeFill="accent4" w:themeFillTint="00003F" w:val="clear"/>
      </w:tcPr>
    </w:tblStylePr>
    <w:tblStylePr w:type="band1Horz">
      <w:tblPr/>
      <w:tcPr>
        <w:tcBorders>
          <w:left w:space="0" w:sz="0" w:val="nil"/>
          <w:right w:space="0" w:sz="0" w:val="nil"/>
          <w:insideH w:space="0" w:sz="0" w:val="nil"/>
          <w:insideV w:space="0" w:sz="0" w:val="nil"/>
        </w:tcBorders>
        <w:shd w:color="auto" w:fill="dfd8e8" w:themeFill="accent4" w:themeFillTint="00003F" w:val="clear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0000BF"/>
    </w:rPr>
    <w:tblPr>
      <w:tblStyleRowBandSize w:val="1"/>
      <w:tblStyleColBandSize w:val="1"/>
      <w:tblInd w:w="0.0" w:type="dxa"/>
      <w:tblBorders>
        <w:top w:color="4bacc6" w:space="0" w:sz="8" w:themeColor="accent5" w:val="single"/>
        <w:bottom w:color="4bacc6" w:space="0" w:sz="8" w:themeColor="accent5" w:val="single"/>
      </w:tblBorders>
      <w:tblCellMar>
        <w:top w:w="0.0" w:type="dxa"/>
        <w:left w:w="108.0" w:type="dxa"/>
        <w:bottom w:w="0.0" w:type="dxa"/>
        <w:right w:w="108.0" w:type="dxa"/>
      </w:tblCellMar>
    </w:tblPr>
    <w:tblStylePr w:type="firstRow">
      <w:pPr>
        <w:spacing w:after="0" w:before="0" w:line="240" w:lineRule="auto"/>
      </w:pPr>
      <w:rPr>
        <w:b w:val="1"/>
        <w:bCs w:val="1"/>
      </w:rPr>
      <w:tblPr/>
      <w:tcPr>
        <w:tcBorders>
          <w:top w:color="4bacc6" w:space="0" w:sz="8" w:themeColor="accent5" w:val="single"/>
          <w:left w:space="0" w:sz="0" w:val="nil"/>
          <w:bottom w:color="4bacc6" w:space="0" w:sz="8" w:themeColor="accent5" w:val="single"/>
          <w:right w:space="0" w:sz="0" w:val="nil"/>
          <w:insideH w:space="0" w:sz="0" w:val="nil"/>
          <w:insideV w:space="0" w:sz="0" w:val="nil"/>
        </w:tcBorders>
      </w:tcPr>
    </w:tblStylePr>
    <w:tblStylePr w:type="lastRow">
      <w:pPr>
        <w:spacing w:after="0" w:before="0" w:line="240" w:lineRule="auto"/>
      </w:pPr>
      <w:rPr>
        <w:b w:val="1"/>
        <w:bCs w:val="1"/>
      </w:rPr>
      <w:tblPr/>
      <w:tcPr>
        <w:tcBorders>
          <w:top w:color="4bacc6" w:space="0" w:sz="8" w:themeColor="accent5" w:val="single"/>
          <w:left w:space="0" w:sz="0" w:val="nil"/>
          <w:bottom w:color="4bacc6" w:space="0" w:sz="8" w:themeColor="accent5" w:val="single"/>
          <w:right w:space="0" w:sz="0" w:val="nil"/>
          <w:insideH w:space="0" w:sz="0" w:val="nil"/>
          <w:insideV w:space="0" w:sz="0" w:val="nil"/>
        </w:tcBorders>
      </w:tcPr>
    </w:tblStylePr>
    <w:tblStylePr w:type="firstCol">
      <w:rPr>
        <w:b w:val="1"/>
        <w:bCs w:val="1"/>
      </w:rPr>
    </w:tblStylePr>
    <w:tblStylePr w:type="lastCol">
      <w:rPr>
        <w:b w:val="1"/>
        <w:bCs w:val="1"/>
      </w:rPr>
    </w:tblStylePr>
    <w:tblStylePr w:type="band1Vert">
      <w:tblPr/>
      <w:tcPr>
        <w:tcBorders>
          <w:left w:space="0" w:sz="0" w:val="nil"/>
          <w:right w:space="0" w:sz="0" w:val="nil"/>
          <w:insideH w:space="0" w:sz="0" w:val="nil"/>
          <w:insideV w:space="0" w:sz="0" w:val="nil"/>
        </w:tcBorders>
        <w:shd w:color="auto" w:fill="d2eaf1" w:themeFill="accent5" w:themeFillTint="00003F" w:val="clear"/>
      </w:tcPr>
    </w:tblStylePr>
    <w:tblStylePr w:type="band1Horz">
      <w:tblPr/>
      <w:tcPr>
        <w:tcBorders>
          <w:left w:space="0" w:sz="0" w:val="nil"/>
          <w:right w:space="0" w:sz="0" w:val="nil"/>
          <w:insideH w:space="0" w:sz="0" w:val="nil"/>
          <w:insideV w:space="0" w:sz="0" w:val="nil"/>
        </w:tcBorders>
        <w:shd w:color="auto" w:fill="d2eaf1" w:themeFill="accent5" w:themeFillTint="00003F" w:val="clear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0000BF"/>
    </w:rPr>
    <w:tblPr>
      <w:tblStyleRowBandSize w:val="1"/>
      <w:tblStyleColBandSize w:val="1"/>
      <w:tblInd w:w="0.0" w:type="dxa"/>
      <w:tblBorders>
        <w:top w:color="f79646" w:space="0" w:sz="8" w:themeColor="accent6" w:val="single"/>
        <w:bottom w:color="f79646" w:space="0" w:sz="8" w:themeColor="accent6" w:val="single"/>
      </w:tblBorders>
      <w:tblCellMar>
        <w:top w:w="0.0" w:type="dxa"/>
        <w:left w:w="108.0" w:type="dxa"/>
        <w:bottom w:w="0.0" w:type="dxa"/>
        <w:right w:w="108.0" w:type="dxa"/>
      </w:tblCellMar>
    </w:tblPr>
    <w:tblStylePr w:type="firstRow">
      <w:pPr>
        <w:spacing w:after="0" w:before="0" w:line="240" w:lineRule="auto"/>
      </w:pPr>
      <w:rPr>
        <w:b w:val="1"/>
        <w:bCs w:val="1"/>
      </w:rPr>
      <w:tblPr/>
      <w:tcPr>
        <w:tcBorders>
          <w:top w:color="f79646" w:space="0" w:sz="8" w:themeColor="accent6" w:val="single"/>
          <w:left w:space="0" w:sz="0" w:val="nil"/>
          <w:bottom w:color="f79646" w:space="0" w:sz="8" w:themeColor="accent6" w:val="single"/>
          <w:right w:space="0" w:sz="0" w:val="nil"/>
          <w:insideH w:space="0" w:sz="0" w:val="nil"/>
          <w:insideV w:space="0" w:sz="0" w:val="nil"/>
        </w:tcBorders>
      </w:tcPr>
    </w:tblStylePr>
    <w:tblStylePr w:type="lastRow">
      <w:pPr>
        <w:spacing w:after="0" w:before="0" w:line="240" w:lineRule="auto"/>
      </w:pPr>
      <w:rPr>
        <w:b w:val="1"/>
        <w:bCs w:val="1"/>
      </w:rPr>
      <w:tblPr/>
      <w:tcPr>
        <w:tcBorders>
          <w:top w:color="f79646" w:space="0" w:sz="8" w:themeColor="accent6" w:val="single"/>
          <w:left w:space="0" w:sz="0" w:val="nil"/>
          <w:bottom w:color="f79646" w:space="0" w:sz="8" w:themeColor="accent6" w:val="single"/>
          <w:right w:space="0" w:sz="0" w:val="nil"/>
          <w:insideH w:space="0" w:sz="0" w:val="nil"/>
          <w:insideV w:space="0" w:sz="0" w:val="nil"/>
        </w:tcBorders>
      </w:tcPr>
    </w:tblStylePr>
    <w:tblStylePr w:type="firstCol">
      <w:rPr>
        <w:b w:val="1"/>
        <w:bCs w:val="1"/>
      </w:rPr>
    </w:tblStylePr>
    <w:tblStylePr w:type="lastCol">
      <w:rPr>
        <w:b w:val="1"/>
        <w:bCs w:val="1"/>
      </w:rPr>
    </w:tblStylePr>
    <w:tblStylePr w:type="band1Vert">
      <w:tblPr/>
      <w:tcPr>
        <w:tcBorders>
          <w:left w:space="0" w:sz="0" w:val="nil"/>
          <w:right w:space="0" w:sz="0" w:val="nil"/>
          <w:insideH w:space="0" w:sz="0" w:val="nil"/>
          <w:insideV w:space="0" w:sz="0" w:val="nil"/>
        </w:tcBorders>
        <w:shd w:color="auto" w:fill="fde4d0" w:themeFill="accent6" w:themeFillTint="00003F" w:val="clear"/>
      </w:tcPr>
    </w:tblStylePr>
    <w:tblStylePr w:type="band1Horz">
      <w:tblPr/>
      <w:tcPr>
        <w:tcBorders>
          <w:left w:space="0" w:sz="0" w:val="nil"/>
          <w:right w:space="0" w:sz="0" w:val="nil"/>
          <w:insideH w:space="0" w:sz="0" w:val="nil"/>
          <w:insideV w:space="0" w:sz="0" w:val="nil"/>
        </w:tcBorders>
        <w:shd w:color="auto" w:fill="fde4d0" w:themeFill="accent6" w:themeFillTint="00003F" w:val="clear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.0" w:type="dxa"/>
      <w:tblBorders>
        <w:top w:color="000000" w:space="0" w:sz="8" w:themeColor="text1" w:val="single"/>
        <w:left w:color="000000" w:space="0" w:sz="8" w:themeColor="text1" w:val="single"/>
        <w:bottom w:color="000000" w:space="0" w:sz="8" w:themeColor="text1" w:val="single"/>
        <w:right w:color="000000" w:space="0" w:sz="8" w:themeColor="text1" w:val="single"/>
      </w:tblBorders>
      <w:tblCellMar>
        <w:top w:w="0.0" w:type="dxa"/>
        <w:left w:w="108.0" w:type="dxa"/>
        <w:bottom w:w="0.0" w:type="dxa"/>
        <w:right w:w="108.0" w:type="dxa"/>
      </w:tblCellMar>
    </w:tblPr>
    <w:tblStylePr w:type="firstRow">
      <w:pPr>
        <w:spacing w:after="0" w:before="0" w:line="240" w:lineRule="auto"/>
      </w:pPr>
      <w:rPr>
        <w:b w:val="1"/>
        <w:bCs w:val="1"/>
        <w:color w:val="ffffff" w:themeColor="background1"/>
      </w:rPr>
      <w:tblPr/>
      <w:tcPr>
        <w:shd w:color="auto" w:fill="000000" w:themeFill="text1" w:val="clear"/>
      </w:tcPr>
    </w:tblStylePr>
    <w:tblStylePr w:type="lastRow">
      <w:pPr>
        <w:spacing w:after="0" w:before="0" w:line="240" w:lineRule="auto"/>
      </w:pPr>
      <w:rPr>
        <w:b w:val="1"/>
        <w:bCs w:val="1"/>
      </w:rPr>
      <w:tblPr/>
      <w:tcPr>
        <w:tcBorders>
          <w:top w:color="000000" w:space="0" w:sz="6" w:themeColor="text1" w:val="double"/>
          <w:left w:color="000000" w:space="0" w:sz="8" w:themeColor="text1" w:val="single"/>
          <w:bottom w:color="000000" w:space="0" w:sz="8" w:themeColor="text1" w:val="single"/>
          <w:right w:color="000000" w:space="0" w:sz="8" w:themeColor="text1" w:val="single"/>
        </w:tcBorders>
      </w:tcPr>
    </w:tblStylePr>
    <w:tblStylePr w:type="firstCol">
      <w:rPr>
        <w:b w:val="1"/>
        <w:bCs w:val="1"/>
      </w:rPr>
    </w:tblStylePr>
    <w:tblStylePr w:type="lastCol">
      <w:rPr>
        <w:b w:val="1"/>
        <w:bCs w:val="1"/>
      </w:rPr>
    </w:tblStylePr>
    <w:tblStylePr w:type="band1Vert">
      <w:tblPr/>
      <w:tcPr>
        <w:tcBorders>
          <w:top w:color="000000" w:space="0" w:sz="8" w:themeColor="text1" w:val="single"/>
          <w:left w:color="000000" w:space="0" w:sz="8" w:themeColor="text1" w:val="single"/>
          <w:bottom w:color="000000" w:space="0" w:sz="8" w:themeColor="text1" w:val="single"/>
          <w:right w:color="000000" w:space="0" w:sz="8" w:themeColor="text1" w:val="single"/>
        </w:tcBorders>
      </w:tcPr>
    </w:tblStylePr>
    <w:tblStylePr w:type="band1Horz">
      <w:tblPr/>
      <w:tcPr>
        <w:tcBorders>
          <w:top w:color="000000" w:space="0" w:sz="8" w:themeColor="text1" w:val="single"/>
          <w:left w:color="000000" w:space="0" w:sz="8" w:themeColor="text1" w:val="single"/>
          <w:bottom w:color="000000" w:space="0" w:sz="8" w:themeColor="text1" w:val="single"/>
          <w:right w:color="000000" w:space="0" w:sz="8" w:themeColor="text1" w:val="single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.0" w:type="dxa"/>
      <w:tblBorders>
        <w:top w:color="4f81bd" w:space="0" w:sz="8" w:themeColor="accent1" w:val="single"/>
        <w:left w:color="4f81bd" w:space="0" w:sz="8" w:themeColor="accent1" w:val="single"/>
        <w:bottom w:color="4f81bd" w:space="0" w:sz="8" w:themeColor="accent1" w:val="single"/>
        <w:right w:color="4f81bd" w:space="0" w:sz="8" w:themeColor="accent1" w:val="single"/>
      </w:tblBorders>
      <w:tblCellMar>
        <w:top w:w="0.0" w:type="dxa"/>
        <w:left w:w="108.0" w:type="dxa"/>
        <w:bottom w:w="0.0" w:type="dxa"/>
        <w:right w:w="108.0" w:type="dxa"/>
      </w:tblCellMar>
    </w:tblPr>
    <w:tblStylePr w:type="firstRow">
      <w:pPr>
        <w:spacing w:after="0" w:before="0" w:line="240" w:lineRule="auto"/>
      </w:pPr>
      <w:rPr>
        <w:b w:val="1"/>
        <w:bCs w:val="1"/>
        <w:color w:val="ffffff" w:themeColor="background1"/>
      </w:rPr>
      <w:tblPr/>
      <w:tcPr>
        <w:shd w:color="auto" w:fill="4f81bd" w:themeFill="accent1" w:val="clear"/>
      </w:tcPr>
    </w:tblStylePr>
    <w:tblStylePr w:type="lastRow">
      <w:pPr>
        <w:spacing w:after="0" w:before="0" w:line="240" w:lineRule="auto"/>
      </w:pPr>
      <w:rPr>
        <w:b w:val="1"/>
        <w:bCs w:val="1"/>
      </w:rPr>
      <w:tblPr/>
      <w:tcPr>
        <w:tcBorders>
          <w:top w:color="4f81bd" w:space="0" w:sz="6" w:themeColor="accent1" w:val="double"/>
          <w:left w:color="4f81bd" w:space="0" w:sz="8" w:themeColor="accent1" w:val="single"/>
          <w:bottom w:color="4f81bd" w:space="0" w:sz="8" w:themeColor="accent1" w:val="single"/>
          <w:right w:color="4f81bd" w:space="0" w:sz="8" w:themeColor="accent1" w:val="single"/>
        </w:tcBorders>
      </w:tcPr>
    </w:tblStylePr>
    <w:tblStylePr w:type="firstCol">
      <w:rPr>
        <w:b w:val="1"/>
        <w:bCs w:val="1"/>
      </w:rPr>
    </w:tblStylePr>
    <w:tblStylePr w:type="lastCol">
      <w:rPr>
        <w:b w:val="1"/>
        <w:bCs w:val="1"/>
      </w:rPr>
    </w:tblStylePr>
    <w:tblStylePr w:type="band1Vert">
      <w:tblPr/>
      <w:tcPr>
        <w:tcBorders>
          <w:top w:color="4f81bd" w:space="0" w:sz="8" w:themeColor="accent1" w:val="single"/>
          <w:left w:color="4f81bd" w:space="0" w:sz="8" w:themeColor="accent1" w:val="single"/>
          <w:bottom w:color="4f81bd" w:space="0" w:sz="8" w:themeColor="accent1" w:val="single"/>
          <w:right w:color="4f81bd" w:space="0" w:sz="8" w:themeColor="accent1" w:val="single"/>
        </w:tcBorders>
      </w:tcPr>
    </w:tblStylePr>
    <w:tblStylePr w:type="band1Horz">
      <w:tblPr/>
      <w:tcPr>
        <w:tcBorders>
          <w:top w:color="4f81bd" w:space="0" w:sz="8" w:themeColor="accent1" w:val="single"/>
          <w:left w:color="4f81bd" w:space="0" w:sz="8" w:themeColor="accent1" w:val="single"/>
          <w:bottom w:color="4f81bd" w:space="0" w:sz="8" w:themeColor="accent1" w:val="single"/>
          <w:right w:color="4f81bd" w:space="0" w:sz="8" w:themeColor="accent1" w:val="single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.0" w:type="dxa"/>
      <w:tblBorders>
        <w:top w:color="c0504d" w:space="0" w:sz="8" w:themeColor="accent2" w:val="single"/>
        <w:left w:color="c0504d" w:space="0" w:sz="8" w:themeColor="accent2" w:val="single"/>
        <w:bottom w:color="c0504d" w:space="0" w:sz="8" w:themeColor="accent2" w:val="single"/>
        <w:right w:color="c0504d" w:space="0" w:sz="8" w:themeColor="accent2" w:val="single"/>
      </w:tblBorders>
      <w:tblCellMar>
        <w:top w:w="0.0" w:type="dxa"/>
        <w:left w:w="108.0" w:type="dxa"/>
        <w:bottom w:w="0.0" w:type="dxa"/>
        <w:right w:w="108.0" w:type="dxa"/>
      </w:tblCellMar>
    </w:tblPr>
    <w:tblStylePr w:type="firstRow">
      <w:pPr>
        <w:spacing w:after="0" w:before="0" w:line="240" w:lineRule="auto"/>
      </w:pPr>
      <w:rPr>
        <w:b w:val="1"/>
        <w:bCs w:val="1"/>
        <w:color w:val="ffffff" w:themeColor="background1"/>
      </w:rPr>
      <w:tblPr/>
      <w:tcPr>
        <w:shd w:color="auto" w:fill="c0504d" w:themeFill="accent2" w:val="clear"/>
      </w:tcPr>
    </w:tblStylePr>
    <w:tblStylePr w:type="lastRow">
      <w:pPr>
        <w:spacing w:after="0" w:before="0" w:line="240" w:lineRule="auto"/>
      </w:pPr>
      <w:rPr>
        <w:b w:val="1"/>
        <w:bCs w:val="1"/>
      </w:rPr>
      <w:tblPr/>
      <w:tcPr>
        <w:tcBorders>
          <w:top w:color="c0504d" w:space="0" w:sz="6" w:themeColor="accent2" w:val="double"/>
          <w:left w:color="c0504d" w:space="0" w:sz="8" w:themeColor="accent2" w:val="single"/>
          <w:bottom w:color="c0504d" w:space="0" w:sz="8" w:themeColor="accent2" w:val="single"/>
          <w:right w:color="c0504d" w:space="0" w:sz="8" w:themeColor="accent2" w:val="single"/>
        </w:tcBorders>
      </w:tcPr>
    </w:tblStylePr>
    <w:tblStylePr w:type="firstCol">
      <w:rPr>
        <w:b w:val="1"/>
        <w:bCs w:val="1"/>
      </w:rPr>
    </w:tblStylePr>
    <w:tblStylePr w:type="lastCol">
      <w:rPr>
        <w:b w:val="1"/>
        <w:bCs w:val="1"/>
      </w:rPr>
    </w:tblStylePr>
    <w:tblStylePr w:type="band1Vert">
      <w:tblPr/>
      <w:tcPr>
        <w:tcBorders>
          <w:top w:color="c0504d" w:space="0" w:sz="8" w:themeColor="accent2" w:val="single"/>
          <w:left w:color="c0504d" w:space="0" w:sz="8" w:themeColor="accent2" w:val="single"/>
          <w:bottom w:color="c0504d" w:space="0" w:sz="8" w:themeColor="accent2" w:val="single"/>
          <w:right w:color="c0504d" w:space="0" w:sz="8" w:themeColor="accent2" w:val="single"/>
        </w:tcBorders>
      </w:tcPr>
    </w:tblStylePr>
    <w:tblStylePr w:type="band1Horz">
      <w:tblPr/>
      <w:tcPr>
        <w:tcBorders>
          <w:top w:color="c0504d" w:space="0" w:sz="8" w:themeColor="accent2" w:val="single"/>
          <w:left w:color="c0504d" w:space="0" w:sz="8" w:themeColor="accent2" w:val="single"/>
          <w:bottom w:color="c0504d" w:space="0" w:sz="8" w:themeColor="accent2" w:val="single"/>
          <w:right w:color="c0504d" w:space="0" w:sz="8" w:themeColor="accent2" w:val="single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.0" w:type="dxa"/>
      <w:tblBorders>
        <w:top w:color="9bbb59" w:space="0" w:sz="8" w:themeColor="accent3" w:val="single"/>
        <w:left w:color="9bbb59" w:space="0" w:sz="8" w:themeColor="accent3" w:val="single"/>
        <w:bottom w:color="9bbb59" w:space="0" w:sz="8" w:themeColor="accent3" w:val="single"/>
        <w:right w:color="9bbb59" w:space="0" w:sz="8" w:themeColor="accent3" w:val="single"/>
      </w:tblBorders>
      <w:tblCellMar>
        <w:top w:w="0.0" w:type="dxa"/>
        <w:left w:w="108.0" w:type="dxa"/>
        <w:bottom w:w="0.0" w:type="dxa"/>
        <w:right w:w="108.0" w:type="dxa"/>
      </w:tblCellMar>
    </w:tblPr>
    <w:tblStylePr w:type="firstRow">
      <w:pPr>
        <w:spacing w:after="0" w:before="0" w:line="240" w:lineRule="auto"/>
      </w:pPr>
      <w:rPr>
        <w:b w:val="1"/>
        <w:bCs w:val="1"/>
        <w:color w:val="ffffff" w:themeColor="background1"/>
      </w:rPr>
      <w:tblPr/>
      <w:tcPr>
        <w:shd w:color="auto" w:fill="9bbb59" w:themeFill="accent3" w:val="clear"/>
      </w:tcPr>
    </w:tblStylePr>
    <w:tblStylePr w:type="lastRow">
      <w:pPr>
        <w:spacing w:after="0" w:before="0" w:line="240" w:lineRule="auto"/>
      </w:pPr>
      <w:rPr>
        <w:b w:val="1"/>
        <w:bCs w:val="1"/>
      </w:rPr>
      <w:tblPr/>
      <w:tcPr>
        <w:tcBorders>
          <w:top w:color="9bbb59" w:space="0" w:sz="6" w:themeColor="accent3" w:val="double"/>
          <w:left w:color="9bbb59" w:space="0" w:sz="8" w:themeColor="accent3" w:val="single"/>
          <w:bottom w:color="9bbb59" w:space="0" w:sz="8" w:themeColor="accent3" w:val="single"/>
          <w:right w:color="9bbb59" w:space="0" w:sz="8" w:themeColor="accent3" w:val="single"/>
        </w:tcBorders>
      </w:tcPr>
    </w:tblStylePr>
    <w:tblStylePr w:type="firstCol">
      <w:rPr>
        <w:b w:val="1"/>
        <w:bCs w:val="1"/>
      </w:rPr>
    </w:tblStylePr>
    <w:tblStylePr w:type="lastCol">
      <w:rPr>
        <w:b w:val="1"/>
        <w:bCs w:val="1"/>
      </w:rPr>
    </w:tblStylePr>
    <w:tblStylePr w:type="band1Vert">
      <w:tblPr/>
      <w:tcPr>
        <w:tcBorders>
          <w:top w:color="9bbb59" w:space="0" w:sz="8" w:themeColor="accent3" w:val="single"/>
          <w:left w:color="9bbb59" w:space="0" w:sz="8" w:themeColor="accent3" w:val="single"/>
          <w:bottom w:color="9bbb59" w:space="0" w:sz="8" w:themeColor="accent3" w:val="single"/>
          <w:right w:color="9bbb59" w:space="0" w:sz="8" w:themeColor="accent3" w:val="single"/>
        </w:tcBorders>
      </w:tcPr>
    </w:tblStylePr>
    <w:tblStylePr w:type="band1Horz">
      <w:tblPr/>
      <w:tcPr>
        <w:tcBorders>
          <w:top w:color="9bbb59" w:space="0" w:sz="8" w:themeColor="accent3" w:val="single"/>
          <w:left w:color="9bbb59" w:space="0" w:sz="8" w:themeColor="accent3" w:val="single"/>
          <w:bottom w:color="9bbb59" w:space="0" w:sz="8" w:themeColor="accent3" w:val="single"/>
          <w:right w:color="9bbb59" w:space="0" w:sz="8" w:themeColor="accent3" w:val="single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.0" w:type="dxa"/>
      <w:tblBorders>
        <w:top w:color="8064a2" w:space="0" w:sz="8" w:themeColor="accent4" w:val="single"/>
        <w:left w:color="8064a2" w:space="0" w:sz="8" w:themeColor="accent4" w:val="single"/>
        <w:bottom w:color="8064a2" w:space="0" w:sz="8" w:themeColor="accent4" w:val="single"/>
        <w:right w:color="8064a2" w:space="0" w:sz="8" w:themeColor="accent4" w:val="single"/>
      </w:tblBorders>
      <w:tblCellMar>
        <w:top w:w="0.0" w:type="dxa"/>
        <w:left w:w="108.0" w:type="dxa"/>
        <w:bottom w:w="0.0" w:type="dxa"/>
        <w:right w:w="108.0" w:type="dxa"/>
      </w:tblCellMar>
    </w:tblPr>
    <w:tblStylePr w:type="firstRow">
      <w:pPr>
        <w:spacing w:after="0" w:before="0" w:line="240" w:lineRule="auto"/>
      </w:pPr>
      <w:rPr>
        <w:b w:val="1"/>
        <w:bCs w:val="1"/>
        <w:color w:val="ffffff" w:themeColor="background1"/>
      </w:rPr>
      <w:tblPr/>
      <w:tcPr>
        <w:shd w:color="auto" w:fill="8064a2" w:themeFill="accent4" w:val="clear"/>
      </w:tcPr>
    </w:tblStylePr>
    <w:tblStylePr w:type="lastRow">
      <w:pPr>
        <w:spacing w:after="0" w:before="0" w:line="240" w:lineRule="auto"/>
      </w:pPr>
      <w:rPr>
        <w:b w:val="1"/>
        <w:bCs w:val="1"/>
      </w:rPr>
      <w:tblPr/>
      <w:tcPr>
        <w:tcBorders>
          <w:top w:color="8064a2" w:space="0" w:sz="6" w:themeColor="accent4" w:val="double"/>
          <w:left w:color="8064a2" w:space="0" w:sz="8" w:themeColor="accent4" w:val="single"/>
          <w:bottom w:color="8064a2" w:space="0" w:sz="8" w:themeColor="accent4" w:val="single"/>
          <w:right w:color="8064a2" w:space="0" w:sz="8" w:themeColor="accent4" w:val="single"/>
        </w:tcBorders>
      </w:tcPr>
    </w:tblStylePr>
    <w:tblStylePr w:type="firstCol">
      <w:rPr>
        <w:b w:val="1"/>
        <w:bCs w:val="1"/>
      </w:rPr>
    </w:tblStylePr>
    <w:tblStylePr w:type="lastCol">
      <w:rPr>
        <w:b w:val="1"/>
        <w:bCs w:val="1"/>
      </w:rPr>
    </w:tblStylePr>
    <w:tblStylePr w:type="band1Vert">
      <w:tblPr/>
      <w:tcPr>
        <w:tcBorders>
          <w:top w:color="8064a2" w:space="0" w:sz="8" w:themeColor="accent4" w:val="single"/>
          <w:left w:color="8064a2" w:space="0" w:sz="8" w:themeColor="accent4" w:val="single"/>
          <w:bottom w:color="8064a2" w:space="0" w:sz="8" w:themeColor="accent4" w:val="single"/>
          <w:right w:color="8064a2" w:space="0" w:sz="8" w:themeColor="accent4" w:val="single"/>
        </w:tcBorders>
      </w:tcPr>
    </w:tblStylePr>
    <w:tblStylePr w:type="band1Horz">
      <w:tblPr/>
      <w:tcPr>
        <w:tcBorders>
          <w:top w:color="8064a2" w:space="0" w:sz="8" w:themeColor="accent4" w:val="single"/>
          <w:left w:color="8064a2" w:space="0" w:sz="8" w:themeColor="accent4" w:val="single"/>
          <w:bottom w:color="8064a2" w:space="0" w:sz="8" w:themeColor="accent4" w:val="single"/>
          <w:right w:color="8064a2" w:space="0" w:sz="8" w:themeColor="accent4" w:val="single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.0" w:type="dxa"/>
      <w:tblBorders>
        <w:top w:color="4bacc6" w:space="0" w:sz="8" w:themeColor="accent5" w:val="single"/>
        <w:left w:color="4bacc6" w:space="0" w:sz="8" w:themeColor="accent5" w:val="single"/>
        <w:bottom w:color="4bacc6" w:space="0" w:sz="8" w:themeColor="accent5" w:val="single"/>
        <w:right w:color="4bacc6" w:space="0" w:sz="8" w:themeColor="accent5" w:val="single"/>
      </w:tblBorders>
      <w:tblCellMar>
        <w:top w:w="0.0" w:type="dxa"/>
        <w:left w:w="108.0" w:type="dxa"/>
        <w:bottom w:w="0.0" w:type="dxa"/>
        <w:right w:w="108.0" w:type="dxa"/>
      </w:tblCellMar>
    </w:tblPr>
    <w:tblStylePr w:type="firstRow">
      <w:pPr>
        <w:spacing w:after="0" w:before="0" w:line="240" w:lineRule="auto"/>
      </w:pPr>
      <w:rPr>
        <w:b w:val="1"/>
        <w:bCs w:val="1"/>
        <w:color w:val="ffffff" w:themeColor="background1"/>
      </w:rPr>
      <w:tblPr/>
      <w:tcPr>
        <w:shd w:color="auto" w:fill="4bacc6" w:themeFill="accent5" w:val="clear"/>
      </w:tcPr>
    </w:tblStylePr>
    <w:tblStylePr w:type="lastRow">
      <w:pPr>
        <w:spacing w:after="0" w:before="0" w:line="240" w:lineRule="auto"/>
      </w:pPr>
      <w:rPr>
        <w:b w:val="1"/>
        <w:bCs w:val="1"/>
      </w:rPr>
      <w:tblPr/>
      <w:tcPr>
        <w:tcBorders>
          <w:top w:color="4bacc6" w:space="0" w:sz="6" w:themeColor="accent5" w:val="double"/>
          <w:left w:color="4bacc6" w:space="0" w:sz="8" w:themeColor="accent5" w:val="single"/>
          <w:bottom w:color="4bacc6" w:space="0" w:sz="8" w:themeColor="accent5" w:val="single"/>
          <w:right w:color="4bacc6" w:space="0" w:sz="8" w:themeColor="accent5" w:val="single"/>
        </w:tcBorders>
      </w:tcPr>
    </w:tblStylePr>
    <w:tblStylePr w:type="firstCol">
      <w:rPr>
        <w:b w:val="1"/>
        <w:bCs w:val="1"/>
      </w:rPr>
    </w:tblStylePr>
    <w:tblStylePr w:type="lastCol">
      <w:rPr>
        <w:b w:val="1"/>
        <w:bCs w:val="1"/>
      </w:rPr>
    </w:tblStylePr>
    <w:tblStylePr w:type="band1Vert">
      <w:tblPr/>
      <w:tcPr>
        <w:tcBorders>
          <w:top w:color="4bacc6" w:space="0" w:sz="8" w:themeColor="accent5" w:val="single"/>
          <w:left w:color="4bacc6" w:space="0" w:sz="8" w:themeColor="accent5" w:val="single"/>
          <w:bottom w:color="4bacc6" w:space="0" w:sz="8" w:themeColor="accent5" w:val="single"/>
          <w:right w:color="4bacc6" w:space="0" w:sz="8" w:themeColor="accent5" w:val="single"/>
        </w:tcBorders>
      </w:tcPr>
    </w:tblStylePr>
    <w:tblStylePr w:type="band1Horz">
      <w:tblPr/>
      <w:tcPr>
        <w:tcBorders>
          <w:top w:color="4bacc6" w:space="0" w:sz="8" w:themeColor="accent5" w:val="single"/>
          <w:left w:color="4bacc6" w:space="0" w:sz="8" w:themeColor="accent5" w:val="single"/>
          <w:bottom w:color="4bacc6" w:space="0" w:sz="8" w:themeColor="accent5" w:val="single"/>
          <w:right w:color="4bacc6" w:space="0" w:sz="8" w:themeColor="accent5" w:val="single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.0" w:type="dxa"/>
      <w:tblBorders>
        <w:top w:color="f79646" w:space="0" w:sz="8" w:themeColor="accent6" w:val="single"/>
        <w:left w:color="f79646" w:space="0" w:sz="8" w:themeColor="accent6" w:val="single"/>
        <w:bottom w:color="f79646" w:space="0" w:sz="8" w:themeColor="accent6" w:val="single"/>
        <w:right w:color="f79646" w:space="0" w:sz="8" w:themeColor="accent6" w:val="single"/>
      </w:tblBorders>
      <w:tblCellMar>
        <w:top w:w="0.0" w:type="dxa"/>
        <w:left w:w="108.0" w:type="dxa"/>
        <w:bottom w:w="0.0" w:type="dxa"/>
        <w:right w:w="108.0" w:type="dxa"/>
      </w:tblCellMar>
    </w:tblPr>
    <w:tblStylePr w:type="firstRow">
      <w:pPr>
        <w:spacing w:after="0" w:before="0" w:line="240" w:lineRule="auto"/>
      </w:pPr>
      <w:rPr>
        <w:b w:val="1"/>
        <w:bCs w:val="1"/>
        <w:color w:val="ffffff" w:themeColor="background1"/>
      </w:rPr>
      <w:tblPr/>
      <w:tcPr>
        <w:shd w:color="auto" w:fill="f79646" w:themeFill="accent6" w:val="clear"/>
      </w:tcPr>
    </w:tblStylePr>
    <w:tblStylePr w:type="lastRow">
      <w:pPr>
        <w:spacing w:after="0" w:before="0" w:line="240" w:lineRule="auto"/>
      </w:pPr>
      <w:rPr>
        <w:b w:val="1"/>
        <w:bCs w:val="1"/>
      </w:rPr>
      <w:tblPr/>
      <w:tcPr>
        <w:tcBorders>
          <w:top w:color="f79646" w:space="0" w:sz="6" w:themeColor="accent6" w:val="double"/>
          <w:left w:color="f79646" w:space="0" w:sz="8" w:themeColor="accent6" w:val="single"/>
          <w:bottom w:color="f79646" w:space="0" w:sz="8" w:themeColor="accent6" w:val="single"/>
          <w:right w:color="f79646" w:space="0" w:sz="8" w:themeColor="accent6" w:val="single"/>
        </w:tcBorders>
      </w:tcPr>
    </w:tblStylePr>
    <w:tblStylePr w:type="firstCol">
      <w:rPr>
        <w:b w:val="1"/>
        <w:bCs w:val="1"/>
      </w:rPr>
    </w:tblStylePr>
    <w:tblStylePr w:type="lastCol">
      <w:rPr>
        <w:b w:val="1"/>
        <w:bCs w:val="1"/>
      </w:rPr>
    </w:tblStylePr>
    <w:tblStylePr w:type="band1Vert">
      <w:tblPr/>
      <w:tcPr>
        <w:tcBorders>
          <w:top w:color="f79646" w:space="0" w:sz="8" w:themeColor="accent6" w:val="single"/>
          <w:left w:color="f79646" w:space="0" w:sz="8" w:themeColor="accent6" w:val="single"/>
          <w:bottom w:color="f79646" w:space="0" w:sz="8" w:themeColor="accent6" w:val="single"/>
          <w:right w:color="f79646" w:space="0" w:sz="8" w:themeColor="accent6" w:val="single"/>
        </w:tcBorders>
      </w:tcPr>
    </w:tblStylePr>
    <w:tblStylePr w:type="band1Horz">
      <w:tblPr/>
      <w:tcPr>
        <w:tcBorders>
          <w:top w:color="f79646" w:space="0" w:sz="8" w:themeColor="accent6" w:val="single"/>
          <w:left w:color="f79646" w:space="0" w:sz="8" w:themeColor="accent6" w:val="single"/>
          <w:bottom w:color="f79646" w:space="0" w:sz="8" w:themeColor="accent6" w:val="single"/>
          <w:right w:color="f79646" w:space="0" w:sz="8" w:themeColor="accent6" w:val="single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.0" w:type="dxa"/>
      <w:tblBorders>
        <w:top w:color="000000" w:space="0" w:sz="8" w:themeColor="text1" w:val="single"/>
        <w:left w:color="000000" w:space="0" w:sz="8" w:themeColor="text1" w:val="single"/>
        <w:bottom w:color="000000" w:space="0" w:sz="8" w:themeColor="text1" w:val="single"/>
        <w:right w:color="000000" w:space="0" w:sz="8" w:themeColor="text1" w:val="single"/>
        <w:insideH w:color="000000" w:space="0" w:sz="8" w:themeColor="text1" w:val="single"/>
        <w:insideV w:color="000000" w:space="0" w:sz="8" w:themeColor="text1" w:val="single"/>
      </w:tblBorders>
      <w:tblCellMar>
        <w:top w:w="0.0" w:type="dxa"/>
        <w:left w:w="108.0" w:type="dxa"/>
        <w:bottom w:w="0.0" w:type="dxa"/>
        <w:right w:w="108.0" w:type="dxa"/>
      </w:tblCellMar>
    </w:tblPr>
    <w:tblStylePr w:type="firstRow">
      <w:pPr>
        <w:spacing w:after="0" w:before="0" w:line="240" w:lineRule="auto"/>
      </w:pPr>
      <w:rPr>
        <w:rFonts w:asciiTheme="majorHAnsi" w:cstheme="majorBidi" w:eastAsiaTheme="majorEastAsia" w:hAnsiTheme="majorHAnsi"/>
        <w:b w:val="1"/>
        <w:bCs w:val="1"/>
      </w:rPr>
      <w:tblPr/>
      <w:tcPr>
        <w:tcBorders>
          <w:top w:color="000000" w:space="0" w:sz="8" w:themeColor="text1" w:val="single"/>
          <w:left w:color="000000" w:space="0" w:sz="8" w:themeColor="text1" w:val="single"/>
          <w:bottom w:color="000000" w:space="0" w:sz="18" w:themeColor="text1" w:val="single"/>
          <w:right w:color="000000" w:space="0" w:sz="8" w:themeColor="text1" w:val="single"/>
          <w:insideH w:space="0" w:sz="0" w:val="nil"/>
          <w:insideV w:color="000000" w:space="0" w:sz="8" w:themeColor="text1" w:val="single"/>
        </w:tcBorders>
      </w:tcPr>
    </w:tblStylePr>
    <w:tblStylePr w:type="lastRow">
      <w:pPr>
        <w:spacing w:after="0" w:before="0" w:line="240" w:lineRule="auto"/>
      </w:pPr>
      <w:rPr>
        <w:rFonts w:asciiTheme="majorHAnsi" w:cstheme="majorBidi" w:eastAsiaTheme="majorEastAsia" w:hAnsiTheme="majorHAnsi"/>
        <w:b w:val="1"/>
        <w:bCs w:val="1"/>
      </w:rPr>
      <w:tblPr/>
      <w:tcPr>
        <w:tcBorders>
          <w:top w:color="000000" w:space="0" w:sz="6" w:themeColor="text1" w:val="double"/>
          <w:left w:color="000000" w:space="0" w:sz="8" w:themeColor="text1" w:val="single"/>
          <w:bottom w:color="000000" w:space="0" w:sz="8" w:themeColor="text1" w:val="single"/>
          <w:right w:color="000000" w:space="0" w:sz="8" w:themeColor="text1" w:val="single"/>
          <w:insideH w:space="0" w:sz="0" w:val="nil"/>
          <w:insideV w:color="000000" w:space="0" w:sz="8" w:themeColor="text1" w:val="single"/>
        </w:tcBorders>
      </w:tcPr>
    </w:tblStylePr>
    <w:tblStylePr w:type="firstCol">
      <w:rPr>
        <w:rFonts w:asciiTheme="majorHAnsi" w:cstheme="majorBidi" w:eastAsiaTheme="majorEastAsia" w:hAnsiTheme="majorHAnsi"/>
        <w:b w:val="1"/>
        <w:bCs w:val="1"/>
      </w:rPr>
    </w:tblStylePr>
    <w:tblStylePr w:type="lastCol">
      <w:rPr>
        <w:rFonts w:asciiTheme="majorHAnsi" w:cstheme="majorBidi" w:eastAsiaTheme="majorEastAsia" w:hAnsiTheme="majorHAnsi"/>
        <w:b w:val="1"/>
        <w:bCs w:val="1"/>
      </w:rPr>
      <w:tblPr/>
      <w:tcPr>
        <w:tcBorders>
          <w:top w:color="000000" w:space="0" w:sz="8" w:themeColor="text1" w:val="single"/>
          <w:left w:color="000000" w:space="0" w:sz="8" w:themeColor="text1" w:val="single"/>
          <w:bottom w:color="000000" w:space="0" w:sz="8" w:themeColor="text1" w:val="single"/>
          <w:right w:color="000000" w:space="0" w:sz="8" w:themeColor="text1" w:val="single"/>
        </w:tcBorders>
      </w:tcPr>
    </w:tblStylePr>
    <w:tblStylePr w:type="band1Vert">
      <w:tblPr/>
      <w:tcPr>
        <w:tcBorders>
          <w:top w:color="000000" w:space="0" w:sz="8" w:themeColor="text1" w:val="single"/>
          <w:left w:color="000000" w:space="0" w:sz="8" w:themeColor="text1" w:val="single"/>
          <w:bottom w:color="000000" w:space="0" w:sz="8" w:themeColor="text1" w:val="single"/>
          <w:right w:color="000000" w:space="0" w:sz="8" w:themeColor="text1" w:val="single"/>
        </w:tcBorders>
        <w:shd w:color="auto" w:fill="c0c0c0" w:themeFill="text1" w:themeFillTint="00003F" w:val="clear"/>
      </w:tcPr>
    </w:tblStylePr>
    <w:tblStylePr w:type="band1Horz">
      <w:tblPr/>
      <w:tcPr>
        <w:tcBorders>
          <w:top w:color="000000" w:space="0" w:sz="8" w:themeColor="text1" w:val="single"/>
          <w:left w:color="000000" w:space="0" w:sz="8" w:themeColor="text1" w:val="single"/>
          <w:bottom w:color="000000" w:space="0" w:sz="8" w:themeColor="text1" w:val="single"/>
          <w:right w:color="000000" w:space="0" w:sz="8" w:themeColor="text1" w:val="single"/>
          <w:insideV w:color="000000" w:space="0" w:sz="8" w:themeColor="text1" w:val="single"/>
        </w:tcBorders>
        <w:shd w:color="auto" w:fill="c0c0c0" w:themeFill="text1" w:themeFillTint="00003F" w:val="clear"/>
      </w:tcPr>
    </w:tblStylePr>
    <w:tblStylePr w:type="band2Horz">
      <w:tblPr/>
      <w:tcPr>
        <w:tcBorders>
          <w:top w:color="000000" w:space="0" w:sz="8" w:themeColor="text1" w:val="single"/>
          <w:left w:color="000000" w:space="0" w:sz="8" w:themeColor="text1" w:val="single"/>
          <w:bottom w:color="000000" w:space="0" w:sz="8" w:themeColor="text1" w:val="single"/>
          <w:right w:color="000000" w:space="0" w:sz="8" w:themeColor="text1" w:val="single"/>
          <w:insideV w:color="000000" w:space="0" w:sz="8" w:themeColor="text1" w:val="single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.0" w:type="dxa"/>
      <w:tblBorders>
        <w:top w:color="4f81bd" w:space="0" w:sz="8" w:themeColor="accent1" w:val="single"/>
        <w:left w:color="4f81bd" w:space="0" w:sz="8" w:themeColor="accent1" w:val="single"/>
        <w:bottom w:color="4f81bd" w:space="0" w:sz="8" w:themeColor="accent1" w:val="single"/>
        <w:right w:color="4f81bd" w:space="0" w:sz="8" w:themeColor="accent1" w:val="single"/>
        <w:insideH w:color="4f81bd" w:space="0" w:sz="8" w:themeColor="accent1" w:val="single"/>
        <w:insideV w:color="4f81bd" w:space="0" w:sz="8" w:themeColor="accent1" w:val="single"/>
      </w:tblBorders>
      <w:tblCellMar>
        <w:top w:w="0.0" w:type="dxa"/>
        <w:left w:w="108.0" w:type="dxa"/>
        <w:bottom w:w="0.0" w:type="dxa"/>
        <w:right w:w="108.0" w:type="dxa"/>
      </w:tblCellMar>
    </w:tblPr>
    <w:tblStylePr w:type="firstRow">
      <w:pPr>
        <w:spacing w:after="0" w:before="0" w:line="240" w:lineRule="auto"/>
      </w:pPr>
      <w:rPr>
        <w:rFonts w:asciiTheme="majorHAnsi" w:cstheme="majorBidi" w:eastAsiaTheme="majorEastAsia" w:hAnsiTheme="majorHAnsi"/>
        <w:b w:val="1"/>
        <w:bCs w:val="1"/>
      </w:rPr>
      <w:tblPr/>
      <w:tcPr>
        <w:tcBorders>
          <w:top w:color="4f81bd" w:space="0" w:sz="8" w:themeColor="accent1" w:val="single"/>
          <w:left w:color="4f81bd" w:space="0" w:sz="8" w:themeColor="accent1" w:val="single"/>
          <w:bottom w:color="4f81bd" w:space="0" w:sz="18" w:themeColor="accent1" w:val="single"/>
          <w:right w:color="4f81bd" w:space="0" w:sz="8" w:themeColor="accent1" w:val="single"/>
          <w:insideH w:space="0" w:sz="0" w:val="nil"/>
          <w:insideV w:color="4f81bd" w:space="0" w:sz="8" w:themeColor="accent1" w:val="single"/>
        </w:tcBorders>
      </w:tcPr>
    </w:tblStylePr>
    <w:tblStylePr w:type="lastRow">
      <w:pPr>
        <w:spacing w:after="0" w:before="0" w:line="240" w:lineRule="auto"/>
      </w:pPr>
      <w:rPr>
        <w:rFonts w:asciiTheme="majorHAnsi" w:cstheme="majorBidi" w:eastAsiaTheme="majorEastAsia" w:hAnsiTheme="majorHAnsi"/>
        <w:b w:val="1"/>
        <w:bCs w:val="1"/>
      </w:rPr>
      <w:tblPr/>
      <w:tcPr>
        <w:tcBorders>
          <w:top w:color="4f81bd" w:space="0" w:sz="6" w:themeColor="accent1" w:val="double"/>
          <w:left w:color="4f81bd" w:space="0" w:sz="8" w:themeColor="accent1" w:val="single"/>
          <w:bottom w:color="4f81bd" w:space="0" w:sz="8" w:themeColor="accent1" w:val="single"/>
          <w:right w:color="4f81bd" w:space="0" w:sz="8" w:themeColor="accent1" w:val="single"/>
          <w:insideH w:space="0" w:sz="0" w:val="nil"/>
          <w:insideV w:color="4f81bd" w:space="0" w:sz="8" w:themeColor="accent1" w:val="single"/>
        </w:tcBorders>
      </w:tcPr>
    </w:tblStylePr>
    <w:tblStylePr w:type="firstCol">
      <w:rPr>
        <w:rFonts w:asciiTheme="majorHAnsi" w:cstheme="majorBidi" w:eastAsiaTheme="majorEastAsia" w:hAnsiTheme="majorHAnsi"/>
        <w:b w:val="1"/>
        <w:bCs w:val="1"/>
      </w:rPr>
    </w:tblStylePr>
    <w:tblStylePr w:type="lastCol">
      <w:rPr>
        <w:rFonts w:asciiTheme="majorHAnsi" w:cstheme="majorBidi" w:eastAsiaTheme="majorEastAsia" w:hAnsiTheme="majorHAnsi"/>
        <w:b w:val="1"/>
        <w:bCs w:val="1"/>
      </w:rPr>
      <w:tblPr/>
      <w:tcPr>
        <w:tcBorders>
          <w:top w:color="4f81bd" w:space="0" w:sz="8" w:themeColor="accent1" w:val="single"/>
          <w:left w:color="4f81bd" w:space="0" w:sz="8" w:themeColor="accent1" w:val="single"/>
          <w:bottom w:color="4f81bd" w:space="0" w:sz="8" w:themeColor="accent1" w:val="single"/>
          <w:right w:color="4f81bd" w:space="0" w:sz="8" w:themeColor="accent1" w:val="single"/>
        </w:tcBorders>
      </w:tcPr>
    </w:tblStylePr>
    <w:tblStylePr w:type="band1Vert">
      <w:tblPr/>
      <w:tcPr>
        <w:tcBorders>
          <w:top w:color="4f81bd" w:space="0" w:sz="8" w:themeColor="accent1" w:val="single"/>
          <w:left w:color="4f81bd" w:space="0" w:sz="8" w:themeColor="accent1" w:val="single"/>
          <w:bottom w:color="4f81bd" w:space="0" w:sz="8" w:themeColor="accent1" w:val="single"/>
          <w:right w:color="4f81bd" w:space="0" w:sz="8" w:themeColor="accent1" w:val="single"/>
        </w:tcBorders>
        <w:shd w:color="auto" w:fill="d3dfee" w:themeFill="accent1" w:themeFillTint="00003F" w:val="clear"/>
      </w:tcPr>
    </w:tblStylePr>
    <w:tblStylePr w:type="band1Horz">
      <w:tblPr/>
      <w:tcPr>
        <w:tcBorders>
          <w:top w:color="4f81bd" w:space="0" w:sz="8" w:themeColor="accent1" w:val="single"/>
          <w:left w:color="4f81bd" w:space="0" w:sz="8" w:themeColor="accent1" w:val="single"/>
          <w:bottom w:color="4f81bd" w:space="0" w:sz="8" w:themeColor="accent1" w:val="single"/>
          <w:right w:color="4f81bd" w:space="0" w:sz="8" w:themeColor="accent1" w:val="single"/>
          <w:insideV w:color="4f81bd" w:space="0" w:sz="8" w:themeColor="accent1" w:val="single"/>
        </w:tcBorders>
        <w:shd w:color="auto" w:fill="d3dfee" w:themeFill="accent1" w:themeFillTint="00003F" w:val="clear"/>
      </w:tcPr>
    </w:tblStylePr>
    <w:tblStylePr w:type="band2Horz">
      <w:tblPr/>
      <w:tcPr>
        <w:tcBorders>
          <w:top w:color="4f81bd" w:space="0" w:sz="8" w:themeColor="accent1" w:val="single"/>
          <w:left w:color="4f81bd" w:space="0" w:sz="8" w:themeColor="accent1" w:val="single"/>
          <w:bottom w:color="4f81bd" w:space="0" w:sz="8" w:themeColor="accent1" w:val="single"/>
          <w:right w:color="4f81bd" w:space="0" w:sz="8" w:themeColor="accent1" w:val="single"/>
          <w:insideV w:color="4f81bd" w:space="0" w:sz="8" w:themeColor="accent1" w:val="single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.0" w:type="dxa"/>
      <w:tblBorders>
        <w:top w:color="c0504d" w:space="0" w:sz="8" w:themeColor="accent2" w:val="single"/>
        <w:left w:color="c0504d" w:space="0" w:sz="8" w:themeColor="accent2" w:val="single"/>
        <w:bottom w:color="c0504d" w:space="0" w:sz="8" w:themeColor="accent2" w:val="single"/>
        <w:right w:color="c0504d" w:space="0" w:sz="8" w:themeColor="accent2" w:val="single"/>
        <w:insideH w:color="c0504d" w:space="0" w:sz="8" w:themeColor="accent2" w:val="single"/>
        <w:insideV w:color="c0504d" w:space="0" w:sz="8" w:themeColor="accent2" w:val="single"/>
      </w:tblBorders>
      <w:tblCellMar>
        <w:top w:w="0.0" w:type="dxa"/>
        <w:left w:w="108.0" w:type="dxa"/>
        <w:bottom w:w="0.0" w:type="dxa"/>
        <w:right w:w="108.0" w:type="dxa"/>
      </w:tblCellMar>
    </w:tblPr>
    <w:tblStylePr w:type="firstRow">
      <w:pPr>
        <w:spacing w:after="0" w:before="0" w:line="240" w:lineRule="auto"/>
      </w:pPr>
      <w:rPr>
        <w:rFonts w:asciiTheme="majorHAnsi" w:cstheme="majorBidi" w:eastAsiaTheme="majorEastAsia" w:hAnsiTheme="majorHAnsi"/>
        <w:b w:val="1"/>
        <w:bCs w:val="1"/>
      </w:rPr>
      <w:tblPr/>
      <w:tcPr>
        <w:tcBorders>
          <w:top w:color="c0504d" w:space="0" w:sz="8" w:themeColor="accent2" w:val="single"/>
          <w:left w:color="c0504d" w:space="0" w:sz="8" w:themeColor="accent2" w:val="single"/>
          <w:bottom w:color="c0504d" w:space="0" w:sz="18" w:themeColor="accent2" w:val="single"/>
          <w:right w:color="c0504d" w:space="0" w:sz="8" w:themeColor="accent2" w:val="single"/>
          <w:insideH w:space="0" w:sz="0" w:val="nil"/>
          <w:insideV w:color="c0504d" w:space="0" w:sz="8" w:themeColor="accent2" w:val="single"/>
        </w:tcBorders>
      </w:tcPr>
    </w:tblStylePr>
    <w:tblStylePr w:type="lastRow">
      <w:pPr>
        <w:spacing w:after="0" w:before="0" w:line="240" w:lineRule="auto"/>
      </w:pPr>
      <w:rPr>
        <w:rFonts w:asciiTheme="majorHAnsi" w:cstheme="majorBidi" w:eastAsiaTheme="majorEastAsia" w:hAnsiTheme="majorHAnsi"/>
        <w:b w:val="1"/>
        <w:bCs w:val="1"/>
      </w:rPr>
      <w:tblPr/>
      <w:tcPr>
        <w:tcBorders>
          <w:top w:color="c0504d" w:space="0" w:sz="6" w:themeColor="accent2" w:val="double"/>
          <w:left w:color="c0504d" w:space="0" w:sz="8" w:themeColor="accent2" w:val="single"/>
          <w:bottom w:color="c0504d" w:space="0" w:sz="8" w:themeColor="accent2" w:val="single"/>
          <w:right w:color="c0504d" w:space="0" w:sz="8" w:themeColor="accent2" w:val="single"/>
          <w:insideH w:space="0" w:sz="0" w:val="nil"/>
          <w:insideV w:color="c0504d" w:space="0" w:sz="8" w:themeColor="accent2" w:val="single"/>
        </w:tcBorders>
      </w:tcPr>
    </w:tblStylePr>
    <w:tblStylePr w:type="firstCol">
      <w:rPr>
        <w:rFonts w:asciiTheme="majorHAnsi" w:cstheme="majorBidi" w:eastAsiaTheme="majorEastAsia" w:hAnsiTheme="majorHAnsi"/>
        <w:b w:val="1"/>
        <w:bCs w:val="1"/>
      </w:rPr>
    </w:tblStylePr>
    <w:tblStylePr w:type="lastCol">
      <w:rPr>
        <w:rFonts w:asciiTheme="majorHAnsi" w:cstheme="majorBidi" w:eastAsiaTheme="majorEastAsia" w:hAnsiTheme="majorHAnsi"/>
        <w:b w:val="1"/>
        <w:bCs w:val="1"/>
      </w:rPr>
      <w:tblPr/>
      <w:tcPr>
        <w:tcBorders>
          <w:top w:color="c0504d" w:space="0" w:sz="8" w:themeColor="accent2" w:val="single"/>
          <w:left w:color="c0504d" w:space="0" w:sz="8" w:themeColor="accent2" w:val="single"/>
          <w:bottom w:color="c0504d" w:space="0" w:sz="8" w:themeColor="accent2" w:val="single"/>
          <w:right w:color="c0504d" w:space="0" w:sz="8" w:themeColor="accent2" w:val="single"/>
        </w:tcBorders>
      </w:tcPr>
    </w:tblStylePr>
    <w:tblStylePr w:type="band1Vert">
      <w:tblPr/>
      <w:tcPr>
        <w:tcBorders>
          <w:top w:color="c0504d" w:space="0" w:sz="8" w:themeColor="accent2" w:val="single"/>
          <w:left w:color="c0504d" w:space="0" w:sz="8" w:themeColor="accent2" w:val="single"/>
          <w:bottom w:color="c0504d" w:space="0" w:sz="8" w:themeColor="accent2" w:val="single"/>
          <w:right w:color="c0504d" w:space="0" w:sz="8" w:themeColor="accent2" w:val="single"/>
        </w:tcBorders>
        <w:shd w:color="auto" w:fill="efd3d2" w:themeFill="accent2" w:themeFillTint="00003F" w:val="clear"/>
      </w:tcPr>
    </w:tblStylePr>
    <w:tblStylePr w:type="band1Horz">
      <w:tblPr/>
      <w:tcPr>
        <w:tcBorders>
          <w:top w:color="c0504d" w:space="0" w:sz="8" w:themeColor="accent2" w:val="single"/>
          <w:left w:color="c0504d" w:space="0" w:sz="8" w:themeColor="accent2" w:val="single"/>
          <w:bottom w:color="c0504d" w:space="0" w:sz="8" w:themeColor="accent2" w:val="single"/>
          <w:right w:color="c0504d" w:space="0" w:sz="8" w:themeColor="accent2" w:val="single"/>
          <w:insideV w:color="c0504d" w:space="0" w:sz="8" w:themeColor="accent2" w:val="single"/>
        </w:tcBorders>
        <w:shd w:color="auto" w:fill="efd3d2" w:themeFill="accent2" w:themeFillTint="00003F" w:val="clear"/>
      </w:tcPr>
    </w:tblStylePr>
    <w:tblStylePr w:type="band2Horz">
      <w:tblPr/>
      <w:tcPr>
        <w:tcBorders>
          <w:top w:color="c0504d" w:space="0" w:sz="8" w:themeColor="accent2" w:val="single"/>
          <w:left w:color="c0504d" w:space="0" w:sz="8" w:themeColor="accent2" w:val="single"/>
          <w:bottom w:color="c0504d" w:space="0" w:sz="8" w:themeColor="accent2" w:val="single"/>
          <w:right w:color="c0504d" w:space="0" w:sz="8" w:themeColor="accent2" w:val="single"/>
          <w:insideV w:color="c0504d" w:space="0" w:sz="8" w:themeColor="accent2" w:val="single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.0" w:type="dxa"/>
      <w:tblBorders>
        <w:top w:color="9bbb59" w:space="0" w:sz="8" w:themeColor="accent3" w:val="single"/>
        <w:left w:color="9bbb59" w:space="0" w:sz="8" w:themeColor="accent3" w:val="single"/>
        <w:bottom w:color="9bbb59" w:space="0" w:sz="8" w:themeColor="accent3" w:val="single"/>
        <w:right w:color="9bbb59" w:space="0" w:sz="8" w:themeColor="accent3" w:val="single"/>
        <w:insideH w:color="9bbb59" w:space="0" w:sz="8" w:themeColor="accent3" w:val="single"/>
        <w:insideV w:color="9bbb59" w:space="0" w:sz="8" w:themeColor="accent3" w:val="single"/>
      </w:tblBorders>
      <w:tblCellMar>
        <w:top w:w="0.0" w:type="dxa"/>
        <w:left w:w="108.0" w:type="dxa"/>
        <w:bottom w:w="0.0" w:type="dxa"/>
        <w:right w:w="108.0" w:type="dxa"/>
      </w:tblCellMar>
    </w:tblPr>
    <w:tblStylePr w:type="firstRow">
      <w:pPr>
        <w:spacing w:after="0" w:before="0" w:line="240" w:lineRule="auto"/>
      </w:pPr>
      <w:rPr>
        <w:rFonts w:asciiTheme="majorHAnsi" w:cstheme="majorBidi" w:eastAsiaTheme="majorEastAsia" w:hAnsiTheme="majorHAnsi"/>
        <w:b w:val="1"/>
        <w:bCs w:val="1"/>
      </w:rPr>
      <w:tblPr/>
      <w:tcPr>
        <w:tcBorders>
          <w:top w:color="9bbb59" w:space="0" w:sz="8" w:themeColor="accent3" w:val="single"/>
          <w:left w:color="9bbb59" w:space="0" w:sz="8" w:themeColor="accent3" w:val="single"/>
          <w:bottom w:color="9bbb59" w:space="0" w:sz="18" w:themeColor="accent3" w:val="single"/>
          <w:right w:color="9bbb59" w:space="0" w:sz="8" w:themeColor="accent3" w:val="single"/>
          <w:insideH w:space="0" w:sz="0" w:val="nil"/>
          <w:insideV w:color="9bbb59" w:space="0" w:sz="8" w:themeColor="accent3" w:val="single"/>
        </w:tcBorders>
      </w:tcPr>
    </w:tblStylePr>
    <w:tblStylePr w:type="lastRow">
      <w:pPr>
        <w:spacing w:after="0" w:before="0" w:line="240" w:lineRule="auto"/>
      </w:pPr>
      <w:rPr>
        <w:rFonts w:asciiTheme="majorHAnsi" w:cstheme="majorBidi" w:eastAsiaTheme="majorEastAsia" w:hAnsiTheme="majorHAnsi"/>
        <w:b w:val="1"/>
        <w:bCs w:val="1"/>
      </w:rPr>
      <w:tblPr/>
      <w:tcPr>
        <w:tcBorders>
          <w:top w:color="9bbb59" w:space="0" w:sz="6" w:themeColor="accent3" w:val="double"/>
          <w:left w:color="9bbb59" w:space="0" w:sz="8" w:themeColor="accent3" w:val="single"/>
          <w:bottom w:color="9bbb59" w:space="0" w:sz="8" w:themeColor="accent3" w:val="single"/>
          <w:right w:color="9bbb59" w:space="0" w:sz="8" w:themeColor="accent3" w:val="single"/>
          <w:insideH w:space="0" w:sz="0" w:val="nil"/>
          <w:insideV w:color="9bbb59" w:space="0" w:sz="8" w:themeColor="accent3" w:val="single"/>
        </w:tcBorders>
      </w:tcPr>
    </w:tblStylePr>
    <w:tblStylePr w:type="firstCol">
      <w:rPr>
        <w:rFonts w:asciiTheme="majorHAnsi" w:cstheme="majorBidi" w:eastAsiaTheme="majorEastAsia" w:hAnsiTheme="majorHAnsi"/>
        <w:b w:val="1"/>
        <w:bCs w:val="1"/>
      </w:rPr>
    </w:tblStylePr>
    <w:tblStylePr w:type="lastCol">
      <w:rPr>
        <w:rFonts w:asciiTheme="majorHAnsi" w:cstheme="majorBidi" w:eastAsiaTheme="majorEastAsia" w:hAnsiTheme="majorHAnsi"/>
        <w:b w:val="1"/>
        <w:bCs w:val="1"/>
      </w:rPr>
      <w:tblPr/>
      <w:tcPr>
        <w:tcBorders>
          <w:top w:color="9bbb59" w:space="0" w:sz="8" w:themeColor="accent3" w:val="single"/>
          <w:left w:color="9bbb59" w:space="0" w:sz="8" w:themeColor="accent3" w:val="single"/>
          <w:bottom w:color="9bbb59" w:space="0" w:sz="8" w:themeColor="accent3" w:val="single"/>
          <w:right w:color="9bbb59" w:space="0" w:sz="8" w:themeColor="accent3" w:val="single"/>
        </w:tcBorders>
      </w:tcPr>
    </w:tblStylePr>
    <w:tblStylePr w:type="band1Vert">
      <w:tblPr/>
      <w:tcPr>
        <w:tcBorders>
          <w:top w:color="9bbb59" w:space="0" w:sz="8" w:themeColor="accent3" w:val="single"/>
          <w:left w:color="9bbb59" w:space="0" w:sz="8" w:themeColor="accent3" w:val="single"/>
          <w:bottom w:color="9bbb59" w:space="0" w:sz="8" w:themeColor="accent3" w:val="single"/>
          <w:right w:color="9bbb59" w:space="0" w:sz="8" w:themeColor="accent3" w:val="single"/>
        </w:tcBorders>
        <w:shd w:color="auto" w:fill="e6eed5" w:themeFill="accent3" w:themeFillTint="00003F" w:val="clear"/>
      </w:tcPr>
    </w:tblStylePr>
    <w:tblStylePr w:type="band1Horz">
      <w:tblPr/>
      <w:tcPr>
        <w:tcBorders>
          <w:top w:color="9bbb59" w:space="0" w:sz="8" w:themeColor="accent3" w:val="single"/>
          <w:left w:color="9bbb59" w:space="0" w:sz="8" w:themeColor="accent3" w:val="single"/>
          <w:bottom w:color="9bbb59" w:space="0" w:sz="8" w:themeColor="accent3" w:val="single"/>
          <w:right w:color="9bbb59" w:space="0" w:sz="8" w:themeColor="accent3" w:val="single"/>
          <w:insideV w:color="9bbb59" w:space="0" w:sz="8" w:themeColor="accent3" w:val="single"/>
        </w:tcBorders>
        <w:shd w:color="auto" w:fill="e6eed5" w:themeFill="accent3" w:themeFillTint="00003F" w:val="clear"/>
      </w:tcPr>
    </w:tblStylePr>
    <w:tblStylePr w:type="band2Horz">
      <w:tblPr/>
      <w:tcPr>
        <w:tcBorders>
          <w:top w:color="9bbb59" w:space="0" w:sz="8" w:themeColor="accent3" w:val="single"/>
          <w:left w:color="9bbb59" w:space="0" w:sz="8" w:themeColor="accent3" w:val="single"/>
          <w:bottom w:color="9bbb59" w:space="0" w:sz="8" w:themeColor="accent3" w:val="single"/>
          <w:right w:color="9bbb59" w:space="0" w:sz="8" w:themeColor="accent3" w:val="single"/>
          <w:insideV w:color="9bbb59" w:space="0" w:sz="8" w:themeColor="accent3" w:val="single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.0" w:type="dxa"/>
      <w:tblBorders>
        <w:top w:color="8064a2" w:space="0" w:sz="8" w:themeColor="accent4" w:val="single"/>
        <w:left w:color="8064a2" w:space="0" w:sz="8" w:themeColor="accent4" w:val="single"/>
        <w:bottom w:color="8064a2" w:space="0" w:sz="8" w:themeColor="accent4" w:val="single"/>
        <w:right w:color="8064a2" w:space="0" w:sz="8" w:themeColor="accent4" w:val="single"/>
        <w:insideH w:color="8064a2" w:space="0" w:sz="8" w:themeColor="accent4" w:val="single"/>
        <w:insideV w:color="8064a2" w:space="0" w:sz="8" w:themeColor="accent4" w:val="single"/>
      </w:tblBorders>
      <w:tblCellMar>
        <w:top w:w="0.0" w:type="dxa"/>
        <w:left w:w="108.0" w:type="dxa"/>
        <w:bottom w:w="0.0" w:type="dxa"/>
        <w:right w:w="108.0" w:type="dxa"/>
      </w:tblCellMar>
    </w:tblPr>
    <w:tblStylePr w:type="firstRow">
      <w:pPr>
        <w:spacing w:after="0" w:before="0" w:line="240" w:lineRule="auto"/>
      </w:pPr>
      <w:rPr>
        <w:rFonts w:asciiTheme="majorHAnsi" w:cstheme="majorBidi" w:eastAsiaTheme="majorEastAsia" w:hAnsiTheme="majorHAnsi"/>
        <w:b w:val="1"/>
        <w:bCs w:val="1"/>
      </w:rPr>
      <w:tblPr/>
      <w:tcPr>
        <w:tcBorders>
          <w:top w:color="8064a2" w:space="0" w:sz="8" w:themeColor="accent4" w:val="single"/>
          <w:left w:color="8064a2" w:space="0" w:sz="8" w:themeColor="accent4" w:val="single"/>
          <w:bottom w:color="8064a2" w:space="0" w:sz="18" w:themeColor="accent4" w:val="single"/>
          <w:right w:color="8064a2" w:space="0" w:sz="8" w:themeColor="accent4" w:val="single"/>
          <w:insideH w:space="0" w:sz="0" w:val="nil"/>
          <w:insideV w:color="8064a2" w:space="0" w:sz="8" w:themeColor="accent4" w:val="single"/>
        </w:tcBorders>
      </w:tcPr>
    </w:tblStylePr>
    <w:tblStylePr w:type="lastRow">
      <w:pPr>
        <w:spacing w:after="0" w:before="0" w:line="240" w:lineRule="auto"/>
      </w:pPr>
      <w:rPr>
        <w:rFonts w:asciiTheme="majorHAnsi" w:cstheme="majorBidi" w:eastAsiaTheme="majorEastAsia" w:hAnsiTheme="majorHAnsi"/>
        <w:b w:val="1"/>
        <w:bCs w:val="1"/>
      </w:rPr>
      <w:tblPr/>
      <w:tcPr>
        <w:tcBorders>
          <w:top w:color="8064a2" w:space="0" w:sz="6" w:themeColor="accent4" w:val="double"/>
          <w:left w:color="8064a2" w:space="0" w:sz="8" w:themeColor="accent4" w:val="single"/>
          <w:bottom w:color="8064a2" w:space="0" w:sz="8" w:themeColor="accent4" w:val="single"/>
          <w:right w:color="8064a2" w:space="0" w:sz="8" w:themeColor="accent4" w:val="single"/>
          <w:insideH w:space="0" w:sz="0" w:val="nil"/>
          <w:insideV w:color="8064a2" w:space="0" w:sz="8" w:themeColor="accent4" w:val="single"/>
        </w:tcBorders>
      </w:tcPr>
    </w:tblStylePr>
    <w:tblStylePr w:type="firstCol">
      <w:rPr>
        <w:rFonts w:asciiTheme="majorHAnsi" w:cstheme="majorBidi" w:eastAsiaTheme="majorEastAsia" w:hAnsiTheme="majorHAnsi"/>
        <w:b w:val="1"/>
        <w:bCs w:val="1"/>
      </w:rPr>
    </w:tblStylePr>
    <w:tblStylePr w:type="lastCol">
      <w:rPr>
        <w:rFonts w:asciiTheme="majorHAnsi" w:cstheme="majorBidi" w:eastAsiaTheme="majorEastAsia" w:hAnsiTheme="majorHAnsi"/>
        <w:b w:val="1"/>
        <w:bCs w:val="1"/>
      </w:rPr>
      <w:tblPr/>
      <w:tcPr>
        <w:tcBorders>
          <w:top w:color="8064a2" w:space="0" w:sz="8" w:themeColor="accent4" w:val="single"/>
          <w:left w:color="8064a2" w:space="0" w:sz="8" w:themeColor="accent4" w:val="single"/>
          <w:bottom w:color="8064a2" w:space="0" w:sz="8" w:themeColor="accent4" w:val="single"/>
          <w:right w:color="8064a2" w:space="0" w:sz="8" w:themeColor="accent4" w:val="single"/>
        </w:tcBorders>
      </w:tcPr>
    </w:tblStylePr>
    <w:tblStylePr w:type="band1Vert">
      <w:tblPr/>
      <w:tcPr>
        <w:tcBorders>
          <w:top w:color="8064a2" w:space="0" w:sz="8" w:themeColor="accent4" w:val="single"/>
          <w:left w:color="8064a2" w:space="0" w:sz="8" w:themeColor="accent4" w:val="single"/>
          <w:bottom w:color="8064a2" w:space="0" w:sz="8" w:themeColor="accent4" w:val="single"/>
          <w:right w:color="8064a2" w:space="0" w:sz="8" w:themeColor="accent4" w:val="single"/>
        </w:tcBorders>
        <w:shd w:color="auto" w:fill="dfd8e8" w:themeFill="accent4" w:themeFillTint="00003F" w:val="clear"/>
      </w:tcPr>
    </w:tblStylePr>
    <w:tblStylePr w:type="band1Horz">
      <w:tblPr/>
      <w:tcPr>
        <w:tcBorders>
          <w:top w:color="8064a2" w:space="0" w:sz="8" w:themeColor="accent4" w:val="single"/>
          <w:left w:color="8064a2" w:space="0" w:sz="8" w:themeColor="accent4" w:val="single"/>
          <w:bottom w:color="8064a2" w:space="0" w:sz="8" w:themeColor="accent4" w:val="single"/>
          <w:right w:color="8064a2" w:space="0" w:sz="8" w:themeColor="accent4" w:val="single"/>
          <w:insideV w:color="8064a2" w:space="0" w:sz="8" w:themeColor="accent4" w:val="single"/>
        </w:tcBorders>
        <w:shd w:color="auto" w:fill="dfd8e8" w:themeFill="accent4" w:themeFillTint="00003F" w:val="clear"/>
      </w:tcPr>
    </w:tblStylePr>
    <w:tblStylePr w:type="band2Horz">
      <w:tblPr/>
      <w:tcPr>
        <w:tcBorders>
          <w:top w:color="8064a2" w:space="0" w:sz="8" w:themeColor="accent4" w:val="single"/>
          <w:left w:color="8064a2" w:space="0" w:sz="8" w:themeColor="accent4" w:val="single"/>
          <w:bottom w:color="8064a2" w:space="0" w:sz="8" w:themeColor="accent4" w:val="single"/>
          <w:right w:color="8064a2" w:space="0" w:sz="8" w:themeColor="accent4" w:val="single"/>
          <w:insideV w:color="8064a2" w:space="0" w:sz="8" w:themeColor="accent4" w:val="single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.0" w:type="dxa"/>
      <w:tblBorders>
        <w:top w:color="4bacc6" w:space="0" w:sz="8" w:themeColor="accent5" w:val="single"/>
        <w:left w:color="4bacc6" w:space="0" w:sz="8" w:themeColor="accent5" w:val="single"/>
        <w:bottom w:color="4bacc6" w:space="0" w:sz="8" w:themeColor="accent5" w:val="single"/>
        <w:right w:color="4bacc6" w:space="0" w:sz="8" w:themeColor="accent5" w:val="single"/>
        <w:insideH w:color="4bacc6" w:space="0" w:sz="8" w:themeColor="accent5" w:val="single"/>
        <w:insideV w:color="4bacc6" w:space="0" w:sz="8" w:themeColor="accent5" w:val="single"/>
      </w:tblBorders>
      <w:tblCellMar>
        <w:top w:w="0.0" w:type="dxa"/>
        <w:left w:w="108.0" w:type="dxa"/>
        <w:bottom w:w="0.0" w:type="dxa"/>
        <w:right w:w="108.0" w:type="dxa"/>
      </w:tblCellMar>
    </w:tblPr>
    <w:tblStylePr w:type="firstRow">
      <w:pPr>
        <w:spacing w:after="0" w:before="0" w:line="240" w:lineRule="auto"/>
      </w:pPr>
      <w:rPr>
        <w:rFonts w:asciiTheme="majorHAnsi" w:cstheme="majorBidi" w:eastAsiaTheme="majorEastAsia" w:hAnsiTheme="majorHAnsi"/>
        <w:b w:val="1"/>
        <w:bCs w:val="1"/>
      </w:rPr>
      <w:tblPr/>
      <w:tcPr>
        <w:tcBorders>
          <w:top w:color="4bacc6" w:space="0" w:sz="8" w:themeColor="accent5" w:val="single"/>
          <w:left w:color="4bacc6" w:space="0" w:sz="8" w:themeColor="accent5" w:val="single"/>
          <w:bottom w:color="4bacc6" w:space="0" w:sz="18" w:themeColor="accent5" w:val="single"/>
          <w:right w:color="4bacc6" w:space="0" w:sz="8" w:themeColor="accent5" w:val="single"/>
          <w:insideH w:space="0" w:sz="0" w:val="nil"/>
          <w:insideV w:color="4bacc6" w:space="0" w:sz="8" w:themeColor="accent5" w:val="single"/>
        </w:tcBorders>
      </w:tcPr>
    </w:tblStylePr>
    <w:tblStylePr w:type="lastRow">
      <w:pPr>
        <w:spacing w:after="0" w:before="0" w:line="240" w:lineRule="auto"/>
      </w:pPr>
      <w:rPr>
        <w:rFonts w:asciiTheme="majorHAnsi" w:cstheme="majorBidi" w:eastAsiaTheme="majorEastAsia" w:hAnsiTheme="majorHAnsi"/>
        <w:b w:val="1"/>
        <w:bCs w:val="1"/>
      </w:rPr>
      <w:tblPr/>
      <w:tcPr>
        <w:tcBorders>
          <w:top w:color="4bacc6" w:space="0" w:sz="6" w:themeColor="accent5" w:val="double"/>
          <w:left w:color="4bacc6" w:space="0" w:sz="8" w:themeColor="accent5" w:val="single"/>
          <w:bottom w:color="4bacc6" w:space="0" w:sz="8" w:themeColor="accent5" w:val="single"/>
          <w:right w:color="4bacc6" w:space="0" w:sz="8" w:themeColor="accent5" w:val="single"/>
          <w:insideH w:space="0" w:sz="0" w:val="nil"/>
          <w:insideV w:color="4bacc6" w:space="0" w:sz="8" w:themeColor="accent5" w:val="single"/>
        </w:tcBorders>
      </w:tcPr>
    </w:tblStylePr>
    <w:tblStylePr w:type="firstCol">
      <w:rPr>
        <w:rFonts w:asciiTheme="majorHAnsi" w:cstheme="majorBidi" w:eastAsiaTheme="majorEastAsia" w:hAnsiTheme="majorHAnsi"/>
        <w:b w:val="1"/>
        <w:bCs w:val="1"/>
      </w:rPr>
    </w:tblStylePr>
    <w:tblStylePr w:type="lastCol">
      <w:rPr>
        <w:rFonts w:asciiTheme="majorHAnsi" w:cstheme="majorBidi" w:eastAsiaTheme="majorEastAsia" w:hAnsiTheme="majorHAnsi"/>
        <w:b w:val="1"/>
        <w:bCs w:val="1"/>
      </w:rPr>
      <w:tblPr/>
      <w:tcPr>
        <w:tcBorders>
          <w:top w:color="4bacc6" w:space="0" w:sz="8" w:themeColor="accent5" w:val="single"/>
          <w:left w:color="4bacc6" w:space="0" w:sz="8" w:themeColor="accent5" w:val="single"/>
          <w:bottom w:color="4bacc6" w:space="0" w:sz="8" w:themeColor="accent5" w:val="single"/>
          <w:right w:color="4bacc6" w:space="0" w:sz="8" w:themeColor="accent5" w:val="single"/>
        </w:tcBorders>
      </w:tcPr>
    </w:tblStylePr>
    <w:tblStylePr w:type="band1Vert">
      <w:tblPr/>
      <w:tcPr>
        <w:tcBorders>
          <w:top w:color="4bacc6" w:space="0" w:sz="8" w:themeColor="accent5" w:val="single"/>
          <w:left w:color="4bacc6" w:space="0" w:sz="8" w:themeColor="accent5" w:val="single"/>
          <w:bottom w:color="4bacc6" w:space="0" w:sz="8" w:themeColor="accent5" w:val="single"/>
          <w:right w:color="4bacc6" w:space="0" w:sz="8" w:themeColor="accent5" w:val="single"/>
        </w:tcBorders>
        <w:shd w:color="auto" w:fill="d2eaf1" w:themeFill="accent5" w:themeFillTint="00003F" w:val="clear"/>
      </w:tcPr>
    </w:tblStylePr>
    <w:tblStylePr w:type="band1Horz">
      <w:tblPr/>
      <w:tcPr>
        <w:tcBorders>
          <w:top w:color="4bacc6" w:space="0" w:sz="8" w:themeColor="accent5" w:val="single"/>
          <w:left w:color="4bacc6" w:space="0" w:sz="8" w:themeColor="accent5" w:val="single"/>
          <w:bottom w:color="4bacc6" w:space="0" w:sz="8" w:themeColor="accent5" w:val="single"/>
          <w:right w:color="4bacc6" w:space="0" w:sz="8" w:themeColor="accent5" w:val="single"/>
          <w:insideV w:color="4bacc6" w:space="0" w:sz="8" w:themeColor="accent5" w:val="single"/>
        </w:tcBorders>
        <w:shd w:color="auto" w:fill="d2eaf1" w:themeFill="accent5" w:themeFillTint="00003F" w:val="clear"/>
      </w:tcPr>
    </w:tblStylePr>
    <w:tblStylePr w:type="band2Horz">
      <w:tblPr/>
      <w:tcPr>
        <w:tcBorders>
          <w:top w:color="4bacc6" w:space="0" w:sz="8" w:themeColor="accent5" w:val="single"/>
          <w:left w:color="4bacc6" w:space="0" w:sz="8" w:themeColor="accent5" w:val="single"/>
          <w:bottom w:color="4bacc6" w:space="0" w:sz="8" w:themeColor="accent5" w:val="single"/>
          <w:right w:color="4bacc6" w:space="0" w:sz="8" w:themeColor="accent5" w:val="single"/>
          <w:insideV w:color="4bacc6" w:space="0" w:sz="8" w:themeColor="accent5" w:val="single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.0" w:type="dxa"/>
      <w:tblBorders>
        <w:top w:color="f79646" w:space="0" w:sz="8" w:themeColor="accent6" w:val="single"/>
        <w:left w:color="f79646" w:space="0" w:sz="8" w:themeColor="accent6" w:val="single"/>
        <w:bottom w:color="f79646" w:space="0" w:sz="8" w:themeColor="accent6" w:val="single"/>
        <w:right w:color="f79646" w:space="0" w:sz="8" w:themeColor="accent6" w:val="single"/>
        <w:insideH w:color="f79646" w:space="0" w:sz="8" w:themeColor="accent6" w:val="single"/>
        <w:insideV w:color="f79646" w:space="0" w:sz="8" w:themeColor="accent6" w:val="single"/>
      </w:tblBorders>
      <w:tblCellMar>
        <w:top w:w="0.0" w:type="dxa"/>
        <w:left w:w="108.0" w:type="dxa"/>
        <w:bottom w:w="0.0" w:type="dxa"/>
        <w:right w:w="108.0" w:type="dxa"/>
      </w:tblCellMar>
    </w:tblPr>
    <w:tblStylePr w:type="firstRow">
      <w:pPr>
        <w:spacing w:after="0" w:before="0" w:line="240" w:lineRule="auto"/>
      </w:pPr>
      <w:rPr>
        <w:rFonts w:asciiTheme="majorHAnsi" w:cstheme="majorBidi" w:eastAsiaTheme="majorEastAsia" w:hAnsiTheme="majorHAnsi"/>
        <w:b w:val="1"/>
        <w:bCs w:val="1"/>
      </w:rPr>
      <w:tblPr/>
      <w:tcPr>
        <w:tcBorders>
          <w:top w:color="f79646" w:space="0" w:sz="8" w:themeColor="accent6" w:val="single"/>
          <w:left w:color="f79646" w:space="0" w:sz="8" w:themeColor="accent6" w:val="single"/>
          <w:bottom w:color="f79646" w:space="0" w:sz="18" w:themeColor="accent6" w:val="single"/>
          <w:right w:color="f79646" w:space="0" w:sz="8" w:themeColor="accent6" w:val="single"/>
          <w:insideH w:space="0" w:sz="0" w:val="nil"/>
          <w:insideV w:color="f79646" w:space="0" w:sz="8" w:themeColor="accent6" w:val="single"/>
        </w:tcBorders>
      </w:tcPr>
    </w:tblStylePr>
    <w:tblStylePr w:type="lastRow">
      <w:pPr>
        <w:spacing w:after="0" w:before="0" w:line="240" w:lineRule="auto"/>
      </w:pPr>
      <w:rPr>
        <w:rFonts w:asciiTheme="majorHAnsi" w:cstheme="majorBidi" w:eastAsiaTheme="majorEastAsia" w:hAnsiTheme="majorHAnsi"/>
        <w:b w:val="1"/>
        <w:bCs w:val="1"/>
      </w:rPr>
      <w:tblPr/>
      <w:tcPr>
        <w:tcBorders>
          <w:top w:color="f79646" w:space="0" w:sz="6" w:themeColor="accent6" w:val="double"/>
          <w:left w:color="f79646" w:space="0" w:sz="8" w:themeColor="accent6" w:val="single"/>
          <w:bottom w:color="f79646" w:space="0" w:sz="8" w:themeColor="accent6" w:val="single"/>
          <w:right w:color="f79646" w:space="0" w:sz="8" w:themeColor="accent6" w:val="single"/>
          <w:insideH w:space="0" w:sz="0" w:val="nil"/>
          <w:insideV w:color="f79646" w:space="0" w:sz="8" w:themeColor="accent6" w:val="single"/>
        </w:tcBorders>
      </w:tcPr>
    </w:tblStylePr>
    <w:tblStylePr w:type="firstCol">
      <w:rPr>
        <w:rFonts w:asciiTheme="majorHAnsi" w:cstheme="majorBidi" w:eastAsiaTheme="majorEastAsia" w:hAnsiTheme="majorHAnsi"/>
        <w:b w:val="1"/>
        <w:bCs w:val="1"/>
      </w:rPr>
    </w:tblStylePr>
    <w:tblStylePr w:type="lastCol">
      <w:rPr>
        <w:rFonts w:asciiTheme="majorHAnsi" w:cstheme="majorBidi" w:eastAsiaTheme="majorEastAsia" w:hAnsiTheme="majorHAnsi"/>
        <w:b w:val="1"/>
        <w:bCs w:val="1"/>
      </w:rPr>
      <w:tblPr/>
      <w:tcPr>
        <w:tcBorders>
          <w:top w:color="f79646" w:space="0" w:sz="8" w:themeColor="accent6" w:val="single"/>
          <w:left w:color="f79646" w:space="0" w:sz="8" w:themeColor="accent6" w:val="single"/>
          <w:bottom w:color="f79646" w:space="0" w:sz="8" w:themeColor="accent6" w:val="single"/>
          <w:right w:color="f79646" w:space="0" w:sz="8" w:themeColor="accent6" w:val="single"/>
        </w:tcBorders>
      </w:tcPr>
    </w:tblStylePr>
    <w:tblStylePr w:type="band1Vert">
      <w:tblPr/>
      <w:tcPr>
        <w:tcBorders>
          <w:top w:color="f79646" w:space="0" w:sz="8" w:themeColor="accent6" w:val="single"/>
          <w:left w:color="f79646" w:space="0" w:sz="8" w:themeColor="accent6" w:val="single"/>
          <w:bottom w:color="f79646" w:space="0" w:sz="8" w:themeColor="accent6" w:val="single"/>
          <w:right w:color="f79646" w:space="0" w:sz="8" w:themeColor="accent6" w:val="single"/>
        </w:tcBorders>
        <w:shd w:color="auto" w:fill="fde4d0" w:themeFill="accent6" w:themeFillTint="00003F" w:val="clear"/>
      </w:tcPr>
    </w:tblStylePr>
    <w:tblStylePr w:type="band1Horz">
      <w:tblPr/>
      <w:tcPr>
        <w:tcBorders>
          <w:top w:color="f79646" w:space="0" w:sz="8" w:themeColor="accent6" w:val="single"/>
          <w:left w:color="f79646" w:space="0" w:sz="8" w:themeColor="accent6" w:val="single"/>
          <w:bottom w:color="f79646" w:space="0" w:sz="8" w:themeColor="accent6" w:val="single"/>
          <w:right w:color="f79646" w:space="0" w:sz="8" w:themeColor="accent6" w:val="single"/>
          <w:insideV w:color="f79646" w:space="0" w:sz="8" w:themeColor="accent6" w:val="single"/>
        </w:tcBorders>
        <w:shd w:color="auto" w:fill="fde4d0" w:themeFill="accent6" w:themeFillTint="00003F" w:val="clear"/>
      </w:tcPr>
    </w:tblStylePr>
    <w:tblStylePr w:type="band2Horz">
      <w:tblPr/>
      <w:tcPr>
        <w:tcBorders>
          <w:top w:color="f79646" w:space="0" w:sz="8" w:themeColor="accent6" w:val="single"/>
          <w:left w:color="f79646" w:space="0" w:sz="8" w:themeColor="accent6" w:val="single"/>
          <w:bottom w:color="f79646" w:space="0" w:sz="8" w:themeColor="accent6" w:val="single"/>
          <w:right w:color="f79646" w:space="0" w:sz="8" w:themeColor="accent6" w:val="single"/>
          <w:insideV w:color="f79646" w:space="0" w:sz="8" w:themeColor="accent6" w:val="single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.0" w:type="dxa"/>
      <w:tblBorders>
        <w:top w:color="404040" w:space="0" w:sz="8" w:themeColor="text1" w:themeTint="0000BF" w:val="single"/>
        <w:left w:color="404040" w:space="0" w:sz="8" w:themeColor="text1" w:themeTint="0000BF" w:val="single"/>
        <w:bottom w:color="404040" w:space="0" w:sz="8" w:themeColor="text1" w:themeTint="0000BF" w:val="single"/>
        <w:right w:color="404040" w:space="0" w:sz="8" w:themeColor="text1" w:themeTint="0000BF" w:val="single"/>
        <w:insideH w:color="404040" w:space="0" w:sz="8" w:themeColor="text1" w:themeTint="0000BF" w:val="single"/>
      </w:tblBorders>
      <w:tblCellMar>
        <w:top w:w="0.0" w:type="dxa"/>
        <w:left w:w="108.0" w:type="dxa"/>
        <w:bottom w:w="0.0" w:type="dxa"/>
        <w:right w:w="108.0" w:type="dxa"/>
      </w:tblCellMar>
    </w:tblPr>
    <w:tblStylePr w:type="firstRow">
      <w:pPr>
        <w:spacing w:after="0" w:before="0" w:line="240" w:lineRule="auto"/>
      </w:pPr>
      <w:rPr>
        <w:b w:val="1"/>
        <w:bCs w:val="1"/>
        <w:color w:val="ffffff" w:themeColor="background1"/>
      </w:rPr>
      <w:tblPr/>
      <w:tcPr>
        <w:tcBorders>
          <w:top w:color="404040" w:space="0" w:sz="8" w:themeColor="text1" w:themeTint="0000BF" w:val="single"/>
          <w:left w:color="404040" w:space="0" w:sz="8" w:themeColor="text1" w:themeTint="0000BF" w:val="single"/>
          <w:bottom w:color="404040" w:space="0" w:sz="8" w:themeColor="text1" w:themeTint="0000BF" w:val="single"/>
          <w:right w:color="404040" w:space="0" w:sz="8" w:themeColor="text1" w:themeTint="0000BF" w:val="single"/>
          <w:insideH w:space="0" w:sz="0" w:val="nil"/>
          <w:insideV w:space="0" w:sz="0" w:val="nil"/>
        </w:tcBorders>
        <w:shd w:color="auto" w:fill="000000" w:themeFill="text1" w:val="clear"/>
      </w:tcPr>
    </w:tblStylePr>
    <w:tblStylePr w:type="lastRow">
      <w:pPr>
        <w:spacing w:after="0" w:before="0" w:line="240" w:lineRule="auto"/>
      </w:pPr>
      <w:rPr>
        <w:b w:val="1"/>
        <w:bCs w:val="1"/>
      </w:rPr>
      <w:tblPr/>
      <w:tcPr>
        <w:tcBorders>
          <w:top w:color="404040" w:space="0" w:sz="6" w:themeColor="text1" w:themeTint="0000BF" w:val="double"/>
          <w:left w:color="404040" w:space="0" w:sz="8" w:themeColor="text1" w:themeTint="0000BF" w:val="single"/>
          <w:bottom w:color="404040" w:space="0" w:sz="8" w:themeColor="text1" w:themeTint="0000BF" w:val="single"/>
          <w:right w:color="404040" w:space="0" w:sz="8" w:themeColor="text1" w:themeTint="0000BF" w:val="single"/>
          <w:insideH w:space="0" w:sz="0" w:val="nil"/>
          <w:insideV w:space="0" w:sz="0" w:val="nil"/>
        </w:tcBorders>
      </w:tcPr>
    </w:tblStylePr>
    <w:tblStylePr w:type="firstCol">
      <w:rPr>
        <w:b w:val="1"/>
        <w:bCs w:val="1"/>
      </w:rPr>
    </w:tblStylePr>
    <w:tblStylePr w:type="lastCol">
      <w:rPr>
        <w:b w:val="1"/>
        <w:bCs w:val="1"/>
      </w:rPr>
    </w:tblStylePr>
    <w:tblStylePr w:type="band1Vert">
      <w:tblPr/>
      <w:tcPr>
        <w:shd w:color="auto" w:fill="c0c0c0" w:themeFill="text1" w:themeFillTint="00003F" w:val="clear"/>
      </w:tcPr>
    </w:tblStylePr>
    <w:tblStylePr w:type="band1Horz">
      <w:tblPr/>
      <w:tcPr>
        <w:tcBorders>
          <w:insideH w:space="0" w:sz="0" w:val="nil"/>
          <w:insideV w:space="0" w:sz="0" w:val="nil"/>
        </w:tcBorders>
        <w:shd w:color="auto" w:fill="c0c0c0" w:themeFill="text1" w:themeFillTint="00003F" w:val="clear"/>
      </w:tcPr>
    </w:tblStylePr>
    <w:tblStylePr w:type="band2Horz">
      <w:tblPr/>
      <w:tcPr>
        <w:tcBorders>
          <w:insideH w:space="0" w:sz="0" w:val="nil"/>
          <w:insideV w:space="0" w:sz="0"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.0" w:type="dxa"/>
      <w:tblBorders>
        <w:top w:color="7ba0cd" w:space="0" w:sz="8" w:themeColor="accent1" w:themeTint="0000BF" w:val="single"/>
        <w:left w:color="7ba0cd" w:space="0" w:sz="8" w:themeColor="accent1" w:themeTint="0000BF" w:val="single"/>
        <w:bottom w:color="7ba0cd" w:space="0" w:sz="8" w:themeColor="accent1" w:themeTint="0000BF" w:val="single"/>
        <w:right w:color="7ba0cd" w:space="0" w:sz="8" w:themeColor="accent1" w:themeTint="0000BF" w:val="single"/>
        <w:insideH w:color="7ba0cd" w:space="0" w:sz="8" w:themeColor="accent1" w:themeTint="0000BF" w:val="single"/>
      </w:tblBorders>
      <w:tblCellMar>
        <w:top w:w="0.0" w:type="dxa"/>
        <w:left w:w="108.0" w:type="dxa"/>
        <w:bottom w:w="0.0" w:type="dxa"/>
        <w:right w:w="108.0" w:type="dxa"/>
      </w:tblCellMar>
    </w:tblPr>
    <w:tblStylePr w:type="firstRow">
      <w:pPr>
        <w:spacing w:after="0" w:before="0" w:line="240" w:lineRule="auto"/>
      </w:pPr>
      <w:rPr>
        <w:b w:val="1"/>
        <w:bCs w:val="1"/>
        <w:color w:val="ffffff" w:themeColor="background1"/>
      </w:rPr>
      <w:tblPr/>
      <w:tcPr>
        <w:tcBorders>
          <w:top w:color="7ba0cd" w:space="0" w:sz="8" w:themeColor="accent1" w:themeTint="0000BF" w:val="single"/>
          <w:left w:color="7ba0cd" w:space="0" w:sz="8" w:themeColor="accent1" w:themeTint="0000BF" w:val="single"/>
          <w:bottom w:color="7ba0cd" w:space="0" w:sz="8" w:themeColor="accent1" w:themeTint="0000BF" w:val="single"/>
          <w:right w:color="7ba0cd" w:space="0" w:sz="8" w:themeColor="accent1" w:themeTint="0000BF" w:val="single"/>
          <w:insideH w:space="0" w:sz="0" w:val="nil"/>
          <w:insideV w:space="0" w:sz="0" w:val="nil"/>
        </w:tcBorders>
        <w:shd w:color="auto" w:fill="4f81bd" w:themeFill="accent1" w:val="clear"/>
      </w:tcPr>
    </w:tblStylePr>
    <w:tblStylePr w:type="lastRow">
      <w:pPr>
        <w:spacing w:after="0" w:before="0" w:line="240" w:lineRule="auto"/>
      </w:pPr>
      <w:rPr>
        <w:b w:val="1"/>
        <w:bCs w:val="1"/>
      </w:rPr>
      <w:tblPr/>
      <w:tcPr>
        <w:tcBorders>
          <w:top w:color="7ba0cd" w:space="0" w:sz="6" w:themeColor="accent1" w:themeTint="0000BF" w:val="double"/>
          <w:left w:color="7ba0cd" w:space="0" w:sz="8" w:themeColor="accent1" w:themeTint="0000BF" w:val="single"/>
          <w:bottom w:color="7ba0cd" w:space="0" w:sz="8" w:themeColor="accent1" w:themeTint="0000BF" w:val="single"/>
          <w:right w:color="7ba0cd" w:space="0" w:sz="8" w:themeColor="accent1" w:themeTint="0000BF" w:val="single"/>
          <w:insideH w:space="0" w:sz="0" w:val="nil"/>
          <w:insideV w:space="0" w:sz="0" w:val="nil"/>
        </w:tcBorders>
      </w:tcPr>
    </w:tblStylePr>
    <w:tblStylePr w:type="firstCol">
      <w:rPr>
        <w:b w:val="1"/>
        <w:bCs w:val="1"/>
      </w:rPr>
    </w:tblStylePr>
    <w:tblStylePr w:type="lastCol">
      <w:rPr>
        <w:b w:val="1"/>
        <w:bCs w:val="1"/>
      </w:rPr>
    </w:tblStylePr>
    <w:tblStylePr w:type="band1Vert">
      <w:tblPr/>
      <w:tcPr>
        <w:shd w:color="auto" w:fill="d3dfee" w:themeFill="accent1" w:themeFillTint="00003F" w:val="clear"/>
      </w:tcPr>
    </w:tblStylePr>
    <w:tblStylePr w:type="band1Horz">
      <w:tblPr/>
      <w:tcPr>
        <w:tcBorders>
          <w:insideH w:space="0" w:sz="0" w:val="nil"/>
          <w:insideV w:space="0" w:sz="0" w:val="nil"/>
        </w:tcBorders>
        <w:shd w:color="auto" w:fill="d3dfee" w:themeFill="accent1" w:themeFillTint="00003F" w:val="clear"/>
      </w:tcPr>
    </w:tblStylePr>
    <w:tblStylePr w:type="band2Horz">
      <w:tblPr/>
      <w:tcPr>
        <w:tcBorders>
          <w:insideH w:space="0" w:sz="0" w:val="nil"/>
          <w:insideV w:space="0" w:sz="0"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.0" w:type="dxa"/>
      <w:tblBorders>
        <w:top w:color="cf7b79" w:space="0" w:sz="8" w:themeColor="accent2" w:themeTint="0000BF" w:val="single"/>
        <w:left w:color="cf7b79" w:space="0" w:sz="8" w:themeColor="accent2" w:themeTint="0000BF" w:val="single"/>
        <w:bottom w:color="cf7b79" w:space="0" w:sz="8" w:themeColor="accent2" w:themeTint="0000BF" w:val="single"/>
        <w:right w:color="cf7b79" w:space="0" w:sz="8" w:themeColor="accent2" w:themeTint="0000BF" w:val="single"/>
        <w:insideH w:color="cf7b79" w:space="0" w:sz="8" w:themeColor="accent2" w:themeTint="0000BF" w:val="single"/>
      </w:tblBorders>
      <w:tblCellMar>
        <w:top w:w="0.0" w:type="dxa"/>
        <w:left w:w="108.0" w:type="dxa"/>
        <w:bottom w:w="0.0" w:type="dxa"/>
        <w:right w:w="108.0" w:type="dxa"/>
      </w:tblCellMar>
    </w:tblPr>
    <w:tblStylePr w:type="firstRow">
      <w:pPr>
        <w:spacing w:after="0" w:before="0" w:line="240" w:lineRule="auto"/>
      </w:pPr>
      <w:rPr>
        <w:b w:val="1"/>
        <w:bCs w:val="1"/>
        <w:color w:val="ffffff" w:themeColor="background1"/>
      </w:rPr>
      <w:tblPr/>
      <w:tcPr>
        <w:tcBorders>
          <w:top w:color="cf7b79" w:space="0" w:sz="8" w:themeColor="accent2" w:themeTint="0000BF" w:val="single"/>
          <w:left w:color="cf7b79" w:space="0" w:sz="8" w:themeColor="accent2" w:themeTint="0000BF" w:val="single"/>
          <w:bottom w:color="cf7b79" w:space="0" w:sz="8" w:themeColor="accent2" w:themeTint="0000BF" w:val="single"/>
          <w:right w:color="cf7b79" w:space="0" w:sz="8" w:themeColor="accent2" w:themeTint="0000BF" w:val="single"/>
          <w:insideH w:space="0" w:sz="0" w:val="nil"/>
          <w:insideV w:space="0" w:sz="0" w:val="nil"/>
        </w:tcBorders>
        <w:shd w:color="auto" w:fill="c0504d" w:themeFill="accent2" w:val="clear"/>
      </w:tcPr>
    </w:tblStylePr>
    <w:tblStylePr w:type="lastRow">
      <w:pPr>
        <w:spacing w:after="0" w:before="0" w:line="240" w:lineRule="auto"/>
      </w:pPr>
      <w:rPr>
        <w:b w:val="1"/>
        <w:bCs w:val="1"/>
      </w:rPr>
      <w:tblPr/>
      <w:tcPr>
        <w:tcBorders>
          <w:top w:color="cf7b79" w:space="0" w:sz="6" w:themeColor="accent2" w:themeTint="0000BF" w:val="double"/>
          <w:left w:color="cf7b79" w:space="0" w:sz="8" w:themeColor="accent2" w:themeTint="0000BF" w:val="single"/>
          <w:bottom w:color="cf7b79" w:space="0" w:sz="8" w:themeColor="accent2" w:themeTint="0000BF" w:val="single"/>
          <w:right w:color="cf7b79" w:space="0" w:sz="8" w:themeColor="accent2" w:themeTint="0000BF" w:val="single"/>
          <w:insideH w:space="0" w:sz="0" w:val="nil"/>
          <w:insideV w:space="0" w:sz="0" w:val="nil"/>
        </w:tcBorders>
      </w:tcPr>
    </w:tblStylePr>
    <w:tblStylePr w:type="firstCol">
      <w:rPr>
        <w:b w:val="1"/>
        <w:bCs w:val="1"/>
      </w:rPr>
    </w:tblStylePr>
    <w:tblStylePr w:type="lastCol">
      <w:rPr>
        <w:b w:val="1"/>
        <w:bCs w:val="1"/>
      </w:rPr>
    </w:tblStylePr>
    <w:tblStylePr w:type="band1Vert">
      <w:tblPr/>
      <w:tcPr>
        <w:shd w:color="auto" w:fill="efd3d2" w:themeFill="accent2" w:themeFillTint="00003F" w:val="clear"/>
      </w:tcPr>
    </w:tblStylePr>
    <w:tblStylePr w:type="band1Horz">
      <w:tblPr/>
      <w:tcPr>
        <w:tcBorders>
          <w:insideH w:space="0" w:sz="0" w:val="nil"/>
          <w:insideV w:space="0" w:sz="0" w:val="nil"/>
        </w:tcBorders>
        <w:shd w:color="auto" w:fill="efd3d2" w:themeFill="accent2" w:themeFillTint="00003F" w:val="clear"/>
      </w:tcPr>
    </w:tblStylePr>
    <w:tblStylePr w:type="band2Horz">
      <w:tblPr/>
      <w:tcPr>
        <w:tcBorders>
          <w:insideH w:space="0" w:sz="0" w:val="nil"/>
          <w:insideV w:space="0" w:sz="0"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.0" w:type="dxa"/>
      <w:tblBorders>
        <w:top w:color="b3cc82" w:space="0" w:sz="8" w:themeColor="accent3" w:themeTint="0000BF" w:val="single"/>
        <w:left w:color="b3cc82" w:space="0" w:sz="8" w:themeColor="accent3" w:themeTint="0000BF" w:val="single"/>
        <w:bottom w:color="b3cc82" w:space="0" w:sz="8" w:themeColor="accent3" w:themeTint="0000BF" w:val="single"/>
        <w:right w:color="b3cc82" w:space="0" w:sz="8" w:themeColor="accent3" w:themeTint="0000BF" w:val="single"/>
        <w:insideH w:color="b3cc82" w:space="0" w:sz="8" w:themeColor="accent3" w:themeTint="0000BF" w:val="single"/>
      </w:tblBorders>
      <w:tblCellMar>
        <w:top w:w="0.0" w:type="dxa"/>
        <w:left w:w="108.0" w:type="dxa"/>
        <w:bottom w:w="0.0" w:type="dxa"/>
        <w:right w:w="108.0" w:type="dxa"/>
      </w:tblCellMar>
    </w:tblPr>
    <w:tblStylePr w:type="firstRow">
      <w:pPr>
        <w:spacing w:after="0" w:before="0" w:line="240" w:lineRule="auto"/>
      </w:pPr>
      <w:rPr>
        <w:b w:val="1"/>
        <w:bCs w:val="1"/>
        <w:color w:val="ffffff" w:themeColor="background1"/>
      </w:rPr>
      <w:tblPr/>
      <w:tcPr>
        <w:tcBorders>
          <w:top w:color="b3cc82" w:space="0" w:sz="8" w:themeColor="accent3" w:themeTint="0000BF" w:val="single"/>
          <w:left w:color="b3cc82" w:space="0" w:sz="8" w:themeColor="accent3" w:themeTint="0000BF" w:val="single"/>
          <w:bottom w:color="b3cc82" w:space="0" w:sz="8" w:themeColor="accent3" w:themeTint="0000BF" w:val="single"/>
          <w:right w:color="b3cc82" w:space="0" w:sz="8" w:themeColor="accent3" w:themeTint="0000BF" w:val="single"/>
          <w:insideH w:space="0" w:sz="0" w:val="nil"/>
          <w:insideV w:space="0" w:sz="0" w:val="nil"/>
        </w:tcBorders>
        <w:shd w:color="auto" w:fill="9bbb59" w:themeFill="accent3" w:val="clear"/>
      </w:tcPr>
    </w:tblStylePr>
    <w:tblStylePr w:type="lastRow">
      <w:pPr>
        <w:spacing w:after="0" w:before="0" w:line="240" w:lineRule="auto"/>
      </w:pPr>
      <w:rPr>
        <w:b w:val="1"/>
        <w:bCs w:val="1"/>
      </w:rPr>
      <w:tblPr/>
      <w:tcPr>
        <w:tcBorders>
          <w:top w:color="b3cc82" w:space="0" w:sz="6" w:themeColor="accent3" w:themeTint="0000BF" w:val="double"/>
          <w:left w:color="b3cc82" w:space="0" w:sz="8" w:themeColor="accent3" w:themeTint="0000BF" w:val="single"/>
          <w:bottom w:color="b3cc82" w:space="0" w:sz="8" w:themeColor="accent3" w:themeTint="0000BF" w:val="single"/>
          <w:right w:color="b3cc82" w:space="0" w:sz="8" w:themeColor="accent3" w:themeTint="0000BF" w:val="single"/>
          <w:insideH w:space="0" w:sz="0" w:val="nil"/>
          <w:insideV w:space="0" w:sz="0" w:val="nil"/>
        </w:tcBorders>
      </w:tcPr>
    </w:tblStylePr>
    <w:tblStylePr w:type="firstCol">
      <w:rPr>
        <w:b w:val="1"/>
        <w:bCs w:val="1"/>
      </w:rPr>
    </w:tblStylePr>
    <w:tblStylePr w:type="lastCol">
      <w:rPr>
        <w:b w:val="1"/>
        <w:bCs w:val="1"/>
      </w:rPr>
    </w:tblStylePr>
    <w:tblStylePr w:type="band1Vert">
      <w:tblPr/>
      <w:tcPr>
        <w:shd w:color="auto" w:fill="e6eed5" w:themeFill="accent3" w:themeFillTint="00003F" w:val="clear"/>
      </w:tcPr>
    </w:tblStylePr>
    <w:tblStylePr w:type="band1Horz">
      <w:tblPr/>
      <w:tcPr>
        <w:tcBorders>
          <w:insideH w:space="0" w:sz="0" w:val="nil"/>
          <w:insideV w:space="0" w:sz="0" w:val="nil"/>
        </w:tcBorders>
        <w:shd w:color="auto" w:fill="e6eed5" w:themeFill="accent3" w:themeFillTint="00003F" w:val="clear"/>
      </w:tcPr>
    </w:tblStylePr>
    <w:tblStylePr w:type="band2Horz">
      <w:tblPr/>
      <w:tcPr>
        <w:tcBorders>
          <w:insideH w:space="0" w:sz="0" w:val="nil"/>
          <w:insideV w:space="0" w:sz="0"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.0" w:type="dxa"/>
      <w:tblBorders>
        <w:top w:color="9f8ab9" w:space="0" w:sz="8" w:themeColor="accent4" w:themeTint="0000BF" w:val="single"/>
        <w:left w:color="9f8ab9" w:space="0" w:sz="8" w:themeColor="accent4" w:themeTint="0000BF" w:val="single"/>
        <w:bottom w:color="9f8ab9" w:space="0" w:sz="8" w:themeColor="accent4" w:themeTint="0000BF" w:val="single"/>
        <w:right w:color="9f8ab9" w:space="0" w:sz="8" w:themeColor="accent4" w:themeTint="0000BF" w:val="single"/>
        <w:insideH w:color="9f8ab9" w:space="0" w:sz="8" w:themeColor="accent4" w:themeTint="0000BF" w:val="single"/>
      </w:tblBorders>
      <w:tblCellMar>
        <w:top w:w="0.0" w:type="dxa"/>
        <w:left w:w="108.0" w:type="dxa"/>
        <w:bottom w:w="0.0" w:type="dxa"/>
        <w:right w:w="108.0" w:type="dxa"/>
      </w:tblCellMar>
    </w:tblPr>
    <w:tblStylePr w:type="firstRow">
      <w:pPr>
        <w:spacing w:after="0" w:before="0" w:line="240" w:lineRule="auto"/>
      </w:pPr>
      <w:rPr>
        <w:b w:val="1"/>
        <w:bCs w:val="1"/>
        <w:color w:val="ffffff" w:themeColor="background1"/>
      </w:rPr>
      <w:tblPr/>
      <w:tcPr>
        <w:tcBorders>
          <w:top w:color="9f8ab9" w:space="0" w:sz="8" w:themeColor="accent4" w:themeTint="0000BF" w:val="single"/>
          <w:left w:color="9f8ab9" w:space="0" w:sz="8" w:themeColor="accent4" w:themeTint="0000BF" w:val="single"/>
          <w:bottom w:color="9f8ab9" w:space="0" w:sz="8" w:themeColor="accent4" w:themeTint="0000BF" w:val="single"/>
          <w:right w:color="9f8ab9" w:space="0" w:sz="8" w:themeColor="accent4" w:themeTint="0000BF" w:val="single"/>
          <w:insideH w:space="0" w:sz="0" w:val="nil"/>
          <w:insideV w:space="0" w:sz="0" w:val="nil"/>
        </w:tcBorders>
        <w:shd w:color="auto" w:fill="8064a2" w:themeFill="accent4" w:val="clear"/>
      </w:tcPr>
    </w:tblStylePr>
    <w:tblStylePr w:type="lastRow">
      <w:pPr>
        <w:spacing w:after="0" w:before="0" w:line="240" w:lineRule="auto"/>
      </w:pPr>
      <w:rPr>
        <w:b w:val="1"/>
        <w:bCs w:val="1"/>
      </w:rPr>
      <w:tblPr/>
      <w:tcPr>
        <w:tcBorders>
          <w:top w:color="9f8ab9" w:space="0" w:sz="6" w:themeColor="accent4" w:themeTint="0000BF" w:val="double"/>
          <w:left w:color="9f8ab9" w:space="0" w:sz="8" w:themeColor="accent4" w:themeTint="0000BF" w:val="single"/>
          <w:bottom w:color="9f8ab9" w:space="0" w:sz="8" w:themeColor="accent4" w:themeTint="0000BF" w:val="single"/>
          <w:right w:color="9f8ab9" w:space="0" w:sz="8" w:themeColor="accent4" w:themeTint="0000BF" w:val="single"/>
          <w:insideH w:space="0" w:sz="0" w:val="nil"/>
          <w:insideV w:space="0" w:sz="0" w:val="nil"/>
        </w:tcBorders>
      </w:tcPr>
    </w:tblStylePr>
    <w:tblStylePr w:type="firstCol">
      <w:rPr>
        <w:b w:val="1"/>
        <w:bCs w:val="1"/>
      </w:rPr>
    </w:tblStylePr>
    <w:tblStylePr w:type="lastCol">
      <w:rPr>
        <w:b w:val="1"/>
        <w:bCs w:val="1"/>
      </w:rPr>
    </w:tblStylePr>
    <w:tblStylePr w:type="band1Vert">
      <w:tblPr/>
      <w:tcPr>
        <w:shd w:color="auto" w:fill="dfd8e8" w:themeFill="accent4" w:themeFillTint="00003F" w:val="clear"/>
      </w:tcPr>
    </w:tblStylePr>
    <w:tblStylePr w:type="band1Horz">
      <w:tblPr/>
      <w:tcPr>
        <w:tcBorders>
          <w:insideH w:space="0" w:sz="0" w:val="nil"/>
          <w:insideV w:space="0" w:sz="0" w:val="nil"/>
        </w:tcBorders>
        <w:shd w:color="auto" w:fill="dfd8e8" w:themeFill="accent4" w:themeFillTint="00003F" w:val="clear"/>
      </w:tcPr>
    </w:tblStylePr>
    <w:tblStylePr w:type="band2Horz">
      <w:tblPr/>
      <w:tcPr>
        <w:tcBorders>
          <w:insideH w:space="0" w:sz="0" w:val="nil"/>
          <w:insideV w:space="0" w:sz="0"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.0" w:type="dxa"/>
      <w:tblBorders>
        <w:top w:color="78c0d4" w:space="0" w:sz="8" w:themeColor="accent5" w:themeTint="0000BF" w:val="single"/>
        <w:left w:color="78c0d4" w:space="0" w:sz="8" w:themeColor="accent5" w:themeTint="0000BF" w:val="single"/>
        <w:bottom w:color="78c0d4" w:space="0" w:sz="8" w:themeColor="accent5" w:themeTint="0000BF" w:val="single"/>
        <w:right w:color="78c0d4" w:space="0" w:sz="8" w:themeColor="accent5" w:themeTint="0000BF" w:val="single"/>
        <w:insideH w:color="78c0d4" w:space="0" w:sz="8" w:themeColor="accent5" w:themeTint="0000BF" w:val="single"/>
      </w:tblBorders>
      <w:tblCellMar>
        <w:top w:w="0.0" w:type="dxa"/>
        <w:left w:w="108.0" w:type="dxa"/>
        <w:bottom w:w="0.0" w:type="dxa"/>
        <w:right w:w="108.0" w:type="dxa"/>
      </w:tblCellMar>
    </w:tblPr>
    <w:tblStylePr w:type="firstRow">
      <w:pPr>
        <w:spacing w:after="0" w:before="0" w:line="240" w:lineRule="auto"/>
      </w:pPr>
      <w:rPr>
        <w:b w:val="1"/>
        <w:bCs w:val="1"/>
        <w:color w:val="ffffff" w:themeColor="background1"/>
      </w:rPr>
      <w:tblPr/>
      <w:tcPr>
        <w:tcBorders>
          <w:top w:color="78c0d4" w:space="0" w:sz="8" w:themeColor="accent5" w:themeTint="0000BF" w:val="single"/>
          <w:left w:color="78c0d4" w:space="0" w:sz="8" w:themeColor="accent5" w:themeTint="0000BF" w:val="single"/>
          <w:bottom w:color="78c0d4" w:space="0" w:sz="8" w:themeColor="accent5" w:themeTint="0000BF" w:val="single"/>
          <w:right w:color="78c0d4" w:space="0" w:sz="8" w:themeColor="accent5" w:themeTint="0000BF" w:val="single"/>
          <w:insideH w:space="0" w:sz="0" w:val="nil"/>
          <w:insideV w:space="0" w:sz="0" w:val="nil"/>
        </w:tcBorders>
        <w:shd w:color="auto" w:fill="4bacc6" w:themeFill="accent5" w:val="clear"/>
      </w:tcPr>
    </w:tblStylePr>
    <w:tblStylePr w:type="lastRow">
      <w:pPr>
        <w:spacing w:after="0" w:before="0" w:line="240" w:lineRule="auto"/>
      </w:pPr>
      <w:rPr>
        <w:b w:val="1"/>
        <w:bCs w:val="1"/>
      </w:rPr>
      <w:tblPr/>
      <w:tcPr>
        <w:tcBorders>
          <w:top w:color="78c0d4" w:space="0" w:sz="6" w:themeColor="accent5" w:themeTint="0000BF" w:val="double"/>
          <w:left w:color="78c0d4" w:space="0" w:sz="8" w:themeColor="accent5" w:themeTint="0000BF" w:val="single"/>
          <w:bottom w:color="78c0d4" w:space="0" w:sz="8" w:themeColor="accent5" w:themeTint="0000BF" w:val="single"/>
          <w:right w:color="78c0d4" w:space="0" w:sz="8" w:themeColor="accent5" w:themeTint="0000BF" w:val="single"/>
          <w:insideH w:space="0" w:sz="0" w:val="nil"/>
          <w:insideV w:space="0" w:sz="0" w:val="nil"/>
        </w:tcBorders>
      </w:tcPr>
    </w:tblStylePr>
    <w:tblStylePr w:type="firstCol">
      <w:rPr>
        <w:b w:val="1"/>
        <w:bCs w:val="1"/>
      </w:rPr>
    </w:tblStylePr>
    <w:tblStylePr w:type="lastCol">
      <w:rPr>
        <w:b w:val="1"/>
        <w:bCs w:val="1"/>
      </w:rPr>
    </w:tblStylePr>
    <w:tblStylePr w:type="band1Vert">
      <w:tblPr/>
      <w:tcPr>
        <w:shd w:color="auto" w:fill="d2eaf1" w:themeFill="accent5" w:themeFillTint="00003F" w:val="clear"/>
      </w:tcPr>
    </w:tblStylePr>
    <w:tblStylePr w:type="band1Horz">
      <w:tblPr/>
      <w:tcPr>
        <w:tcBorders>
          <w:insideH w:space="0" w:sz="0" w:val="nil"/>
          <w:insideV w:space="0" w:sz="0" w:val="nil"/>
        </w:tcBorders>
        <w:shd w:color="auto" w:fill="d2eaf1" w:themeFill="accent5" w:themeFillTint="00003F" w:val="clear"/>
      </w:tcPr>
    </w:tblStylePr>
    <w:tblStylePr w:type="band2Horz">
      <w:tblPr/>
      <w:tcPr>
        <w:tcBorders>
          <w:insideH w:space="0" w:sz="0" w:val="nil"/>
          <w:insideV w:space="0" w:sz="0"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.0" w:type="dxa"/>
      <w:tblBorders>
        <w:top w:color="f9b074" w:space="0" w:sz="8" w:themeColor="accent6" w:themeTint="0000BF" w:val="single"/>
        <w:left w:color="f9b074" w:space="0" w:sz="8" w:themeColor="accent6" w:themeTint="0000BF" w:val="single"/>
        <w:bottom w:color="f9b074" w:space="0" w:sz="8" w:themeColor="accent6" w:themeTint="0000BF" w:val="single"/>
        <w:right w:color="f9b074" w:space="0" w:sz="8" w:themeColor="accent6" w:themeTint="0000BF" w:val="single"/>
        <w:insideH w:color="f9b074" w:space="0" w:sz="8" w:themeColor="accent6" w:themeTint="0000BF" w:val="single"/>
      </w:tblBorders>
      <w:tblCellMar>
        <w:top w:w="0.0" w:type="dxa"/>
        <w:left w:w="108.0" w:type="dxa"/>
        <w:bottom w:w="0.0" w:type="dxa"/>
        <w:right w:w="108.0" w:type="dxa"/>
      </w:tblCellMar>
    </w:tblPr>
    <w:tblStylePr w:type="firstRow">
      <w:pPr>
        <w:spacing w:after="0" w:before="0" w:line="240" w:lineRule="auto"/>
      </w:pPr>
      <w:rPr>
        <w:b w:val="1"/>
        <w:bCs w:val="1"/>
        <w:color w:val="ffffff" w:themeColor="background1"/>
      </w:rPr>
      <w:tblPr/>
      <w:tcPr>
        <w:tcBorders>
          <w:top w:color="f9b074" w:space="0" w:sz="8" w:themeColor="accent6" w:themeTint="0000BF" w:val="single"/>
          <w:left w:color="f9b074" w:space="0" w:sz="8" w:themeColor="accent6" w:themeTint="0000BF" w:val="single"/>
          <w:bottom w:color="f9b074" w:space="0" w:sz="8" w:themeColor="accent6" w:themeTint="0000BF" w:val="single"/>
          <w:right w:color="f9b074" w:space="0" w:sz="8" w:themeColor="accent6" w:themeTint="0000BF" w:val="single"/>
          <w:insideH w:space="0" w:sz="0" w:val="nil"/>
          <w:insideV w:space="0" w:sz="0" w:val="nil"/>
        </w:tcBorders>
        <w:shd w:color="auto" w:fill="f79646" w:themeFill="accent6" w:val="clear"/>
      </w:tcPr>
    </w:tblStylePr>
    <w:tblStylePr w:type="lastRow">
      <w:pPr>
        <w:spacing w:after="0" w:before="0" w:line="240" w:lineRule="auto"/>
      </w:pPr>
      <w:rPr>
        <w:b w:val="1"/>
        <w:bCs w:val="1"/>
      </w:rPr>
      <w:tblPr/>
      <w:tcPr>
        <w:tcBorders>
          <w:top w:color="f9b074" w:space="0" w:sz="6" w:themeColor="accent6" w:themeTint="0000BF" w:val="double"/>
          <w:left w:color="f9b074" w:space="0" w:sz="8" w:themeColor="accent6" w:themeTint="0000BF" w:val="single"/>
          <w:bottom w:color="f9b074" w:space="0" w:sz="8" w:themeColor="accent6" w:themeTint="0000BF" w:val="single"/>
          <w:right w:color="f9b074" w:space="0" w:sz="8" w:themeColor="accent6" w:themeTint="0000BF" w:val="single"/>
          <w:insideH w:space="0" w:sz="0" w:val="nil"/>
          <w:insideV w:space="0" w:sz="0" w:val="nil"/>
        </w:tcBorders>
      </w:tcPr>
    </w:tblStylePr>
    <w:tblStylePr w:type="firstCol">
      <w:rPr>
        <w:b w:val="1"/>
        <w:bCs w:val="1"/>
      </w:rPr>
    </w:tblStylePr>
    <w:tblStylePr w:type="lastCol">
      <w:rPr>
        <w:b w:val="1"/>
        <w:bCs w:val="1"/>
      </w:rPr>
    </w:tblStylePr>
    <w:tblStylePr w:type="band1Vert">
      <w:tblPr/>
      <w:tcPr>
        <w:shd w:color="auto" w:fill="fde4d0" w:themeFill="accent6" w:themeFillTint="00003F" w:val="clear"/>
      </w:tcPr>
    </w:tblStylePr>
    <w:tblStylePr w:type="band1Horz">
      <w:tblPr/>
      <w:tcPr>
        <w:tcBorders>
          <w:insideH w:space="0" w:sz="0" w:val="nil"/>
          <w:insideV w:space="0" w:sz="0" w:val="nil"/>
        </w:tcBorders>
        <w:shd w:color="auto" w:fill="fde4d0" w:themeFill="accent6" w:themeFillTint="00003F" w:val="clear"/>
      </w:tcPr>
    </w:tblStylePr>
    <w:tblStylePr w:type="band2Horz">
      <w:tblPr/>
      <w:tcPr>
        <w:tcBorders>
          <w:insideH w:space="0" w:sz="0" w:val="nil"/>
          <w:insideV w:space="0" w:sz="0"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.0" w:type="dxa"/>
      <w:tblBorders>
        <w:top w:color="auto" w:space="0" w:sz="18" w:val="single"/>
        <w:bottom w:color="auto" w:space="0" w:sz="18" w:val="single"/>
      </w:tblBorders>
      <w:tblCellMar>
        <w:top w:w="0.0" w:type="dxa"/>
        <w:left w:w="108.0" w:type="dxa"/>
        <w:bottom w:w="0.0" w:type="dxa"/>
        <w:right w:w="108.0" w:type="dxa"/>
      </w:tblCellMar>
    </w:tblPr>
    <w:tblStylePr w:type="firstRow">
      <w:pPr>
        <w:spacing w:after="0" w:before="0" w:line="240" w:lineRule="auto"/>
      </w:pPr>
      <w:rPr>
        <w:b w:val="1"/>
        <w:bCs w:val="1"/>
        <w:color w:val="ffffff" w:themeColor="background1"/>
      </w:rPr>
      <w:tblPr/>
      <w:tcPr>
        <w:tcBorders>
          <w:top w:color="auto" w:space="0" w:sz="18" w:val="single"/>
          <w:left w:space="0" w:sz="0" w:val="nil"/>
          <w:bottom w:color="auto" w:space="0" w:sz="18" w:val="single"/>
          <w:right w:space="0" w:sz="0" w:val="nil"/>
          <w:insideH w:space="0" w:sz="0" w:val="nil"/>
          <w:insideV w:space="0" w:sz="0" w:val="nil"/>
        </w:tcBorders>
        <w:shd w:color="auto" w:fill="000000" w:themeFill="text1" w:val="clear"/>
      </w:tcPr>
    </w:tblStylePr>
    <w:tblStylePr w:type="lastRow">
      <w:pPr>
        <w:spacing w:after="0" w:before="0" w:line="240" w:lineRule="auto"/>
      </w:pPr>
      <w:rPr>
        <w:color w:val="auto"/>
      </w:rPr>
      <w:tblPr/>
      <w:tcPr>
        <w:tcBorders>
          <w:top w:color="auto" w:space="0" w:sz="6" w:val="double"/>
          <w:left w:space="0" w:sz="0" w:val="nil"/>
          <w:bottom w:color="auto" w:space="0" w:sz="18" w:val="single"/>
          <w:right w:space="0" w:sz="0" w:val="nil"/>
          <w:insideH w:space="0" w:sz="0" w:val="nil"/>
          <w:insideV w:space="0" w:sz="0" w:val="nil"/>
        </w:tcBorders>
        <w:shd w:color="auto" w:fill="ffffff" w:themeFill="background1" w:val="clear"/>
      </w:tcPr>
    </w:tblStylePr>
    <w:tblStylePr w:type="firstCol">
      <w:rPr>
        <w:b w:val="1"/>
        <w:bCs w:val="1"/>
        <w:color w:val="ffffff" w:themeColor="background1"/>
      </w:rPr>
      <w:tblPr/>
      <w:tcPr>
        <w:tcBorders>
          <w:top w:space="0" w:sz="0" w:val="nil"/>
          <w:left w:space="0" w:sz="0" w:val="nil"/>
          <w:bottom w:color="auto" w:space="0" w:sz="18" w:val="single"/>
          <w:right w:space="0" w:sz="0" w:val="nil"/>
          <w:insideH w:space="0" w:sz="0" w:val="nil"/>
          <w:insideV w:space="0" w:sz="0" w:val="nil"/>
        </w:tcBorders>
        <w:shd w:color="auto" w:fill="000000" w:themeFill="text1" w:val="clear"/>
      </w:tcPr>
    </w:tblStylePr>
    <w:tblStylePr w:type="lastCol">
      <w:rPr>
        <w:b w:val="1"/>
        <w:bCs w:val="1"/>
        <w:color w:val="ffffff" w:themeColor="background1"/>
      </w:rPr>
      <w:tblPr/>
      <w:tcPr>
        <w:tcBorders>
          <w:left w:space="0" w:sz="0" w:val="nil"/>
          <w:right w:space="0" w:sz="0" w:val="nil"/>
          <w:insideH w:space="0" w:sz="0" w:val="nil"/>
          <w:insideV w:space="0" w:sz="0" w:val="nil"/>
        </w:tcBorders>
        <w:shd w:color="auto" w:fill="000000" w:themeFill="text1" w:val="clear"/>
      </w:tcPr>
    </w:tblStylePr>
    <w:tblStylePr w:type="band1Vert">
      <w:tblPr/>
      <w:tcPr>
        <w:tcBorders>
          <w:left w:space="0" w:sz="0" w:val="nil"/>
          <w:right w:space="0" w:sz="0" w:val="nil"/>
          <w:insideH w:space="0" w:sz="0" w:val="nil"/>
          <w:insideV w:space="0" w:sz="0" w:val="nil"/>
        </w:tcBorders>
        <w:shd w:color="auto" w:fill="d8d8d8" w:themeFill="background1" w:themeFillShade="0000D8" w:val="clear"/>
      </w:tcPr>
    </w:tblStylePr>
    <w:tblStylePr w:type="band1Horz">
      <w:tblPr/>
      <w:tcPr>
        <w:shd w:color="auto" w:fill="d8d8d8" w:themeFill="background1" w:themeFillShade="0000D8" w:val="clear"/>
      </w:tcPr>
    </w:tblStylePr>
    <w:tblStylePr w:type="neCell">
      <w:tblPr/>
      <w:tcPr>
        <w:tcBorders>
          <w:top w:color="auto" w:space="0" w:sz="18" w:val="single"/>
          <w:left w:space="0" w:sz="0" w:val="nil"/>
          <w:bottom w:color="auto" w:space="0" w:sz="18" w:val="single"/>
          <w:right w:space="0" w:sz="0" w:val="nil"/>
          <w:insideH w:space="0" w:sz="0" w:val="nil"/>
          <w:insideV w:space="0" w:sz="0" w:val="nil"/>
        </w:tcBorders>
      </w:tcPr>
    </w:tblStylePr>
    <w:tblStylePr w:type="nwCell">
      <w:rPr>
        <w:color w:val="ffffff" w:themeColor="background1"/>
      </w:rPr>
      <w:tblPr/>
      <w:tcPr>
        <w:tcBorders>
          <w:top w:color="auto" w:space="0" w:sz="18" w:val="single"/>
          <w:left w:space="0" w:sz="0" w:val="nil"/>
          <w:bottom w:color="auto" w:space="0" w:sz="18" w:val="single"/>
          <w:right w:space="0" w:sz="0" w:val="nil"/>
          <w:insideH w:space="0" w:sz="0" w:val="nil"/>
          <w:insideV w:space="0" w:sz="0"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.0" w:type="dxa"/>
      <w:tblBorders>
        <w:top w:color="auto" w:space="0" w:sz="18" w:val="single"/>
        <w:bottom w:color="auto" w:space="0" w:sz="18" w:val="single"/>
      </w:tblBorders>
      <w:tblCellMar>
        <w:top w:w="0.0" w:type="dxa"/>
        <w:left w:w="108.0" w:type="dxa"/>
        <w:bottom w:w="0.0" w:type="dxa"/>
        <w:right w:w="108.0" w:type="dxa"/>
      </w:tblCellMar>
    </w:tblPr>
    <w:tblStylePr w:type="firstRow">
      <w:pPr>
        <w:spacing w:after="0" w:before="0" w:line="240" w:lineRule="auto"/>
      </w:pPr>
      <w:rPr>
        <w:b w:val="1"/>
        <w:bCs w:val="1"/>
        <w:color w:val="ffffff" w:themeColor="background1"/>
      </w:rPr>
      <w:tblPr/>
      <w:tcPr>
        <w:tcBorders>
          <w:top w:color="auto" w:space="0" w:sz="18" w:val="single"/>
          <w:left w:space="0" w:sz="0" w:val="nil"/>
          <w:bottom w:color="auto" w:space="0" w:sz="18" w:val="single"/>
          <w:right w:space="0" w:sz="0" w:val="nil"/>
          <w:insideH w:space="0" w:sz="0" w:val="nil"/>
          <w:insideV w:space="0" w:sz="0" w:val="nil"/>
        </w:tcBorders>
        <w:shd w:color="auto" w:fill="4f81bd" w:themeFill="accent1" w:val="clear"/>
      </w:tcPr>
    </w:tblStylePr>
    <w:tblStylePr w:type="lastRow">
      <w:pPr>
        <w:spacing w:after="0" w:before="0" w:line="240" w:lineRule="auto"/>
      </w:pPr>
      <w:rPr>
        <w:color w:val="auto"/>
      </w:rPr>
      <w:tblPr/>
      <w:tcPr>
        <w:tcBorders>
          <w:top w:color="auto" w:space="0" w:sz="6" w:val="double"/>
          <w:left w:space="0" w:sz="0" w:val="nil"/>
          <w:bottom w:color="auto" w:space="0" w:sz="18" w:val="single"/>
          <w:right w:space="0" w:sz="0" w:val="nil"/>
          <w:insideH w:space="0" w:sz="0" w:val="nil"/>
          <w:insideV w:space="0" w:sz="0" w:val="nil"/>
        </w:tcBorders>
        <w:shd w:color="auto" w:fill="ffffff" w:themeFill="background1" w:val="clear"/>
      </w:tcPr>
    </w:tblStylePr>
    <w:tblStylePr w:type="firstCol">
      <w:rPr>
        <w:b w:val="1"/>
        <w:bCs w:val="1"/>
        <w:color w:val="ffffff" w:themeColor="background1"/>
      </w:rPr>
      <w:tblPr/>
      <w:tcPr>
        <w:tcBorders>
          <w:top w:space="0" w:sz="0" w:val="nil"/>
          <w:left w:space="0" w:sz="0" w:val="nil"/>
          <w:bottom w:color="auto" w:space="0" w:sz="18" w:val="single"/>
          <w:right w:space="0" w:sz="0" w:val="nil"/>
          <w:insideH w:space="0" w:sz="0" w:val="nil"/>
          <w:insideV w:space="0" w:sz="0" w:val="nil"/>
        </w:tcBorders>
        <w:shd w:color="auto" w:fill="4f81bd" w:themeFill="accent1" w:val="clear"/>
      </w:tcPr>
    </w:tblStylePr>
    <w:tblStylePr w:type="lastCol">
      <w:rPr>
        <w:b w:val="1"/>
        <w:bCs w:val="1"/>
        <w:color w:val="ffffff" w:themeColor="background1"/>
      </w:rPr>
      <w:tblPr/>
      <w:tcPr>
        <w:tcBorders>
          <w:left w:space="0" w:sz="0" w:val="nil"/>
          <w:right w:space="0" w:sz="0" w:val="nil"/>
          <w:insideH w:space="0" w:sz="0" w:val="nil"/>
          <w:insideV w:space="0" w:sz="0" w:val="nil"/>
        </w:tcBorders>
        <w:shd w:color="auto" w:fill="4f81bd" w:themeFill="accent1" w:val="clear"/>
      </w:tcPr>
    </w:tblStylePr>
    <w:tblStylePr w:type="band1Vert">
      <w:tblPr/>
      <w:tcPr>
        <w:tcBorders>
          <w:left w:space="0" w:sz="0" w:val="nil"/>
          <w:right w:space="0" w:sz="0" w:val="nil"/>
          <w:insideH w:space="0" w:sz="0" w:val="nil"/>
          <w:insideV w:space="0" w:sz="0" w:val="nil"/>
        </w:tcBorders>
        <w:shd w:color="auto" w:fill="d8d8d8" w:themeFill="background1" w:themeFillShade="0000D8" w:val="clear"/>
      </w:tcPr>
    </w:tblStylePr>
    <w:tblStylePr w:type="band1Horz">
      <w:tblPr/>
      <w:tcPr>
        <w:shd w:color="auto" w:fill="d8d8d8" w:themeFill="background1" w:themeFillShade="0000D8" w:val="clear"/>
      </w:tcPr>
    </w:tblStylePr>
    <w:tblStylePr w:type="neCell">
      <w:tblPr/>
      <w:tcPr>
        <w:tcBorders>
          <w:top w:color="auto" w:space="0" w:sz="18" w:val="single"/>
          <w:left w:space="0" w:sz="0" w:val="nil"/>
          <w:bottom w:color="auto" w:space="0" w:sz="18" w:val="single"/>
          <w:right w:space="0" w:sz="0" w:val="nil"/>
          <w:insideH w:space="0" w:sz="0" w:val="nil"/>
          <w:insideV w:space="0" w:sz="0" w:val="nil"/>
        </w:tcBorders>
      </w:tcPr>
    </w:tblStylePr>
    <w:tblStylePr w:type="nwCell">
      <w:rPr>
        <w:color w:val="ffffff" w:themeColor="background1"/>
      </w:rPr>
      <w:tblPr/>
      <w:tcPr>
        <w:tcBorders>
          <w:top w:color="auto" w:space="0" w:sz="18" w:val="single"/>
          <w:left w:space="0" w:sz="0" w:val="nil"/>
          <w:bottom w:color="auto" w:space="0" w:sz="18" w:val="single"/>
          <w:right w:space="0" w:sz="0" w:val="nil"/>
          <w:insideH w:space="0" w:sz="0" w:val="nil"/>
          <w:insideV w:space="0" w:sz="0"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.0" w:type="dxa"/>
      <w:tblBorders>
        <w:top w:color="auto" w:space="0" w:sz="18" w:val="single"/>
        <w:bottom w:color="auto" w:space="0" w:sz="18" w:val="single"/>
      </w:tblBorders>
      <w:tblCellMar>
        <w:top w:w="0.0" w:type="dxa"/>
        <w:left w:w="108.0" w:type="dxa"/>
        <w:bottom w:w="0.0" w:type="dxa"/>
        <w:right w:w="108.0" w:type="dxa"/>
      </w:tblCellMar>
    </w:tblPr>
    <w:tblStylePr w:type="firstRow">
      <w:pPr>
        <w:spacing w:after="0" w:before="0" w:line="240" w:lineRule="auto"/>
      </w:pPr>
      <w:rPr>
        <w:b w:val="1"/>
        <w:bCs w:val="1"/>
        <w:color w:val="ffffff" w:themeColor="background1"/>
      </w:rPr>
      <w:tblPr/>
      <w:tcPr>
        <w:tcBorders>
          <w:top w:color="auto" w:space="0" w:sz="18" w:val="single"/>
          <w:left w:space="0" w:sz="0" w:val="nil"/>
          <w:bottom w:color="auto" w:space="0" w:sz="18" w:val="single"/>
          <w:right w:space="0" w:sz="0" w:val="nil"/>
          <w:insideH w:space="0" w:sz="0" w:val="nil"/>
          <w:insideV w:space="0" w:sz="0" w:val="nil"/>
        </w:tcBorders>
        <w:shd w:color="auto" w:fill="c0504d" w:themeFill="accent2" w:val="clear"/>
      </w:tcPr>
    </w:tblStylePr>
    <w:tblStylePr w:type="lastRow">
      <w:pPr>
        <w:spacing w:after="0" w:before="0" w:line="240" w:lineRule="auto"/>
      </w:pPr>
      <w:rPr>
        <w:color w:val="auto"/>
      </w:rPr>
      <w:tblPr/>
      <w:tcPr>
        <w:tcBorders>
          <w:top w:color="auto" w:space="0" w:sz="6" w:val="double"/>
          <w:left w:space="0" w:sz="0" w:val="nil"/>
          <w:bottom w:color="auto" w:space="0" w:sz="18" w:val="single"/>
          <w:right w:space="0" w:sz="0" w:val="nil"/>
          <w:insideH w:space="0" w:sz="0" w:val="nil"/>
          <w:insideV w:space="0" w:sz="0" w:val="nil"/>
        </w:tcBorders>
        <w:shd w:color="auto" w:fill="ffffff" w:themeFill="background1" w:val="clear"/>
      </w:tcPr>
    </w:tblStylePr>
    <w:tblStylePr w:type="firstCol">
      <w:rPr>
        <w:b w:val="1"/>
        <w:bCs w:val="1"/>
        <w:color w:val="ffffff" w:themeColor="background1"/>
      </w:rPr>
      <w:tblPr/>
      <w:tcPr>
        <w:tcBorders>
          <w:top w:space="0" w:sz="0" w:val="nil"/>
          <w:left w:space="0" w:sz="0" w:val="nil"/>
          <w:bottom w:color="auto" w:space="0" w:sz="18" w:val="single"/>
          <w:right w:space="0" w:sz="0" w:val="nil"/>
          <w:insideH w:space="0" w:sz="0" w:val="nil"/>
          <w:insideV w:space="0" w:sz="0" w:val="nil"/>
        </w:tcBorders>
        <w:shd w:color="auto" w:fill="c0504d" w:themeFill="accent2" w:val="clear"/>
      </w:tcPr>
    </w:tblStylePr>
    <w:tblStylePr w:type="lastCol">
      <w:rPr>
        <w:b w:val="1"/>
        <w:bCs w:val="1"/>
        <w:color w:val="ffffff" w:themeColor="background1"/>
      </w:rPr>
      <w:tblPr/>
      <w:tcPr>
        <w:tcBorders>
          <w:left w:space="0" w:sz="0" w:val="nil"/>
          <w:right w:space="0" w:sz="0" w:val="nil"/>
          <w:insideH w:space="0" w:sz="0" w:val="nil"/>
          <w:insideV w:space="0" w:sz="0" w:val="nil"/>
        </w:tcBorders>
        <w:shd w:color="auto" w:fill="c0504d" w:themeFill="accent2" w:val="clear"/>
      </w:tcPr>
    </w:tblStylePr>
    <w:tblStylePr w:type="band1Vert">
      <w:tblPr/>
      <w:tcPr>
        <w:tcBorders>
          <w:left w:space="0" w:sz="0" w:val="nil"/>
          <w:right w:space="0" w:sz="0" w:val="nil"/>
          <w:insideH w:space="0" w:sz="0" w:val="nil"/>
          <w:insideV w:space="0" w:sz="0" w:val="nil"/>
        </w:tcBorders>
        <w:shd w:color="auto" w:fill="d8d8d8" w:themeFill="background1" w:themeFillShade="0000D8" w:val="clear"/>
      </w:tcPr>
    </w:tblStylePr>
    <w:tblStylePr w:type="band1Horz">
      <w:tblPr/>
      <w:tcPr>
        <w:shd w:color="auto" w:fill="d8d8d8" w:themeFill="background1" w:themeFillShade="0000D8" w:val="clear"/>
      </w:tcPr>
    </w:tblStylePr>
    <w:tblStylePr w:type="neCell">
      <w:tblPr/>
      <w:tcPr>
        <w:tcBorders>
          <w:top w:color="auto" w:space="0" w:sz="18" w:val="single"/>
          <w:left w:space="0" w:sz="0" w:val="nil"/>
          <w:bottom w:color="auto" w:space="0" w:sz="18" w:val="single"/>
          <w:right w:space="0" w:sz="0" w:val="nil"/>
          <w:insideH w:space="0" w:sz="0" w:val="nil"/>
          <w:insideV w:space="0" w:sz="0" w:val="nil"/>
        </w:tcBorders>
      </w:tcPr>
    </w:tblStylePr>
    <w:tblStylePr w:type="nwCell">
      <w:rPr>
        <w:color w:val="ffffff" w:themeColor="background1"/>
      </w:rPr>
      <w:tblPr/>
      <w:tcPr>
        <w:tcBorders>
          <w:top w:color="auto" w:space="0" w:sz="18" w:val="single"/>
          <w:left w:space="0" w:sz="0" w:val="nil"/>
          <w:bottom w:color="auto" w:space="0" w:sz="18" w:val="single"/>
          <w:right w:space="0" w:sz="0" w:val="nil"/>
          <w:insideH w:space="0" w:sz="0" w:val="nil"/>
          <w:insideV w:space="0" w:sz="0"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.0" w:type="dxa"/>
      <w:tblBorders>
        <w:top w:color="auto" w:space="0" w:sz="18" w:val="single"/>
        <w:bottom w:color="auto" w:space="0" w:sz="18" w:val="single"/>
      </w:tblBorders>
      <w:tblCellMar>
        <w:top w:w="0.0" w:type="dxa"/>
        <w:left w:w="108.0" w:type="dxa"/>
        <w:bottom w:w="0.0" w:type="dxa"/>
        <w:right w:w="108.0" w:type="dxa"/>
      </w:tblCellMar>
    </w:tblPr>
    <w:tblStylePr w:type="firstRow">
      <w:pPr>
        <w:spacing w:after="0" w:before="0" w:line="240" w:lineRule="auto"/>
      </w:pPr>
      <w:rPr>
        <w:b w:val="1"/>
        <w:bCs w:val="1"/>
        <w:color w:val="ffffff" w:themeColor="background1"/>
      </w:rPr>
      <w:tblPr/>
      <w:tcPr>
        <w:tcBorders>
          <w:top w:color="auto" w:space="0" w:sz="18" w:val="single"/>
          <w:left w:space="0" w:sz="0" w:val="nil"/>
          <w:bottom w:color="auto" w:space="0" w:sz="18" w:val="single"/>
          <w:right w:space="0" w:sz="0" w:val="nil"/>
          <w:insideH w:space="0" w:sz="0" w:val="nil"/>
          <w:insideV w:space="0" w:sz="0" w:val="nil"/>
        </w:tcBorders>
        <w:shd w:color="auto" w:fill="9bbb59" w:themeFill="accent3" w:val="clear"/>
      </w:tcPr>
    </w:tblStylePr>
    <w:tblStylePr w:type="lastRow">
      <w:pPr>
        <w:spacing w:after="0" w:before="0" w:line="240" w:lineRule="auto"/>
      </w:pPr>
      <w:rPr>
        <w:color w:val="auto"/>
      </w:rPr>
      <w:tblPr/>
      <w:tcPr>
        <w:tcBorders>
          <w:top w:color="auto" w:space="0" w:sz="6" w:val="double"/>
          <w:left w:space="0" w:sz="0" w:val="nil"/>
          <w:bottom w:color="auto" w:space="0" w:sz="18" w:val="single"/>
          <w:right w:space="0" w:sz="0" w:val="nil"/>
          <w:insideH w:space="0" w:sz="0" w:val="nil"/>
          <w:insideV w:space="0" w:sz="0" w:val="nil"/>
        </w:tcBorders>
        <w:shd w:color="auto" w:fill="ffffff" w:themeFill="background1" w:val="clear"/>
      </w:tcPr>
    </w:tblStylePr>
    <w:tblStylePr w:type="firstCol">
      <w:rPr>
        <w:b w:val="1"/>
        <w:bCs w:val="1"/>
        <w:color w:val="ffffff" w:themeColor="background1"/>
      </w:rPr>
      <w:tblPr/>
      <w:tcPr>
        <w:tcBorders>
          <w:top w:space="0" w:sz="0" w:val="nil"/>
          <w:left w:space="0" w:sz="0" w:val="nil"/>
          <w:bottom w:color="auto" w:space="0" w:sz="18" w:val="single"/>
          <w:right w:space="0" w:sz="0" w:val="nil"/>
          <w:insideH w:space="0" w:sz="0" w:val="nil"/>
          <w:insideV w:space="0" w:sz="0" w:val="nil"/>
        </w:tcBorders>
        <w:shd w:color="auto" w:fill="9bbb59" w:themeFill="accent3" w:val="clear"/>
      </w:tcPr>
    </w:tblStylePr>
    <w:tblStylePr w:type="lastCol">
      <w:rPr>
        <w:b w:val="1"/>
        <w:bCs w:val="1"/>
        <w:color w:val="ffffff" w:themeColor="background1"/>
      </w:rPr>
      <w:tblPr/>
      <w:tcPr>
        <w:tcBorders>
          <w:left w:space="0" w:sz="0" w:val="nil"/>
          <w:right w:space="0" w:sz="0" w:val="nil"/>
          <w:insideH w:space="0" w:sz="0" w:val="nil"/>
          <w:insideV w:space="0" w:sz="0" w:val="nil"/>
        </w:tcBorders>
        <w:shd w:color="auto" w:fill="9bbb59" w:themeFill="accent3" w:val="clear"/>
      </w:tcPr>
    </w:tblStylePr>
    <w:tblStylePr w:type="band1Vert">
      <w:tblPr/>
      <w:tcPr>
        <w:tcBorders>
          <w:left w:space="0" w:sz="0" w:val="nil"/>
          <w:right w:space="0" w:sz="0" w:val="nil"/>
          <w:insideH w:space="0" w:sz="0" w:val="nil"/>
          <w:insideV w:space="0" w:sz="0" w:val="nil"/>
        </w:tcBorders>
        <w:shd w:color="auto" w:fill="d8d8d8" w:themeFill="background1" w:themeFillShade="0000D8" w:val="clear"/>
      </w:tcPr>
    </w:tblStylePr>
    <w:tblStylePr w:type="band1Horz">
      <w:tblPr/>
      <w:tcPr>
        <w:shd w:color="auto" w:fill="d8d8d8" w:themeFill="background1" w:themeFillShade="0000D8" w:val="clear"/>
      </w:tcPr>
    </w:tblStylePr>
    <w:tblStylePr w:type="neCell">
      <w:tblPr/>
      <w:tcPr>
        <w:tcBorders>
          <w:top w:color="auto" w:space="0" w:sz="18" w:val="single"/>
          <w:left w:space="0" w:sz="0" w:val="nil"/>
          <w:bottom w:color="auto" w:space="0" w:sz="18" w:val="single"/>
          <w:right w:space="0" w:sz="0" w:val="nil"/>
          <w:insideH w:space="0" w:sz="0" w:val="nil"/>
          <w:insideV w:space="0" w:sz="0" w:val="nil"/>
        </w:tcBorders>
      </w:tcPr>
    </w:tblStylePr>
    <w:tblStylePr w:type="nwCell">
      <w:rPr>
        <w:color w:val="ffffff" w:themeColor="background1"/>
      </w:rPr>
      <w:tblPr/>
      <w:tcPr>
        <w:tcBorders>
          <w:top w:color="auto" w:space="0" w:sz="18" w:val="single"/>
          <w:left w:space="0" w:sz="0" w:val="nil"/>
          <w:bottom w:color="auto" w:space="0" w:sz="18" w:val="single"/>
          <w:right w:space="0" w:sz="0" w:val="nil"/>
          <w:insideH w:space="0" w:sz="0" w:val="nil"/>
          <w:insideV w:space="0" w:sz="0"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.0" w:type="dxa"/>
      <w:tblBorders>
        <w:top w:color="auto" w:space="0" w:sz="18" w:val="single"/>
        <w:bottom w:color="auto" w:space="0" w:sz="18" w:val="single"/>
      </w:tblBorders>
      <w:tblCellMar>
        <w:top w:w="0.0" w:type="dxa"/>
        <w:left w:w="108.0" w:type="dxa"/>
        <w:bottom w:w="0.0" w:type="dxa"/>
        <w:right w:w="108.0" w:type="dxa"/>
      </w:tblCellMar>
    </w:tblPr>
    <w:tblStylePr w:type="firstRow">
      <w:pPr>
        <w:spacing w:after="0" w:before="0" w:line="240" w:lineRule="auto"/>
      </w:pPr>
      <w:rPr>
        <w:b w:val="1"/>
        <w:bCs w:val="1"/>
        <w:color w:val="ffffff" w:themeColor="background1"/>
      </w:rPr>
      <w:tblPr/>
      <w:tcPr>
        <w:tcBorders>
          <w:top w:color="auto" w:space="0" w:sz="18" w:val="single"/>
          <w:left w:space="0" w:sz="0" w:val="nil"/>
          <w:bottom w:color="auto" w:space="0" w:sz="18" w:val="single"/>
          <w:right w:space="0" w:sz="0" w:val="nil"/>
          <w:insideH w:space="0" w:sz="0" w:val="nil"/>
          <w:insideV w:space="0" w:sz="0" w:val="nil"/>
        </w:tcBorders>
        <w:shd w:color="auto" w:fill="8064a2" w:themeFill="accent4" w:val="clear"/>
      </w:tcPr>
    </w:tblStylePr>
    <w:tblStylePr w:type="lastRow">
      <w:pPr>
        <w:spacing w:after="0" w:before="0" w:line="240" w:lineRule="auto"/>
      </w:pPr>
      <w:rPr>
        <w:color w:val="auto"/>
      </w:rPr>
      <w:tblPr/>
      <w:tcPr>
        <w:tcBorders>
          <w:top w:color="auto" w:space="0" w:sz="6" w:val="double"/>
          <w:left w:space="0" w:sz="0" w:val="nil"/>
          <w:bottom w:color="auto" w:space="0" w:sz="18" w:val="single"/>
          <w:right w:space="0" w:sz="0" w:val="nil"/>
          <w:insideH w:space="0" w:sz="0" w:val="nil"/>
          <w:insideV w:space="0" w:sz="0" w:val="nil"/>
        </w:tcBorders>
        <w:shd w:color="auto" w:fill="ffffff" w:themeFill="background1" w:val="clear"/>
      </w:tcPr>
    </w:tblStylePr>
    <w:tblStylePr w:type="firstCol">
      <w:rPr>
        <w:b w:val="1"/>
        <w:bCs w:val="1"/>
        <w:color w:val="ffffff" w:themeColor="background1"/>
      </w:rPr>
      <w:tblPr/>
      <w:tcPr>
        <w:tcBorders>
          <w:top w:space="0" w:sz="0" w:val="nil"/>
          <w:left w:space="0" w:sz="0" w:val="nil"/>
          <w:bottom w:color="auto" w:space="0" w:sz="18" w:val="single"/>
          <w:right w:space="0" w:sz="0" w:val="nil"/>
          <w:insideH w:space="0" w:sz="0" w:val="nil"/>
          <w:insideV w:space="0" w:sz="0" w:val="nil"/>
        </w:tcBorders>
        <w:shd w:color="auto" w:fill="8064a2" w:themeFill="accent4" w:val="clear"/>
      </w:tcPr>
    </w:tblStylePr>
    <w:tblStylePr w:type="lastCol">
      <w:rPr>
        <w:b w:val="1"/>
        <w:bCs w:val="1"/>
        <w:color w:val="ffffff" w:themeColor="background1"/>
      </w:rPr>
      <w:tblPr/>
      <w:tcPr>
        <w:tcBorders>
          <w:left w:space="0" w:sz="0" w:val="nil"/>
          <w:right w:space="0" w:sz="0" w:val="nil"/>
          <w:insideH w:space="0" w:sz="0" w:val="nil"/>
          <w:insideV w:space="0" w:sz="0" w:val="nil"/>
        </w:tcBorders>
        <w:shd w:color="auto" w:fill="8064a2" w:themeFill="accent4" w:val="clear"/>
      </w:tcPr>
    </w:tblStylePr>
    <w:tblStylePr w:type="band1Vert">
      <w:tblPr/>
      <w:tcPr>
        <w:tcBorders>
          <w:left w:space="0" w:sz="0" w:val="nil"/>
          <w:right w:space="0" w:sz="0" w:val="nil"/>
          <w:insideH w:space="0" w:sz="0" w:val="nil"/>
          <w:insideV w:space="0" w:sz="0" w:val="nil"/>
        </w:tcBorders>
        <w:shd w:color="auto" w:fill="d8d8d8" w:themeFill="background1" w:themeFillShade="0000D8" w:val="clear"/>
      </w:tcPr>
    </w:tblStylePr>
    <w:tblStylePr w:type="band1Horz">
      <w:tblPr/>
      <w:tcPr>
        <w:shd w:color="auto" w:fill="d8d8d8" w:themeFill="background1" w:themeFillShade="0000D8" w:val="clear"/>
      </w:tcPr>
    </w:tblStylePr>
    <w:tblStylePr w:type="neCell">
      <w:tblPr/>
      <w:tcPr>
        <w:tcBorders>
          <w:top w:color="auto" w:space="0" w:sz="18" w:val="single"/>
          <w:left w:space="0" w:sz="0" w:val="nil"/>
          <w:bottom w:color="auto" w:space="0" w:sz="18" w:val="single"/>
          <w:right w:space="0" w:sz="0" w:val="nil"/>
          <w:insideH w:space="0" w:sz="0" w:val="nil"/>
          <w:insideV w:space="0" w:sz="0" w:val="nil"/>
        </w:tcBorders>
      </w:tcPr>
    </w:tblStylePr>
    <w:tblStylePr w:type="nwCell">
      <w:rPr>
        <w:color w:val="ffffff" w:themeColor="background1"/>
      </w:rPr>
      <w:tblPr/>
      <w:tcPr>
        <w:tcBorders>
          <w:top w:color="auto" w:space="0" w:sz="18" w:val="single"/>
          <w:left w:space="0" w:sz="0" w:val="nil"/>
          <w:bottom w:color="auto" w:space="0" w:sz="18" w:val="single"/>
          <w:right w:space="0" w:sz="0" w:val="nil"/>
          <w:insideH w:space="0" w:sz="0" w:val="nil"/>
          <w:insideV w:space="0" w:sz="0"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.0" w:type="dxa"/>
      <w:tblBorders>
        <w:top w:color="auto" w:space="0" w:sz="18" w:val="single"/>
        <w:bottom w:color="auto" w:space="0" w:sz="18" w:val="single"/>
      </w:tblBorders>
      <w:tblCellMar>
        <w:top w:w="0.0" w:type="dxa"/>
        <w:left w:w="108.0" w:type="dxa"/>
        <w:bottom w:w="0.0" w:type="dxa"/>
        <w:right w:w="108.0" w:type="dxa"/>
      </w:tblCellMar>
    </w:tblPr>
    <w:tblStylePr w:type="firstRow">
      <w:pPr>
        <w:spacing w:after="0" w:before="0" w:line="240" w:lineRule="auto"/>
      </w:pPr>
      <w:rPr>
        <w:b w:val="1"/>
        <w:bCs w:val="1"/>
        <w:color w:val="ffffff" w:themeColor="background1"/>
      </w:rPr>
      <w:tblPr/>
      <w:tcPr>
        <w:tcBorders>
          <w:top w:color="auto" w:space="0" w:sz="18" w:val="single"/>
          <w:left w:space="0" w:sz="0" w:val="nil"/>
          <w:bottom w:color="auto" w:space="0" w:sz="18" w:val="single"/>
          <w:right w:space="0" w:sz="0" w:val="nil"/>
          <w:insideH w:space="0" w:sz="0" w:val="nil"/>
          <w:insideV w:space="0" w:sz="0" w:val="nil"/>
        </w:tcBorders>
        <w:shd w:color="auto" w:fill="4bacc6" w:themeFill="accent5" w:val="clear"/>
      </w:tcPr>
    </w:tblStylePr>
    <w:tblStylePr w:type="lastRow">
      <w:pPr>
        <w:spacing w:after="0" w:before="0" w:line="240" w:lineRule="auto"/>
      </w:pPr>
      <w:rPr>
        <w:color w:val="auto"/>
      </w:rPr>
      <w:tblPr/>
      <w:tcPr>
        <w:tcBorders>
          <w:top w:color="auto" w:space="0" w:sz="6" w:val="double"/>
          <w:left w:space="0" w:sz="0" w:val="nil"/>
          <w:bottom w:color="auto" w:space="0" w:sz="18" w:val="single"/>
          <w:right w:space="0" w:sz="0" w:val="nil"/>
          <w:insideH w:space="0" w:sz="0" w:val="nil"/>
          <w:insideV w:space="0" w:sz="0" w:val="nil"/>
        </w:tcBorders>
        <w:shd w:color="auto" w:fill="ffffff" w:themeFill="background1" w:val="clear"/>
      </w:tcPr>
    </w:tblStylePr>
    <w:tblStylePr w:type="firstCol">
      <w:rPr>
        <w:b w:val="1"/>
        <w:bCs w:val="1"/>
        <w:color w:val="ffffff" w:themeColor="background1"/>
      </w:rPr>
      <w:tblPr/>
      <w:tcPr>
        <w:tcBorders>
          <w:top w:space="0" w:sz="0" w:val="nil"/>
          <w:left w:space="0" w:sz="0" w:val="nil"/>
          <w:bottom w:color="auto" w:space="0" w:sz="18" w:val="single"/>
          <w:right w:space="0" w:sz="0" w:val="nil"/>
          <w:insideH w:space="0" w:sz="0" w:val="nil"/>
          <w:insideV w:space="0" w:sz="0" w:val="nil"/>
        </w:tcBorders>
        <w:shd w:color="auto" w:fill="4bacc6" w:themeFill="accent5" w:val="clear"/>
      </w:tcPr>
    </w:tblStylePr>
    <w:tblStylePr w:type="lastCol">
      <w:rPr>
        <w:b w:val="1"/>
        <w:bCs w:val="1"/>
        <w:color w:val="ffffff" w:themeColor="background1"/>
      </w:rPr>
      <w:tblPr/>
      <w:tcPr>
        <w:tcBorders>
          <w:left w:space="0" w:sz="0" w:val="nil"/>
          <w:right w:space="0" w:sz="0" w:val="nil"/>
          <w:insideH w:space="0" w:sz="0" w:val="nil"/>
          <w:insideV w:space="0" w:sz="0" w:val="nil"/>
        </w:tcBorders>
        <w:shd w:color="auto" w:fill="4bacc6" w:themeFill="accent5" w:val="clear"/>
      </w:tcPr>
    </w:tblStylePr>
    <w:tblStylePr w:type="band1Vert">
      <w:tblPr/>
      <w:tcPr>
        <w:tcBorders>
          <w:left w:space="0" w:sz="0" w:val="nil"/>
          <w:right w:space="0" w:sz="0" w:val="nil"/>
          <w:insideH w:space="0" w:sz="0" w:val="nil"/>
          <w:insideV w:space="0" w:sz="0" w:val="nil"/>
        </w:tcBorders>
        <w:shd w:color="auto" w:fill="d8d8d8" w:themeFill="background1" w:themeFillShade="0000D8" w:val="clear"/>
      </w:tcPr>
    </w:tblStylePr>
    <w:tblStylePr w:type="band1Horz">
      <w:tblPr/>
      <w:tcPr>
        <w:shd w:color="auto" w:fill="d8d8d8" w:themeFill="background1" w:themeFillShade="0000D8" w:val="clear"/>
      </w:tcPr>
    </w:tblStylePr>
    <w:tblStylePr w:type="neCell">
      <w:tblPr/>
      <w:tcPr>
        <w:tcBorders>
          <w:top w:color="auto" w:space="0" w:sz="18" w:val="single"/>
          <w:left w:space="0" w:sz="0" w:val="nil"/>
          <w:bottom w:color="auto" w:space="0" w:sz="18" w:val="single"/>
          <w:right w:space="0" w:sz="0" w:val="nil"/>
          <w:insideH w:space="0" w:sz="0" w:val="nil"/>
          <w:insideV w:space="0" w:sz="0" w:val="nil"/>
        </w:tcBorders>
      </w:tcPr>
    </w:tblStylePr>
    <w:tblStylePr w:type="nwCell">
      <w:rPr>
        <w:color w:val="ffffff" w:themeColor="background1"/>
      </w:rPr>
      <w:tblPr/>
      <w:tcPr>
        <w:tcBorders>
          <w:top w:color="auto" w:space="0" w:sz="18" w:val="single"/>
          <w:left w:space="0" w:sz="0" w:val="nil"/>
          <w:bottom w:color="auto" w:space="0" w:sz="18" w:val="single"/>
          <w:right w:space="0" w:sz="0" w:val="nil"/>
          <w:insideH w:space="0" w:sz="0" w:val="nil"/>
          <w:insideV w:space="0" w:sz="0"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.0" w:type="dxa"/>
      <w:tblBorders>
        <w:top w:color="auto" w:space="0" w:sz="18" w:val="single"/>
        <w:bottom w:color="auto" w:space="0" w:sz="18" w:val="single"/>
      </w:tblBorders>
      <w:tblCellMar>
        <w:top w:w="0.0" w:type="dxa"/>
        <w:left w:w="108.0" w:type="dxa"/>
        <w:bottom w:w="0.0" w:type="dxa"/>
        <w:right w:w="108.0" w:type="dxa"/>
      </w:tblCellMar>
    </w:tblPr>
    <w:tblStylePr w:type="firstRow">
      <w:pPr>
        <w:spacing w:after="0" w:before="0" w:line="240" w:lineRule="auto"/>
      </w:pPr>
      <w:rPr>
        <w:b w:val="1"/>
        <w:bCs w:val="1"/>
        <w:color w:val="ffffff" w:themeColor="background1"/>
      </w:rPr>
      <w:tblPr/>
      <w:tcPr>
        <w:tcBorders>
          <w:top w:color="auto" w:space="0" w:sz="18" w:val="single"/>
          <w:left w:space="0" w:sz="0" w:val="nil"/>
          <w:bottom w:color="auto" w:space="0" w:sz="18" w:val="single"/>
          <w:right w:space="0" w:sz="0" w:val="nil"/>
          <w:insideH w:space="0" w:sz="0" w:val="nil"/>
          <w:insideV w:space="0" w:sz="0" w:val="nil"/>
        </w:tcBorders>
        <w:shd w:color="auto" w:fill="f79646" w:themeFill="accent6" w:val="clear"/>
      </w:tcPr>
    </w:tblStylePr>
    <w:tblStylePr w:type="lastRow">
      <w:pPr>
        <w:spacing w:after="0" w:before="0" w:line="240" w:lineRule="auto"/>
      </w:pPr>
      <w:rPr>
        <w:color w:val="auto"/>
      </w:rPr>
      <w:tblPr/>
      <w:tcPr>
        <w:tcBorders>
          <w:top w:color="auto" w:space="0" w:sz="6" w:val="double"/>
          <w:left w:space="0" w:sz="0" w:val="nil"/>
          <w:bottom w:color="auto" w:space="0" w:sz="18" w:val="single"/>
          <w:right w:space="0" w:sz="0" w:val="nil"/>
          <w:insideH w:space="0" w:sz="0" w:val="nil"/>
          <w:insideV w:space="0" w:sz="0" w:val="nil"/>
        </w:tcBorders>
        <w:shd w:color="auto" w:fill="ffffff" w:themeFill="background1" w:val="clear"/>
      </w:tcPr>
    </w:tblStylePr>
    <w:tblStylePr w:type="firstCol">
      <w:rPr>
        <w:b w:val="1"/>
        <w:bCs w:val="1"/>
        <w:color w:val="ffffff" w:themeColor="background1"/>
      </w:rPr>
      <w:tblPr/>
      <w:tcPr>
        <w:tcBorders>
          <w:top w:space="0" w:sz="0" w:val="nil"/>
          <w:left w:space="0" w:sz="0" w:val="nil"/>
          <w:bottom w:color="auto" w:space="0" w:sz="18" w:val="single"/>
          <w:right w:space="0" w:sz="0" w:val="nil"/>
          <w:insideH w:space="0" w:sz="0" w:val="nil"/>
          <w:insideV w:space="0" w:sz="0" w:val="nil"/>
        </w:tcBorders>
        <w:shd w:color="auto" w:fill="f79646" w:themeFill="accent6" w:val="clear"/>
      </w:tcPr>
    </w:tblStylePr>
    <w:tblStylePr w:type="lastCol">
      <w:rPr>
        <w:b w:val="1"/>
        <w:bCs w:val="1"/>
        <w:color w:val="ffffff" w:themeColor="background1"/>
      </w:rPr>
      <w:tblPr/>
      <w:tcPr>
        <w:tcBorders>
          <w:left w:space="0" w:sz="0" w:val="nil"/>
          <w:right w:space="0" w:sz="0" w:val="nil"/>
          <w:insideH w:space="0" w:sz="0" w:val="nil"/>
          <w:insideV w:space="0" w:sz="0" w:val="nil"/>
        </w:tcBorders>
        <w:shd w:color="auto" w:fill="f79646" w:themeFill="accent6" w:val="clear"/>
      </w:tcPr>
    </w:tblStylePr>
    <w:tblStylePr w:type="band1Vert">
      <w:tblPr/>
      <w:tcPr>
        <w:tcBorders>
          <w:left w:space="0" w:sz="0" w:val="nil"/>
          <w:right w:space="0" w:sz="0" w:val="nil"/>
          <w:insideH w:space="0" w:sz="0" w:val="nil"/>
          <w:insideV w:space="0" w:sz="0" w:val="nil"/>
        </w:tcBorders>
        <w:shd w:color="auto" w:fill="d8d8d8" w:themeFill="background1" w:themeFillShade="0000D8" w:val="clear"/>
      </w:tcPr>
    </w:tblStylePr>
    <w:tblStylePr w:type="band1Horz">
      <w:tblPr/>
      <w:tcPr>
        <w:shd w:color="auto" w:fill="d8d8d8" w:themeFill="background1" w:themeFillShade="0000D8" w:val="clear"/>
      </w:tcPr>
    </w:tblStylePr>
    <w:tblStylePr w:type="neCell">
      <w:tblPr/>
      <w:tcPr>
        <w:tcBorders>
          <w:top w:color="auto" w:space="0" w:sz="18" w:val="single"/>
          <w:left w:space="0" w:sz="0" w:val="nil"/>
          <w:bottom w:color="auto" w:space="0" w:sz="18" w:val="single"/>
          <w:right w:space="0" w:sz="0" w:val="nil"/>
          <w:insideH w:space="0" w:sz="0" w:val="nil"/>
          <w:insideV w:space="0" w:sz="0" w:val="nil"/>
        </w:tcBorders>
      </w:tcPr>
    </w:tblStylePr>
    <w:tblStylePr w:type="nwCell">
      <w:rPr>
        <w:color w:val="ffffff" w:themeColor="background1"/>
      </w:rPr>
      <w:tblPr/>
      <w:tcPr>
        <w:tcBorders>
          <w:top w:color="auto" w:space="0" w:sz="18" w:val="single"/>
          <w:left w:space="0" w:sz="0" w:val="nil"/>
          <w:bottom w:color="auto" w:space="0" w:sz="18" w:val="single"/>
          <w:right w:space="0" w:sz="0" w:val="nil"/>
          <w:insideH w:space="0" w:sz="0" w:val="nil"/>
          <w:insideV w:space="0" w:sz="0"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.0" w:type="dxa"/>
      <w:tblBorders>
        <w:top w:color="000000" w:space="0" w:sz="8" w:themeColor="text1" w:val="single"/>
        <w:bottom w:color="000000" w:space="0" w:sz="8" w:themeColor="text1" w:val="single"/>
      </w:tblBorders>
      <w:tblCellMar>
        <w:top w:w="0.0" w:type="dxa"/>
        <w:left w:w="108.0" w:type="dxa"/>
        <w:bottom w:w="0.0" w:type="dxa"/>
        <w:right w:w="108.0" w:type="dxa"/>
      </w:tblCellMar>
    </w:tblPr>
    <w:tblStylePr w:type="firstRow">
      <w:rPr>
        <w:rFonts w:asciiTheme="majorHAnsi" w:cstheme="majorBidi" w:eastAsiaTheme="majorEastAsia" w:hAnsiTheme="majorHAnsi"/>
      </w:rPr>
      <w:tblPr/>
      <w:tcPr>
        <w:tcBorders>
          <w:top w:space="0" w:sz="0" w:val="nil"/>
          <w:bottom w:color="000000" w:space="0" w:sz="8" w:themeColor="text1" w:val="single"/>
        </w:tcBorders>
      </w:tcPr>
    </w:tblStylePr>
    <w:tblStylePr w:type="lastRow">
      <w:rPr>
        <w:b w:val="1"/>
        <w:bCs w:val="1"/>
        <w:color w:val="1f497d" w:themeColor="text2"/>
      </w:rPr>
      <w:tblPr/>
      <w:tcPr>
        <w:tcBorders>
          <w:top w:color="000000" w:space="0" w:sz="8" w:themeColor="text1" w:val="single"/>
          <w:bottom w:color="000000" w:space="0" w:sz="8" w:themeColor="text1" w:val="single"/>
        </w:tcBorders>
      </w:tcPr>
    </w:tblStylePr>
    <w:tblStylePr w:type="firstCol">
      <w:rPr>
        <w:b w:val="1"/>
        <w:bCs w:val="1"/>
      </w:rPr>
    </w:tblStylePr>
    <w:tblStylePr w:type="lastCol">
      <w:rPr>
        <w:b w:val="1"/>
        <w:bCs w:val="1"/>
      </w:rPr>
      <w:tblPr/>
      <w:tcPr>
        <w:tcBorders>
          <w:top w:color="000000" w:space="0" w:sz="8" w:themeColor="text1" w:val="single"/>
          <w:bottom w:color="000000" w:space="0" w:sz="8" w:themeColor="text1" w:val="single"/>
        </w:tcBorders>
      </w:tcPr>
    </w:tblStylePr>
    <w:tblStylePr w:type="band1Vert">
      <w:tblPr/>
      <w:tcPr>
        <w:shd w:color="auto" w:fill="c0c0c0" w:themeFill="text1" w:themeFillTint="00003F" w:val="clear"/>
      </w:tcPr>
    </w:tblStylePr>
    <w:tblStylePr w:type="band1Horz">
      <w:tblPr/>
      <w:tcPr>
        <w:shd w:color="auto" w:fill="c0c0c0" w:themeFill="text1" w:themeFillTint="00003F" w:val="clear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.0" w:type="dxa"/>
      <w:tblBorders>
        <w:top w:color="4f81bd" w:space="0" w:sz="8" w:themeColor="accent1" w:val="single"/>
        <w:bottom w:color="4f81bd" w:space="0" w:sz="8" w:themeColor="accent1" w:val="single"/>
      </w:tblBorders>
      <w:tblCellMar>
        <w:top w:w="0.0" w:type="dxa"/>
        <w:left w:w="108.0" w:type="dxa"/>
        <w:bottom w:w="0.0" w:type="dxa"/>
        <w:right w:w="108.0" w:type="dxa"/>
      </w:tblCellMar>
    </w:tblPr>
    <w:tblStylePr w:type="firstRow">
      <w:rPr>
        <w:rFonts w:asciiTheme="majorHAnsi" w:cstheme="majorBidi" w:eastAsiaTheme="majorEastAsia" w:hAnsiTheme="majorHAnsi"/>
      </w:rPr>
      <w:tblPr/>
      <w:tcPr>
        <w:tcBorders>
          <w:top w:space="0" w:sz="0" w:val="nil"/>
          <w:bottom w:color="4f81bd" w:space="0" w:sz="8" w:themeColor="accent1" w:val="single"/>
        </w:tcBorders>
      </w:tcPr>
    </w:tblStylePr>
    <w:tblStylePr w:type="lastRow">
      <w:rPr>
        <w:b w:val="1"/>
        <w:bCs w:val="1"/>
        <w:color w:val="1f497d" w:themeColor="text2"/>
      </w:rPr>
      <w:tblPr/>
      <w:tcPr>
        <w:tcBorders>
          <w:top w:color="4f81bd" w:space="0" w:sz="8" w:themeColor="accent1" w:val="single"/>
          <w:bottom w:color="4f81bd" w:space="0" w:sz="8" w:themeColor="accent1" w:val="single"/>
        </w:tcBorders>
      </w:tcPr>
    </w:tblStylePr>
    <w:tblStylePr w:type="firstCol">
      <w:rPr>
        <w:b w:val="1"/>
        <w:bCs w:val="1"/>
      </w:rPr>
    </w:tblStylePr>
    <w:tblStylePr w:type="lastCol">
      <w:rPr>
        <w:b w:val="1"/>
        <w:bCs w:val="1"/>
      </w:rPr>
      <w:tblPr/>
      <w:tcPr>
        <w:tcBorders>
          <w:top w:color="4f81bd" w:space="0" w:sz="8" w:themeColor="accent1" w:val="single"/>
          <w:bottom w:color="4f81bd" w:space="0" w:sz="8" w:themeColor="accent1" w:val="single"/>
        </w:tcBorders>
      </w:tcPr>
    </w:tblStylePr>
    <w:tblStylePr w:type="band1Vert">
      <w:tblPr/>
      <w:tcPr>
        <w:shd w:color="auto" w:fill="d3dfee" w:themeFill="accent1" w:themeFillTint="00003F" w:val="clear"/>
      </w:tcPr>
    </w:tblStylePr>
    <w:tblStylePr w:type="band1Horz">
      <w:tblPr/>
      <w:tcPr>
        <w:shd w:color="auto" w:fill="d3dfee" w:themeFill="accent1" w:themeFillTint="00003F" w:val="clear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.0" w:type="dxa"/>
      <w:tblBorders>
        <w:top w:color="c0504d" w:space="0" w:sz="8" w:themeColor="accent2" w:val="single"/>
        <w:bottom w:color="c0504d" w:space="0" w:sz="8" w:themeColor="accent2" w:val="single"/>
      </w:tblBorders>
      <w:tblCellMar>
        <w:top w:w="0.0" w:type="dxa"/>
        <w:left w:w="108.0" w:type="dxa"/>
        <w:bottom w:w="0.0" w:type="dxa"/>
        <w:right w:w="108.0" w:type="dxa"/>
      </w:tblCellMar>
    </w:tblPr>
    <w:tblStylePr w:type="firstRow">
      <w:rPr>
        <w:rFonts w:asciiTheme="majorHAnsi" w:cstheme="majorBidi" w:eastAsiaTheme="majorEastAsia" w:hAnsiTheme="majorHAnsi"/>
      </w:rPr>
      <w:tblPr/>
      <w:tcPr>
        <w:tcBorders>
          <w:top w:space="0" w:sz="0" w:val="nil"/>
          <w:bottom w:color="c0504d" w:space="0" w:sz="8" w:themeColor="accent2" w:val="single"/>
        </w:tcBorders>
      </w:tcPr>
    </w:tblStylePr>
    <w:tblStylePr w:type="lastRow">
      <w:rPr>
        <w:b w:val="1"/>
        <w:bCs w:val="1"/>
        <w:color w:val="1f497d" w:themeColor="text2"/>
      </w:rPr>
      <w:tblPr/>
      <w:tcPr>
        <w:tcBorders>
          <w:top w:color="c0504d" w:space="0" w:sz="8" w:themeColor="accent2" w:val="single"/>
          <w:bottom w:color="c0504d" w:space="0" w:sz="8" w:themeColor="accent2" w:val="single"/>
        </w:tcBorders>
      </w:tcPr>
    </w:tblStylePr>
    <w:tblStylePr w:type="firstCol">
      <w:rPr>
        <w:b w:val="1"/>
        <w:bCs w:val="1"/>
      </w:rPr>
    </w:tblStylePr>
    <w:tblStylePr w:type="lastCol">
      <w:rPr>
        <w:b w:val="1"/>
        <w:bCs w:val="1"/>
      </w:rPr>
      <w:tblPr/>
      <w:tcPr>
        <w:tcBorders>
          <w:top w:color="c0504d" w:space="0" w:sz="8" w:themeColor="accent2" w:val="single"/>
          <w:bottom w:color="c0504d" w:space="0" w:sz="8" w:themeColor="accent2" w:val="single"/>
        </w:tcBorders>
      </w:tcPr>
    </w:tblStylePr>
    <w:tblStylePr w:type="band1Vert">
      <w:tblPr/>
      <w:tcPr>
        <w:shd w:color="auto" w:fill="efd3d2" w:themeFill="accent2" w:themeFillTint="00003F" w:val="clear"/>
      </w:tcPr>
    </w:tblStylePr>
    <w:tblStylePr w:type="band1Horz">
      <w:tblPr/>
      <w:tcPr>
        <w:shd w:color="auto" w:fill="efd3d2" w:themeFill="accent2" w:themeFillTint="00003F" w:val="clear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.0" w:type="dxa"/>
      <w:tblBorders>
        <w:top w:color="9bbb59" w:space="0" w:sz="8" w:themeColor="accent3" w:val="single"/>
        <w:bottom w:color="9bbb59" w:space="0" w:sz="8" w:themeColor="accent3" w:val="single"/>
      </w:tblBorders>
      <w:tblCellMar>
        <w:top w:w="0.0" w:type="dxa"/>
        <w:left w:w="108.0" w:type="dxa"/>
        <w:bottom w:w="0.0" w:type="dxa"/>
        <w:right w:w="108.0" w:type="dxa"/>
      </w:tblCellMar>
    </w:tblPr>
    <w:tblStylePr w:type="firstRow">
      <w:rPr>
        <w:rFonts w:asciiTheme="majorHAnsi" w:cstheme="majorBidi" w:eastAsiaTheme="majorEastAsia" w:hAnsiTheme="majorHAnsi"/>
      </w:rPr>
      <w:tblPr/>
      <w:tcPr>
        <w:tcBorders>
          <w:top w:space="0" w:sz="0" w:val="nil"/>
          <w:bottom w:color="9bbb59" w:space="0" w:sz="8" w:themeColor="accent3" w:val="single"/>
        </w:tcBorders>
      </w:tcPr>
    </w:tblStylePr>
    <w:tblStylePr w:type="lastRow">
      <w:rPr>
        <w:b w:val="1"/>
        <w:bCs w:val="1"/>
        <w:color w:val="1f497d" w:themeColor="text2"/>
      </w:rPr>
      <w:tblPr/>
      <w:tcPr>
        <w:tcBorders>
          <w:top w:color="9bbb59" w:space="0" w:sz="8" w:themeColor="accent3" w:val="single"/>
          <w:bottom w:color="9bbb59" w:space="0" w:sz="8" w:themeColor="accent3" w:val="single"/>
        </w:tcBorders>
      </w:tcPr>
    </w:tblStylePr>
    <w:tblStylePr w:type="firstCol">
      <w:rPr>
        <w:b w:val="1"/>
        <w:bCs w:val="1"/>
      </w:rPr>
    </w:tblStylePr>
    <w:tblStylePr w:type="lastCol">
      <w:rPr>
        <w:b w:val="1"/>
        <w:bCs w:val="1"/>
      </w:rPr>
      <w:tblPr/>
      <w:tcPr>
        <w:tcBorders>
          <w:top w:color="9bbb59" w:space="0" w:sz="8" w:themeColor="accent3" w:val="single"/>
          <w:bottom w:color="9bbb59" w:space="0" w:sz="8" w:themeColor="accent3" w:val="single"/>
        </w:tcBorders>
      </w:tcPr>
    </w:tblStylePr>
    <w:tblStylePr w:type="band1Vert">
      <w:tblPr/>
      <w:tcPr>
        <w:shd w:color="auto" w:fill="e6eed5" w:themeFill="accent3" w:themeFillTint="00003F" w:val="clear"/>
      </w:tcPr>
    </w:tblStylePr>
    <w:tblStylePr w:type="band1Horz">
      <w:tblPr/>
      <w:tcPr>
        <w:shd w:color="auto" w:fill="e6eed5" w:themeFill="accent3" w:themeFillTint="00003F" w:val="clear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.0" w:type="dxa"/>
      <w:tblBorders>
        <w:top w:color="8064a2" w:space="0" w:sz="8" w:themeColor="accent4" w:val="single"/>
        <w:bottom w:color="8064a2" w:space="0" w:sz="8" w:themeColor="accent4" w:val="single"/>
      </w:tblBorders>
      <w:tblCellMar>
        <w:top w:w="0.0" w:type="dxa"/>
        <w:left w:w="108.0" w:type="dxa"/>
        <w:bottom w:w="0.0" w:type="dxa"/>
        <w:right w:w="108.0" w:type="dxa"/>
      </w:tblCellMar>
    </w:tblPr>
    <w:tblStylePr w:type="firstRow">
      <w:rPr>
        <w:rFonts w:asciiTheme="majorHAnsi" w:cstheme="majorBidi" w:eastAsiaTheme="majorEastAsia" w:hAnsiTheme="majorHAnsi"/>
      </w:rPr>
      <w:tblPr/>
      <w:tcPr>
        <w:tcBorders>
          <w:top w:space="0" w:sz="0" w:val="nil"/>
          <w:bottom w:color="8064a2" w:space="0" w:sz="8" w:themeColor="accent4" w:val="single"/>
        </w:tcBorders>
      </w:tcPr>
    </w:tblStylePr>
    <w:tblStylePr w:type="lastRow">
      <w:rPr>
        <w:b w:val="1"/>
        <w:bCs w:val="1"/>
        <w:color w:val="1f497d" w:themeColor="text2"/>
      </w:rPr>
      <w:tblPr/>
      <w:tcPr>
        <w:tcBorders>
          <w:top w:color="8064a2" w:space="0" w:sz="8" w:themeColor="accent4" w:val="single"/>
          <w:bottom w:color="8064a2" w:space="0" w:sz="8" w:themeColor="accent4" w:val="single"/>
        </w:tcBorders>
      </w:tcPr>
    </w:tblStylePr>
    <w:tblStylePr w:type="firstCol">
      <w:rPr>
        <w:b w:val="1"/>
        <w:bCs w:val="1"/>
      </w:rPr>
    </w:tblStylePr>
    <w:tblStylePr w:type="lastCol">
      <w:rPr>
        <w:b w:val="1"/>
        <w:bCs w:val="1"/>
      </w:rPr>
      <w:tblPr/>
      <w:tcPr>
        <w:tcBorders>
          <w:top w:color="8064a2" w:space="0" w:sz="8" w:themeColor="accent4" w:val="single"/>
          <w:bottom w:color="8064a2" w:space="0" w:sz="8" w:themeColor="accent4" w:val="single"/>
        </w:tcBorders>
      </w:tcPr>
    </w:tblStylePr>
    <w:tblStylePr w:type="band1Vert">
      <w:tblPr/>
      <w:tcPr>
        <w:shd w:color="auto" w:fill="dfd8e8" w:themeFill="accent4" w:themeFillTint="00003F" w:val="clear"/>
      </w:tcPr>
    </w:tblStylePr>
    <w:tblStylePr w:type="band1Horz">
      <w:tblPr/>
      <w:tcPr>
        <w:shd w:color="auto" w:fill="dfd8e8" w:themeFill="accent4" w:themeFillTint="00003F" w:val="clear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.0" w:type="dxa"/>
      <w:tblBorders>
        <w:top w:color="4bacc6" w:space="0" w:sz="8" w:themeColor="accent5" w:val="single"/>
        <w:bottom w:color="4bacc6" w:space="0" w:sz="8" w:themeColor="accent5" w:val="single"/>
      </w:tblBorders>
      <w:tblCellMar>
        <w:top w:w="0.0" w:type="dxa"/>
        <w:left w:w="108.0" w:type="dxa"/>
        <w:bottom w:w="0.0" w:type="dxa"/>
        <w:right w:w="108.0" w:type="dxa"/>
      </w:tblCellMar>
    </w:tblPr>
    <w:tblStylePr w:type="firstRow">
      <w:rPr>
        <w:rFonts w:asciiTheme="majorHAnsi" w:cstheme="majorBidi" w:eastAsiaTheme="majorEastAsia" w:hAnsiTheme="majorHAnsi"/>
      </w:rPr>
      <w:tblPr/>
      <w:tcPr>
        <w:tcBorders>
          <w:top w:space="0" w:sz="0" w:val="nil"/>
          <w:bottom w:color="4bacc6" w:space="0" w:sz="8" w:themeColor="accent5" w:val="single"/>
        </w:tcBorders>
      </w:tcPr>
    </w:tblStylePr>
    <w:tblStylePr w:type="lastRow">
      <w:rPr>
        <w:b w:val="1"/>
        <w:bCs w:val="1"/>
        <w:color w:val="1f497d" w:themeColor="text2"/>
      </w:rPr>
      <w:tblPr/>
      <w:tcPr>
        <w:tcBorders>
          <w:top w:color="4bacc6" w:space="0" w:sz="8" w:themeColor="accent5" w:val="single"/>
          <w:bottom w:color="4bacc6" w:space="0" w:sz="8" w:themeColor="accent5" w:val="single"/>
        </w:tcBorders>
      </w:tcPr>
    </w:tblStylePr>
    <w:tblStylePr w:type="firstCol">
      <w:rPr>
        <w:b w:val="1"/>
        <w:bCs w:val="1"/>
      </w:rPr>
    </w:tblStylePr>
    <w:tblStylePr w:type="lastCol">
      <w:rPr>
        <w:b w:val="1"/>
        <w:bCs w:val="1"/>
      </w:rPr>
      <w:tblPr/>
      <w:tcPr>
        <w:tcBorders>
          <w:top w:color="4bacc6" w:space="0" w:sz="8" w:themeColor="accent5" w:val="single"/>
          <w:bottom w:color="4bacc6" w:space="0" w:sz="8" w:themeColor="accent5" w:val="single"/>
        </w:tcBorders>
      </w:tcPr>
    </w:tblStylePr>
    <w:tblStylePr w:type="band1Vert">
      <w:tblPr/>
      <w:tcPr>
        <w:shd w:color="auto" w:fill="d2eaf1" w:themeFill="accent5" w:themeFillTint="00003F" w:val="clear"/>
      </w:tcPr>
    </w:tblStylePr>
    <w:tblStylePr w:type="band1Horz">
      <w:tblPr/>
      <w:tcPr>
        <w:shd w:color="auto" w:fill="d2eaf1" w:themeFill="accent5" w:themeFillTint="00003F" w:val="clear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.0" w:type="dxa"/>
      <w:tblBorders>
        <w:top w:color="f79646" w:space="0" w:sz="8" w:themeColor="accent6" w:val="single"/>
        <w:bottom w:color="f79646" w:space="0" w:sz="8" w:themeColor="accent6" w:val="single"/>
      </w:tblBorders>
      <w:tblCellMar>
        <w:top w:w="0.0" w:type="dxa"/>
        <w:left w:w="108.0" w:type="dxa"/>
        <w:bottom w:w="0.0" w:type="dxa"/>
        <w:right w:w="108.0" w:type="dxa"/>
      </w:tblCellMar>
    </w:tblPr>
    <w:tblStylePr w:type="firstRow">
      <w:rPr>
        <w:rFonts w:asciiTheme="majorHAnsi" w:cstheme="majorBidi" w:eastAsiaTheme="majorEastAsia" w:hAnsiTheme="majorHAnsi"/>
      </w:rPr>
      <w:tblPr/>
      <w:tcPr>
        <w:tcBorders>
          <w:top w:space="0" w:sz="0" w:val="nil"/>
          <w:bottom w:color="f79646" w:space="0" w:sz="8" w:themeColor="accent6" w:val="single"/>
        </w:tcBorders>
      </w:tcPr>
    </w:tblStylePr>
    <w:tblStylePr w:type="lastRow">
      <w:rPr>
        <w:b w:val="1"/>
        <w:bCs w:val="1"/>
        <w:color w:val="1f497d" w:themeColor="text2"/>
      </w:rPr>
      <w:tblPr/>
      <w:tcPr>
        <w:tcBorders>
          <w:top w:color="f79646" w:space="0" w:sz="8" w:themeColor="accent6" w:val="single"/>
          <w:bottom w:color="f79646" w:space="0" w:sz="8" w:themeColor="accent6" w:val="single"/>
        </w:tcBorders>
      </w:tcPr>
    </w:tblStylePr>
    <w:tblStylePr w:type="firstCol">
      <w:rPr>
        <w:b w:val="1"/>
        <w:bCs w:val="1"/>
      </w:rPr>
    </w:tblStylePr>
    <w:tblStylePr w:type="lastCol">
      <w:rPr>
        <w:b w:val="1"/>
        <w:bCs w:val="1"/>
      </w:rPr>
      <w:tblPr/>
      <w:tcPr>
        <w:tcBorders>
          <w:top w:color="f79646" w:space="0" w:sz="8" w:themeColor="accent6" w:val="single"/>
          <w:bottom w:color="f79646" w:space="0" w:sz="8" w:themeColor="accent6" w:val="single"/>
        </w:tcBorders>
      </w:tcPr>
    </w:tblStylePr>
    <w:tblStylePr w:type="band1Vert">
      <w:tblPr/>
      <w:tcPr>
        <w:shd w:color="auto" w:fill="fde4d0" w:themeFill="accent6" w:themeFillTint="00003F" w:val="clear"/>
      </w:tcPr>
    </w:tblStylePr>
    <w:tblStylePr w:type="band1Horz">
      <w:tblPr/>
      <w:tcPr>
        <w:shd w:color="auto" w:fill="fde4d0" w:themeFill="accent6" w:themeFillTint="00003F" w:val="clear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cstheme="majorBidi" w:eastAsiaTheme="majorEastAsia" w:hAnsiTheme="majorHAnsi"/>
      <w:color w:val="000000" w:themeColor="text1"/>
    </w:rPr>
    <w:tblPr>
      <w:tblStyleRowBandSize w:val="1"/>
      <w:tblStyleColBandSize w:val="1"/>
      <w:tblInd w:w="0.0" w:type="dxa"/>
      <w:tblBorders>
        <w:top w:color="000000" w:space="0" w:sz="8" w:themeColor="text1" w:val="single"/>
        <w:left w:color="000000" w:space="0" w:sz="8" w:themeColor="text1" w:val="single"/>
        <w:bottom w:color="000000" w:space="0" w:sz="8" w:themeColor="text1" w:val="single"/>
        <w:right w:color="000000" w:space="0" w:sz="8" w:themeColor="text1" w:val="single"/>
      </w:tblBorders>
      <w:tblCellMar>
        <w:top w:w="0.0" w:type="dxa"/>
        <w:left w:w="108.0" w:type="dxa"/>
        <w:bottom w:w="0.0" w:type="dxa"/>
        <w:right w:w="108.0" w:type="dxa"/>
      </w:tblCellMar>
    </w:tblPr>
    <w:tblStylePr w:type="firstRow">
      <w:rPr>
        <w:sz w:val="24"/>
        <w:szCs w:val="24"/>
      </w:rPr>
      <w:tblPr/>
      <w:tcPr>
        <w:tcBorders>
          <w:top w:space="0" w:sz="0" w:val="nil"/>
          <w:left w:space="0" w:sz="0" w:val="nil"/>
          <w:bottom w:color="000000" w:space="0" w:sz="24" w:themeColor="text1" w:val="single"/>
          <w:right w:space="0" w:sz="0" w:val="nil"/>
          <w:insideH w:space="0" w:sz="0" w:val="nil"/>
          <w:insideV w:space="0" w:sz="0" w:val="nil"/>
        </w:tcBorders>
        <w:shd w:color="auto" w:fill="ffffff" w:themeFill="background1" w:val="clear"/>
      </w:tcPr>
    </w:tblStylePr>
    <w:tblStylePr w:type="lastRow">
      <w:tblPr/>
      <w:tcPr>
        <w:tcBorders>
          <w:top w:color="000000" w:space="0" w:sz="8" w:themeColor="text1" w:val="single"/>
          <w:left w:space="0" w:sz="0" w:val="nil"/>
          <w:bottom w:space="0" w:sz="0" w:val="nil"/>
          <w:right w:space="0" w:sz="0" w:val="nil"/>
          <w:insideH w:space="0" w:sz="0" w:val="nil"/>
          <w:insideV w:space="0" w:sz="0" w:val="nil"/>
        </w:tcBorders>
        <w:shd w:color="auto" w:fill="ffffff" w:themeFill="background1" w:val="clear"/>
      </w:tcPr>
    </w:tblStylePr>
    <w:tblStylePr w:type="firstCol">
      <w:tblPr/>
      <w:tcPr>
        <w:tcBorders>
          <w:top w:space="0" w:sz="0" w:val="nil"/>
          <w:left w:space="0" w:sz="0" w:val="nil"/>
          <w:bottom w:space="0" w:sz="0" w:val="nil"/>
          <w:right w:color="000000" w:space="0" w:sz="8" w:themeColor="text1" w:val="single"/>
          <w:insideH w:space="0" w:sz="0" w:val="nil"/>
          <w:insideV w:space="0" w:sz="0" w:val="nil"/>
        </w:tcBorders>
        <w:shd w:color="auto" w:fill="ffffff" w:themeFill="background1" w:val="clear"/>
      </w:tcPr>
    </w:tblStylePr>
    <w:tblStylePr w:type="lastCol">
      <w:tblPr/>
      <w:tcPr>
        <w:tcBorders>
          <w:top w:space="0" w:sz="0" w:val="nil"/>
          <w:left w:color="000000" w:space="0" w:sz="8" w:themeColor="text1" w:val="single"/>
          <w:bottom w:space="0" w:sz="0" w:val="nil"/>
          <w:right w:space="0" w:sz="0" w:val="nil"/>
          <w:insideH w:space="0" w:sz="0" w:val="nil"/>
          <w:insideV w:space="0" w:sz="0" w:val="nil"/>
        </w:tcBorders>
        <w:shd w:color="auto" w:fill="ffffff" w:themeFill="background1" w:val="clear"/>
      </w:tcPr>
    </w:tblStylePr>
    <w:tblStylePr w:type="band1Vert">
      <w:tblPr/>
      <w:tcPr>
        <w:tcBorders>
          <w:left w:space="0" w:sz="0" w:val="nil"/>
          <w:right w:space="0" w:sz="0" w:val="nil"/>
          <w:insideH w:space="0" w:sz="0" w:val="nil"/>
          <w:insideV w:space="0" w:sz="0" w:val="nil"/>
        </w:tcBorders>
        <w:shd w:color="auto" w:fill="c0c0c0" w:themeFill="text1" w:themeFillTint="00003F" w:val="clear"/>
      </w:tcPr>
    </w:tblStylePr>
    <w:tblStylePr w:type="band1Horz">
      <w:tblPr/>
      <w:tcPr>
        <w:tcBorders>
          <w:top w:space="0" w:sz="0" w:val="nil"/>
          <w:bottom w:space="0" w:sz="0" w:val="nil"/>
          <w:insideH w:space="0" w:sz="0" w:val="nil"/>
          <w:insideV w:space="0" w:sz="0" w:val="nil"/>
        </w:tcBorders>
        <w:shd w:color="auto" w:fill="c0c0c0" w:themeFill="text1" w:themeFillTint="00003F" w:val="clear"/>
      </w:tcPr>
    </w:tblStylePr>
    <w:tblStylePr w:type="nwCell">
      <w:tblPr/>
      <w:tcPr>
        <w:shd w:color="auto" w:fill="ffffff" w:themeFill="background1" w:val="clear"/>
      </w:tcPr>
    </w:tblStylePr>
    <w:tblStylePr w:type="swCell">
      <w:tblPr/>
      <w:tcPr>
        <w:tcBorders>
          <w:top w:space="0" w:sz="0"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cstheme="majorBidi" w:eastAsiaTheme="majorEastAsia" w:hAnsiTheme="majorHAnsi"/>
      <w:color w:val="000000" w:themeColor="text1"/>
    </w:rPr>
    <w:tblPr>
      <w:tblStyleRowBandSize w:val="1"/>
      <w:tblStyleColBandSize w:val="1"/>
      <w:tblInd w:w="0.0" w:type="dxa"/>
      <w:tblBorders>
        <w:top w:color="4f81bd" w:space="0" w:sz="8" w:themeColor="accent1" w:val="single"/>
        <w:left w:color="4f81bd" w:space="0" w:sz="8" w:themeColor="accent1" w:val="single"/>
        <w:bottom w:color="4f81bd" w:space="0" w:sz="8" w:themeColor="accent1" w:val="single"/>
        <w:right w:color="4f81bd" w:space="0" w:sz="8" w:themeColor="accent1" w:val="single"/>
      </w:tblBorders>
      <w:tblCellMar>
        <w:top w:w="0.0" w:type="dxa"/>
        <w:left w:w="108.0" w:type="dxa"/>
        <w:bottom w:w="0.0" w:type="dxa"/>
        <w:right w:w="108.0" w:type="dxa"/>
      </w:tblCellMar>
    </w:tblPr>
    <w:tblStylePr w:type="firstRow">
      <w:rPr>
        <w:sz w:val="24"/>
        <w:szCs w:val="24"/>
      </w:rPr>
      <w:tblPr/>
      <w:tcPr>
        <w:tcBorders>
          <w:top w:space="0" w:sz="0" w:val="nil"/>
          <w:left w:space="0" w:sz="0" w:val="nil"/>
          <w:bottom w:color="4f81bd" w:space="0" w:sz="24" w:themeColor="accent1" w:val="single"/>
          <w:right w:space="0" w:sz="0" w:val="nil"/>
          <w:insideH w:space="0" w:sz="0" w:val="nil"/>
          <w:insideV w:space="0" w:sz="0" w:val="nil"/>
        </w:tcBorders>
        <w:shd w:color="auto" w:fill="ffffff" w:themeFill="background1" w:val="clear"/>
      </w:tcPr>
    </w:tblStylePr>
    <w:tblStylePr w:type="lastRow">
      <w:tblPr/>
      <w:tcPr>
        <w:tcBorders>
          <w:top w:color="4f81bd" w:space="0" w:sz="8" w:themeColor="accent1" w:val="single"/>
          <w:left w:space="0" w:sz="0" w:val="nil"/>
          <w:bottom w:space="0" w:sz="0" w:val="nil"/>
          <w:right w:space="0" w:sz="0" w:val="nil"/>
          <w:insideH w:space="0" w:sz="0" w:val="nil"/>
          <w:insideV w:space="0" w:sz="0" w:val="nil"/>
        </w:tcBorders>
        <w:shd w:color="auto" w:fill="ffffff" w:themeFill="background1" w:val="clear"/>
      </w:tcPr>
    </w:tblStylePr>
    <w:tblStylePr w:type="firstCol">
      <w:tblPr/>
      <w:tcPr>
        <w:tcBorders>
          <w:top w:space="0" w:sz="0" w:val="nil"/>
          <w:left w:space="0" w:sz="0" w:val="nil"/>
          <w:bottom w:space="0" w:sz="0" w:val="nil"/>
          <w:right w:color="4f81bd" w:space="0" w:sz="8" w:themeColor="accent1" w:val="single"/>
          <w:insideH w:space="0" w:sz="0" w:val="nil"/>
          <w:insideV w:space="0" w:sz="0" w:val="nil"/>
        </w:tcBorders>
        <w:shd w:color="auto" w:fill="ffffff" w:themeFill="background1" w:val="clear"/>
      </w:tcPr>
    </w:tblStylePr>
    <w:tblStylePr w:type="lastCol">
      <w:tblPr/>
      <w:tcPr>
        <w:tcBorders>
          <w:top w:space="0" w:sz="0" w:val="nil"/>
          <w:left w:color="4f81bd" w:space="0" w:sz="8" w:themeColor="accent1" w:val="single"/>
          <w:bottom w:space="0" w:sz="0" w:val="nil"/>
          <w:right w:space="0" w:sz="0" w:val="nil"/>
          <w:insideH w:space="0" w:sz="0" w:val="nil"/>
          <w:insideV w:space="0" w:sz="0" w:val="nil"/>
        </w:tcBorders>
        <w:shd w:color="auto" w:fill="ffffff" w:themeFill="background1" w:val="clear"/>
      </w:tcPr>
    </w:tblStylePr>
    <w:tblStylePr w:type="band1Vert">
      <w:tblPr/>
      <w:tcPr>
        <w:tcBorders>
          <w:left w:space="0" w:sz="0" w:val="nil"/>
          <w:right w:space="0" w:sz="0" w:val="nil"/>
          <w:insideH w:space="0" w:sz="0" w:val="nil"/>
          <w:insideV w:space="0" w:sz="0" w:val="nil"/>
        </w:tcBorders>
        <w:shd w:color="auto" w:fill="d3dfee" w:themeFill="accent1" w:themeFillTint="00003F" w:val="clear"/>
      </w:tcPr>
    </w:tblStylePr>
    <w:tblStylePr w:type="band1Horz">
      <w:tblPr/>
      <w:tcPr>
        <w:tcBorders>
          <w:top w:space="0" w:sz="0" w:val="nil"/>
          <w:bottom w:space="0" w:sz="0" w:val="nil"/>
          <w:insideH w:space="0" w:sz="0" w:val="nil"/>
          <w:insideV w:space="0" w:sz="0" w:val="nil"/>
        </w:tcBorders>
        <w:shd w:color="auto" w:fill="d3dfee" w:themeFill="accent1" w:themeFillTint="00003F" w:val="clear"/>
      </w:tcPr>
    </w:tblStylePr>
    <w:tblStylePr w:type="nwCell">
      <w:tblPr/>
      <w:tcPr>
        <w:shd w:color="auto" w:fill="ffffff" w:themeFill="background1" w:val="clear"/>
      </w:tcPr>
    </w:tblStylePr>
    <w:tblStylePr w:type="swCell">
      <w:tblPr/>
      <w:tcPr>
        <w:tcBorders>
          <w:top w:space="0" w:sz="0"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cstheme="majorBidi" w:eastAsiaTheme="majorEastAsia" w:hAnsiTheme="majorHAnsi"/>
      <w:color w:val="000000" w:themeColor="text1"/>
    </w:rPr>
    <w:tblPr>
      <w:tblStyleRowBandSize w:val="1"/>
      <w:tblStyleColBandSize w:val="1"/>
      <w:tblInd w:w="0.0" w:type="dxa"/>
      <w:tblBorders>
        <w:top w:color="c0504d" w:space="0" w:sz="8" w:themeColor="accent2" w:val="single"/>
        <w:left w:color="c0504d" w:space="0" w:sz="8" w:themeColor="accent2" w:val="single"/>
        <w:bottom w:color="c0504d" w:space="0" w:sz="8" w:themeColor="accent2" w:val="single"/>
        <w:right w:color="c0504d" w:space="0" w:sz="8" w:themeColor="accent2" w:val="single"/>
      </w:tblBorders>
      <w:tblCellMar>
        <w:top w:w="0.0" w:type="dxa"/>
        <w:left w:w="108.0" w:type="dxa"/>
        <w:bottom w:w="0.0" w:type="dxa"/>
        <w:right w:w="108.0" w:type="dxa"/>
      </w:tblCellMar>
    </w:tblPr>
    <w:tblStylePr w:type="firstRow">
      <w:rPr>
        <w:sz w:val="24"/>
        <w:szCs w:val="24"/>
      </w:rPr>
      <w:tblPr/>
      <w:tcPr>
        <w:tcBorders>
          <w:top w:space="0" w:sz="0" w:val="nil"/>
          <w:left w:space="0" w:sz="0" w:val="nil"/>
          <w:bottom w:color="c0504d" w:space="0" w:sz="24" w:themeColor="accent2" w:val="single"/>
          <w:right w:space="0" w:sz="0" w:val="nil"/>
          <w:insideH w:space="0" w:sz="0" w:val="nil"/>
          <w:insideV w:space="0" w:sz="0" w:val="nil"/>
        </w:tcBorders>
        <w:shd w:color="auto" w:fill="ffffff" w:themeFill="background1" w:val="clear"/>
      </w:tcPr>
    </w:tblStylePr>
    <w:tblStylePr w:type="lastRow">
      <w:tblPr/>
      <w:tcPr>
        <w:tcBorders>
          <w:top w:color="c0504d" w:space="0" w:sz="8" w:themeColor="accent2" w:val="single"/>
          <w:left w:space="0" w:sz="0" w:val="nil"/>
          <w:bottom w:space="0" w:sz="0" w:val="nil"/>
          <w:right w:space="0" w:sz="0" w:val="nil"/>
          <w:insideH w:space="0" w:sz="0" w:val="nil"/>
          <w:insideV w:space="0" w:sz="0" w:val="nil"/>
        </w:tcBorders>
        <w:shd w:color="auto" w:fill="ffffff" w:themeFill="background1" w:val="clear"/>
      </w:tcPr>
    </w:tblStylePr>
    <w:tblStylePr w:type="firstCol">
      <w:tblPr/>
      <w:tcPr>
        <w:tcBorders>
          <w:top w:space="0" w:sz="0" w:val="nil"/>
          <w:left w:space="0" w:sz="0" w:val="nil"/>
          <w:bottom w:space="0" w:sz="0" w:val="nil"/>
          <w:right w:color="c0504d" w:space="0" w:sz="8" w:themeColor="accent2" w:val="single"/>
          <w:insideH w:space="0" w:sz="0" w:val="nil"/>
          <w:insideV w:space="0" w:sz="0" w:val="nil"/>
        </w:tcBorders>
        <w:shd w:color="auto" w:fill="ffffff" w:themeFill="background1" w:val="clear"/>
      </w:tcPr>
    </w:tblStylePr>
    <w:tblStylePr w:type="lastCol">
      <w:tblPr/>
      <w:tcPr>
        <w:tcBorders>
          <w:top w:space="0" w:sz="0" w:val="nil"/>
          <w:left w:color="c0504d" w:space="0" w:sz="8" w:themeColor="accent2" w:val="single"/>
          <w:bottom w:space="0" w:sz="0" w:val="nil"/>
          <w:right w:space="0" w:sz="0" w:val="nil"/>
          <w:insideH w:space="0" w:sz="0" w:val="nil"/>
          <w:insideV w:space="0" w:sz="0" w:val="nil"/>
        </w:tcBorders>
        <w:shd w:color="auto" w:fill="ffffff" w:themeFill="background1" w:val="clear"/>
      </w:tcPr>
    </w:tblStylePr>
    <w:tblStylePr w:type="band1Vert">
      <w:tblPr/>
      <w:tcPr>
        <w:tcBorders>
          <w:left w:space="0" w:sz="0" w:val="nil"/>
          <w:right w:space="0" w:sz="0" w:val="nil"/>
          <w:insideH w:space="0" w:sz="0" w:val="nil"/>
          <w:insideV w:space="0" w:sz="0" w:val="nil"/>
        </w:tcBorders>
        <w:shd w:color="auto" w:fill="efd3d2" w:themeFill="accent2" w:themeFillTint="00003F" w:val="clear"/>
      </w:tcPr>
    </w:tblStylePr>
    <w:tblStylePr w:type="band1Horz">
      <w:tblPr/>
      <w:tcPr>
        <w:tcBorders>
          <w:top w:space="0" w:sz="0" w:val="nil"/>
          <w:bottom w:space="0" w:sz="0" w:val="nil"/>
          <w:insideH w:space="0" w:sz="0" w:val="nil"/>
          <w:insideV w:space="0" w:sz="0" w:val="nil"/>
        </w:tcBorders>
        <w:shd w:color="auto" w:fill="efd3d2" w:themeFill="accent2" w:themeFillTint="00003F" w:val="clear"/>
      </w:tcPr>
    </w:tblStylePr>
    <w:tblStylePr w:type="nwCell">
      <w:tblPr/>
      <w:tcPr>
        <w:shd w:color="auto" w:fill="ffffff" w:themeFill="background1" w:val="clear"/>
      </w:tcPr>
    </w:tblStylePr>
    <w:tblStylePr w:type="swCell">
      <w:tblPr/>
      <w:tcPr>
        <w:tcBorders>
          <w:top w:space="0" w:sz="0"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cstheme="majorBidi" w:eastAsiaTheme="majorEastAsia" w:hAnsiTheme="majorHAnsi"/>
      <w:color w:val="000000" w:themeColor="text1"/>
    </w:rPr>
    <w:tblPr>
      <w:tblStyleRowBandSize w:val="1"/>
      <w:tblStyleColBandSize w:val="1"/>
      <w:tblInd w:w="0.0" w:type="dxa"/>
      <w:tblBorders>
        <w:top w:color="9bbb59" w:space="0" w:sz="8" w:themeColor="accent3" w:val="single"/>
        <w:left w:color="9bbb59" w:space="0" w:sz="8" w:themeColor="accent3" w:val="single"/>
        <w:bottom w:color="9bbb59" w:space="0" w:sz="8" w:themeColor="accent3" w:val="single"/>
        <w:right w:color="9bbb59" w:space="0" w:sz="8" w:themeColor="accent3" w:val="single"/>
      </w:tblBorders>
      <w:tblCellMar>
        <w:top w:w="0.0" w:type="dxa"/>
        <w:left w:w="108.0" w:type="dxa"/>
        <w:bottom w:w="0.0" w:type="dxa"/>
        <w:right w:w="108.0" w:type="dxa"/>
      </w:tblCellMar>
    </w:tblPr>
    <w:tblStylePr w:type="firstRow">
      <w:rPr>
        <w:sz w:val="24"/>
        <w:szCs w:val="24"/>
      </w:rPr>
      <w:tblPr/>
      <w:tcPr>
        <w:tcBorders>
          <w:top w:space="0" w:sz="0" w:val="nil"/>
          <w:left w:space="0" w:sz="0" w:val="nil"/>
          <w:bottom w:color="9bbb59" w:space="0" w:sz="24" w:themeColor="accent3" w:val="single"/>
          <w:right w:space="0" w:sz="0" w:val="nil"/>
          <w:insideH w:space="0" w:sz="0" w:val="nil"/>
          <w:insideV w:space="0" w:sz="0" w:val="nil"/>
        </w:tcBorders>
        <w:shd w:color="auto" w:fill="ffffff" w:themeFill="background1" w:val="clear"/>
      </w:tcPr>
    </w:tblStylePr>
    <w:tblStylePr w:type="lastRow">
      <w:tblPr/>
      <w:tcPr>
        <w:tcBorders>
          <w:top w:color="9bbb59" w:space="0" w:sz="8" w:themeColor="accent3" w:val="single"/>
          <w:left w:space="0" w:sz="0" w:val="nil"/>
          <w:bottom w:space="0" w:sz="0" w:val="nil"/>
          <w:right w:space="0" w:sz="0" w:val="nil"/>
          <w:insideH w:space="0" w:sz="0" w:val="nil"/>
          <w:insideV w:space="0" w:sz="0" w:val="nil"/>
        </w:tcBorders>
        <w:shd w:color="auto" w:fill="ffffff" w:themeFill="background1" w:val="clear"/>
      </w:tcPr>
    </w:tblStylePr>
    <w:tblStylePr w:type="firstCol">
      <w:tblPr/>
      <w:tcPr>
        <w:tcBorders>
          <w:top w:space="0" w:sz="0" w:val="nil"/>
          <w:left w:space="0" w:sz="0" w:val="nil"/>
          <w:bottom w:space="0" w:sz="0" w:val="nil"/>
          <w:right w:color="9bbb59" w:space="0" w:sz="8" w:themeColor="accent3" w:val="single"/>
          <w:insideH w:space="0" w:sz="0" w:val="nil"/>
          <w:insideV w:space="0" w:sz="0" w:val="nil"/>
        </w:tcBorders>
        <w:shd w:color="auto" w:fill="ffffff" w:themeFill="background1" w:val="clear"/>
      </w:tcPr>
    </w:tblStylePr>
    <w:tblStylePr w:type="lastCol">
      <w:tblPr/>
      <w:tcPr>
        <w:tcBorders>
          <w:top w:space="0" w:sz="0" w:val="nil"/>
          <w:left w:color="9bbb59" w:space="0" w:sz="8" w:themeColor="accent3" w:val="single"/>
          <w:bottom w:space="0" w:sz="0" w:val="nil"/>
          <w:right w:space="0" w:sz="0" w:val="nil"/>
          <w:insideH w:space="0" w:sz="0" w:val="nil"/>
          <w:insideV w:space="0" w:sz="0" w:val="nil"/>
        </w:tcBorders>
        <w:shd w:color="auto" w:fill="ffffff" w:themeFill="background1" w:val="clear"/>
      </w:tcPr>
    </w:tblStylePr>
    <w:tblStylePr w:type="band1Vert">
      <w:tblPr/>
      <w:tcPr>
        <w:tcBorders>
          <w:left w:space="0" w:sz="0" w:val="nil"/>
          <w:right w:space="0" w:sz="0" w:val="nil"/>
          <w:insideH w:space="0" w:sz="0" w:val="nil"/>
          <w:insideV w:space="0" w:sz="0" w:val="nil"/>
        </w:tcBorders>
        <w:shd w:color="auto" w:fill="e6eed5" w:themeFill="accent3" w:themeFillTint="00003F" w:val="clear"/>
      </w:tcPr>
    </w:tblStylePr>
    <w:tblStylePr w:type="band1Horz">
      <w:tblPr/>
      <w:tcPr>
        <w:tcBorders>
          <w:top w:space="0" w:sz="0" w:val="nil"/>
          <w:bottom w:space="0" w:sz="0" w:val="nil"/>
          <w:insideH w:space="0" w:sz="0" w:val="nil"/>
          <w:insideV w:space="0" w:sz="0" w:val="nil"/>
        </w:tcBorders>
        <w:shd w:color="auto" w:fill="e6eed5" w:themeFill="accent3" w:themeFillTint="00003F" w:val="clear"/>
      </w:tcPr>
    </w:tblStylePr>
    <w:tblStylePr w:type="nwCell">
      <w:tblPr/>
      <w:tcPr>
        <w:shd w:color="auto" w:fill="ffffff" w:themeFill="background1" w:val="clear"/>
      </w:tcPr>
    </w:tblStylePr>
    <w:tblStylePr w:type="swCell">
      <w:tblPr/>
      <w:tcPr>
        <w:tcBorders>
          <w:top w:space="0" w:sz="0"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cstheme="majorBidi" w:eastAsiaTheme="majorEastAsia" w:hAnsiTheme="majorHAnsi"/>
      <w:color w:val="000000" w:themeColor="text1"/>
    </w:rPr>
    <w:tblPr>
      <w:tblStyleRowBandSize w:val="1"/>
      <w:tblStyleColBandSize w:val="1"/>
      <w:tblInd w:w="0.0" w:type="dxa"/>
      <w:tblBorders>
        <w:top w:color="8064a2" w:space="0" w:sz="8" w:themeColor="accent4" w:val="single"/>
        <w:left w:color="8064a2" w:space="0" w:sz="8" w:themeColor="accent4" w:val="single"/>
        <w:bottom w:color="8064a2" w:space="0" w:sz="8" w:themeColor="accent4" w:val="single"/>
        <w:right w:color="8064a2" w:space="0" w:sz="8" w:themeColor="accent4" w:val="single"/>
      </w:tblBorders>
      <w:tblCellMar>
        <w:top w:w="0.0" w:type="dxa"/>
        <w:left w:w="108.0" w:type="dxa"/>
        <w:bottom w:w="0.0" w:type="dxa"/>
        <w:right w:w="108.0" w:type="dxa"/>
      </w:tblCellMar>
    </w:tblPr>
    <w:tblStylePr w:type="firstRow">
      <w:rPr>
        <w:sz w:val="24"/>
        <w:szCs w:val="24"/>
      </w:rPr>
      <w:tblPr/>
      <w:tcPr>
        <w:tcBorders>
          <w:top w:space="0" w:sz="0" w:val="nil"/>
          <w:left w:space="0" w:sz="0" w:val="nil"/>
          <w:bottom w:color="8064a2" w:space="0" w:sz="24" w:themeColor="accent4" w:val="single"/>
          <w:right w:space="0" w:sz="0" w:val="nil"/>
          <w:insideH w:space="0" w:sz="0" w:val="nil"/>
          <w:insideV w:space="0" w:sz="0" w:val="nil"/>
        </w:tcBorders>
        <w:shd w:color="auto" w:fill="ffffff" w:themeFill="background1" w:val="clear"/>
      </w:tcPr>
    </w:tblStylePr>
    <w:tblStylePr w:type="lastRow">
      <w:tblPr/>
      <w:tcPr>
        <w:tcBorders>
          <w:top w:color="8064a2" w:space="0" w:sz="8" w:themeColor="accent4" w:val="single"/>
          <w:left w:space="0" w:sz="0" w:val="nil"/>
          <w:bottom w:space="0" w:sz="0" w:val="nil"/>
          <w:right w:space="0" w:sz="0" w:val="nil"/>
          <w:insideH w:space="0" w:sz="0" w:val="nil"/>
          <w:insideV w:space="0" w:sz="0" w:val="nil"/>
        </w:tcBorders>
        <w:shd w:color="auto" w:fill="ffffff" w:themeFill="background1" w:val="clear"/>
      </w:tcPr>
    </w:tblStylePr>
    <w:tblStylePr w:type="firstCol">
      <w:tblPr/>
      <w:tcPr>
        <w:tcBorders>
          <w:top w:space="0" w:sz="0" w:val="nil"/>
          <w:left w:space="0" w:sz="0" w:val="nil"/>
          <w:bottom w:space="0" w:sz="0" w:val="nil"/>
          <w:right w:color="8064a2" w:space="0" w:sz="8" w:themeColor="accent4" w:val="single"/>
          <w:insideH w:space="0" w:sz="0" w:val="nil"/>
          <w:insideV w:space="0" w:sz="0" w:val="nil"/>
        </w:tcBorders>
        <w:shd w:color="auto" w:fill="ffffff" w:themeFill="background1" w:val="clear"/>
      </w:tcPr>
    </w:tblStylePr>
    <w:tblStylePr w:type="lastCol">
      <w:tblPr/>
      <w:tcPr>
        <w:tcBorders>
          <w:top w:space="0" w:sz="0" w:val="nil"/>
          <w:left w:color="8064a2" w:space="0" w:sz="8" w:themeColor="accent4" w:val="single"/>
          <w:bottom w:space="0" w:sz="0" w:val="nil"/>
          <w:right w:space="0" w:sz="0" w:val="nil"/>
          <w:insideH w:space="0" w:sz="0" w:val="nil"/>
          <w:insideV w:space="0" w:sz="0" w:val="nil"/>
        </w:tcBorders>
        <w:shd w:color="auto" w:fill="ffffff" w:themeFill="background1" w:val="clear"/>
      </w:tcPr>
    </w:tblStylePr>
    <w:tblStylePr w:type="band1Vert">
      <w:tblPr/>
      <w:tcPr>
        <w:tcBorders>
          <w:left w:space="0" w:sz="0" w:val="nil"/>
          <w:right w:space="0" w:sz="0" w:val="nil"/>
          <w:insideH w:space="0" w:sz="0" w:val="nil"/>
          <w:insideV w:space="0" w:sz="0" w:val="nil"/>
        </w:tcBorders>
        <w:shd w:color="auto" w:fill="dfd8e8" w:themeFill="accent4" w:themeFillTint="00003F" w:val="clear"/>
      </w:tcPr>
    </w:tblStylePr>
    <w:tblStylePr w:type="band1Horz">
      <w:tblPr/>
      <w:tcPr>
        <w:tcBorders>
          <w:top w:space="0" w:sz="0" w:val="nil"/>
          <w:bottom w:space="0" w:sz="0" w:val="nil"/>
          <w:insideH w:space="0" w:sz="0" w:val="nil"/>
          <w:insideV w:space="0" w:sz="0" w:val="nil"/>
        </w:tcBorders>
        <w:shd w:color="auto" w:fill="dfd8e8" w:themeFill="accent4" w:themeFillTint="00003F" w:val="clear"/>
      </w:tcPr>
    </w:tblStylePr>
    <w:tblStylePr w:type="nwCell">
      <w:tblPr/>
      <w:tcPr>
        <w:shd w:color="auto" w:fill="ffffff" w:themeFill="background1" w:val="clear"/>
      </w:tcPr>
    </w:tblStylePr>
    <w:tblStylePr w:type="swCell">
      <w:tblPr/>
      <w:tcPr>
        <w:tcBorders>
          <w:top w:space="0" w:sz="0"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cstheme="majorBidi" w:eastAsiaTheme="majorEastAsia" w:hAnsiTheme="majorHAnsi"/>
      <w:color w:val="000000" w:themeColor="text1"/>
    </w:rPr>
    <w:tblPr>
      <w:tblStyleRowBandSize w:val="1"/>
      <w:tblStyleColBandSize w:val="1"/>
      <w:tblInd w:w="0.0" w:type="dxa"/>
      <w:tblBorders>
        <w:top w:color="4bacc6" w:space="0" w:sz="8" w:themeColor="accent5" w:val="single"/>
        <w:left w:color="4bacc6" w:space="0" w:sz="8" w:themeColor="accent5" w:val="single"/>
        <w:bottom w:color="4bacc6" w:space="0" w:sz="8" w:themeColor="accent5" w:val="single"/>
        <w:right w:color="4bacc6" w:space="0" w:sz="8" w:themeColor="accent5" w:val="single"/>
      </w:tblBorders>
      <w:tblCellMar>
        <w:top w:w="0.0" w:type="dxa"/>
        <w:left w:w="108.0" w:type="dxa"/>
        <w:bottom w:w="0.0" w:type="dxa"/>
        <w:right w:w="108.0" w:type="dxa"/>
      </w:tblCellMar>
    </w:tblPr>
    <w:tblStylePr w:type="firstRow">
      <w:rPr>
        <w:sz w:val="24"/>
        <w:szCs w:val="24"/>
      </w:rPr>
      <w:tblPr/>
      <w:tcPr>
        <w:tcBorders>
          <w:top w:space="0" w:sz="0" w:val="nil"/>
          <w:left w:space="0" w:sz="0" w:val="nil"/>
          <w:bottom w:color="4bacc6" w:space="0" w:sz="24" w:themeColor="accent5" w:val="single"/>
          <w:right w:space="0" w:sz="0" w:val="nil"/>
          <w:insideH w:space="0" w:sz="0" w:val="nil"/>
          <w:insideV w:space="0" w:sz="0" w:val="nil"/>
        </w:tcBorders>
        <w:shd w:color="auto" w:fill="ffffff" w:themeFill="background1" w:val="clear"/>
      </w:tcPr>
    </w:tblStylePr>
    <w:tblStylePr w:type="lastRow">
      <w:tblPr/>
      <w:tcPr>
        <w:tcBorders>
          <w:top w:color="4bacc6" w:space="0" w:sz="8" w:themeColor="accent5" w:val="single"/>
          <w:left w:space="0" w:sz="0" w:val="nil"/>
          <w:bottom w:space="0" w:sz="0" w:val="nil"/>
          <w:right w:space="0" w:sz="0" w:val="nil"/>
          <w:insideH w:space="0" w:sz="0" w:val="nil"/>
          <w:insideV w:space="0" w:sz="0" w:val="nil"/>
        </w:tcBorders>
        <w:shd w:color="auto" w:fill="ffffff" w:themeFill="background1" w:val="clear"/>
      </w:tcPr>
    </w:tblStylePr>
    <w:tblStylePr w:type="firstCol">
      <w:tblPr/>
      <w:tcPr>
        <w:tcBorders>
          <w:top w:space="0" w:sz="0" w:val="nil"/>
          <w:left w:space="0" w:sz="0" w:val="nil"/>
          <w:bottom w:space="0" w:sz="0" w:val="nil"/>
          <w:right w:color="4bacc6" w:space="0" w:sz="8" w:themeColor="accent5" w:val="single"/>
          <w:insideH w:space="0" w:sz="0" w:val="nil"/>
          <w:insideV w:space="0" w:sz="0" w:val="nil"/>
        </w:tcBorders>
        <w:shd w:color="auto" w:fill="ffffff" w:themeFill="background1" w:val="clear"/>
      </w:tcPr>
    </w:tblStylePr>
    <w:tblStylePr w:type="lastCol">
      <w:tblPr/>
      <w:tcPr>
        <w:tcBorders>
          <w:top w:space="0" w:sz="0" w:val="nil"/>
          <w:left w:color="4bacc6" w:space="0" w:sz="8" w:themeColor="accent5" w:val="single"/>
          <w:bottom w:space="0" w:sz="0" w:val="nil"/>
          <w:right w:space="0" w:sz="0" w:val="nil"/>
          <w:insideH w:space="0" w:sz="0" w:val="nil"/>
          <w:insideV w:space="0" w:sz="0" w:val="nil"/>
        </w:tcBorders>
        <w:shd w:color="auto" w:fill="ffffff" w:themeFill="background1" w:val="clear"/>
      </w:tcPr>
    </w:tblStylePr>
    <w:tblStylePr w:type="band1Vert">
      <w:tblPr/>
      <w:tcPr>
        <w:tcBorders>
          <w:left w:space="0" w:sz="0" w:val="nil"/>
          <w:right w:space="0" w:sz="0" w:val="nil"/>
          <w:insideH w:space="0" w:sz="0" w:val="nil"/>
          <w:insideV w:space="0" w:sz="0" w:val="nil"/>
        </w:tcBorders>
        <w:shd w:color="auto" w:fill="d2eaf1" w:themeFill="accent5" w:themeFillTint="00003F" w:val="clear"/>
      </w:tcPr>
    </w:tblStylePr>
    <w:tblStylePr w:type="band1Horz">
      <w:tblPr/>
      <w:tcPr>
        <w:tcBorders>
          <w:top w:space="0" w:sz="0" w:val="nil"/>
          <w:bottom w:space="0" w:sz="0" w:val="nil"/>
          <w:insideH w:space="0" w:sz="0" w:val="nil"/>
          <w:insideV w:space="0" w:sz="0" w:val="nil"/>
        </w:tcBorders>
        <w:shd w:color="auto" w:fill="d2eaf1" w:themeFill="accent5" w:themeFillTint="00003F" w:val="clear"/>
      </w:tcPr>
    </w:tblStylePr>
    <w:tblStylePr w:type="nwCell">
      <w:tblPr/>
      <w:tcPr>
        <w:shd w:color="auto" w:fill="ffffff" w:themeFill="background1" w:val="clear"/>
      </w:tcPr>
    </w:tblStylePr>
    <w:tblStylePr w:type="swCell">
      <w:tblPr/>
      <w:tcPr>
        <w:tcBorders>
          <w:top w:space="0" w:sz="0"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cstheme="majorBidi" w:eastAsiaTheme="majorEastAsia" w:hAnsiTheme="majorHAnsi"/>
      <w:color w:val="000000" w:themeColor="text1"/>
    </w:rPr>
    <w:tblPr>
      <w:tblStyleRowBandSize w:val="1"/>
      <w:tblStyleColBandSize w:val="1"/>
      <w:tblInd w:w="0.0" w:type="dxa"/>
      <w:tblBorders>
        <w:top w:color="f79646" w:space="0" w:sz="8" w:themeColor="accent6" w:val="single"/>
        <w:left w:color="f79646" w:space="0" w:sz="8" w:themeColor="accent6" w:val="single"/>
        <w:bottom w:color="f79646" w:space="0" w:sz="8" w:themeColor="accent6" w:val="single"/>
        <w:right w:color="f79646" w:space="0" w:sz="8" w:themeColor="accent6" w:val="single"/>
      </w:tblBorders>
      <w:tblCellMar>
        <w:top w:w="0.0" w:type="dxa"/>
        <w:left w:w="108.0" w:type="dxa"/>
        <w:bottom w:w="0.0" w:type="dxa"/>
        <w:right w:w="108.0" w:type="dxa"/>
      </w:tblCellMar>
    </w:tblPr>
    <w:tblStylePr w:type="firstRow">
      <w:rPr>
        <w:sz w:val="24"/>
        <w:szCs w:val="24"/>
      </w:rPr>
      <w:tblPr/>
      <w:tcPr>
        <w:tcBorders>
          <w:top w:space="0" w:sz="0" w:val="nil"/>
          <w:left w:space="0" w:sz="0" w:val="nil"/>
          <w:bottom w:color="f79646" w:space="0" w:sz="24" w:themeColor="accent6" w:val="single"/>
          <w:right w:space="0" w:sz="0" w:val="nil"/>
          <w:insideH w:space="0" w:sz="0" w:val="nil"/>
          <w:insideV w:space="0" w:sz="0" w:val="nil"/>
        </w:tcBorders>
        <w:shd w:color="auto" w:fill="ffffff" w:themeFill="background1" w:val="clear"/>
      </w:tcPr>
    </w:tblStylePr>
    <w:tblStylePr w:type="lastRow">
      <w:tblPr/>
      <w:tcPr>
        <w:tcBorders>
          <w:top w:color="f79646" w:space="0" w:sz="8" w:themeColor="accent6" w:val="single"/>
          <w:left w:space="0" w:sz="0" w:val="nil"/>
          <w:bottom w:space="0" w:sz="0" w:val="nil"/>
          <w:right w:space="0" w:sz="0" w:val="nil"/>
          <w:insideH w:space="0" w:sz="0" w:val="nil"/>
          <w:insideV w:space="0" w:sz="0" w:val="nil"/>
        </w:tcBorders>
        <w:shd w:color="auto" w:fill="ffffff" w:themeFill="background1" w:val="clear"/>
      </w:tcPr>
    </w:tblStylePr>
    <w:tblStylePr w:type="firstCol">
      <w:tblPr/>
      <w:tcPr>
        <w:tcBorders>
          <w:top w:space="0" w:sz="0" w:val="nil"/>
          <w:left w:space="0" w:sz="0" w:val="nil"/>
          <w:bottom w:space="0" w:sz="0" w:val="nil"/>
          <w:right w:color="f79646" w:space="0" w:sz="8" w:themeColor="accent6" w:val="single"/>
          <w:insideH w:space="0" w:sz="0" w:val="nil"/>
          <w:insideV w:space="0" w:sz="0" w:val="nil"/>
        </w:tcBorders>
        <w:shd w:color="auto" w:fill="ffffff" w:themeFill="background1" w:val="clear"/>
      </w:tcPr>
    </w:tblStylePr>
    <w:tblStylePr w:type="lastCol">
      <w:tblPr/>
      <w:tcPr>
        <w:tcBorders>
          <w:top w:space="0" w:sz="0" w:val="nil"/>
          <w:left w:color="f79646" w:space="0" w:sz="8" w:themeColor="accent6" w:val="single"/>
          <w:bottom w:space="0" w:sz="0" w:val="nil"/>
          <w:right w:space="0" w:sz="0" w:val="nil"/>
          <w:insideH w:space="0" w:sz="0" w:val="nil"/>
          <w:insideV w:space="0" w:sz="0" w:val="nil"/>
        </w:tcBorders>
        <w:shd w:color="auto" w:fill="ffffff" w:themeFill="background1" w:val="clear"/>
      </w:tcPr>
    </w:tblStylePr>
    <w:tblStylePr w:type="band1Vert">
      <w:tblPr/>
      <w:tcPr>
        <w:tcBorders>
          <w:left w:space="0" w:sz="0" w:val="nil"/>
          <w:right w:space="0" w:sz="0" w:val="nil"/>
          <w:insideH w:space="0" w:sz="0" w:val="nil"/>
          <w:insideV w:space="0" w:sz="0" w:val="nil"/>
        </w:tcBorders>
        <w:shd w:color="auto" w:fill="fde4d0" w:themeFill="accent6" w:themeFillTint="00003F" w:val="clear"/>
      </w:tcPr>
    </w:tblStylePr>
    <w:tblStylePr w:type="band1Horz">
      <w:tblPr/>
      <w:tcPr>
        <w:tcBorders>
          <w:top w:space="0" w:sz="0" w:val="nil"/>
          <w:bottom w:space="0" w:sz="0" w:val="nil"/>
          <w:insideH w:space="0" w:sz="0" w:val="nil"/>
          <w:insideV w:space="0" w:sz="0" w:val="nil"/>
        </w:tcBorders>
        <w:shd w:color="auto" w:fill="fde4d0" w:themeFill="accent6" w:themeFillTint="00003F" w:val="clear"/>
      </w:tcPr>
    </w:tblStylePr>
    <w:tblStylePr w:type="nwCell">
      <w:tblPr/>
      <w:tcPr>
        <w:shd w:color="auto" w:fill="ffffff" w:themeFill="background1" w:val="clear"/>
      </w:tcPr>
    </w:tblStylePr>
    <w:tblStylePr w:type="swCell">
      <w:tblPr/>
      <w:tcPr>
        <w:tcBorders>
          <w:top w:space="0" w:sz="0"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.0" w:type="dxa"/>
      <w:tblBorders>
        <w:top w:color="404040" w:space="0" w:sz="8" w:themeColor="text1" w:themeTint="0000BF" w:val="single"/>
        <w:left w:color="404040" w:space="0" w:sz="8" w:themeColor="text1" w:themeTint="0000BF" w:val="single"/>
        <w:bottom w:color="404040" w:space="0" w:sz="8" w:themeColor="text1" w:themeTint="0000BF" w:val="single"/>
        <w:right w:color="404040" w:space="0" w:sz="8" w:themeColor="text1" w:themeTint="0000BF" w:val="single"/>
        <w:insideH w:color="404040" w:space="0" w:sz="8" w:themeColor="text1" w:themeTint="0000BF" w:val="single"/>
        <w:insideV w:color="404040" w:space="0" w:sz="8" w:themeColor="text1" w:themeTint="0000BF" w:val="single"/>
      </w:tblBorders>
      <w:tblCellMar>
        <w:top w:w="0.0" w:type="dxa"/>
        <w:left w:w="108.0" w:type="dxa"/>
        <w:bottom w:w="0.0" w:type="dxa"/>
        <w:right w:w="108.0" w:type="dxa"/>
      </w:tblCellMar>
    </w:tblPr>
    <w:tcPr>
      <w:shd w:color="auto" w:fill="c0c0c0" w:themeFill="text1" w:themeFillTint="00003F" w:val="clear"/>
    </w:tcPr>
    <w:tblStylePr w:type="firstRow">
      <w:rPr>
        <w:b w:val="1"/>
        <w:bCs w:val="1"/>
      </w:rPr>
    </w:tblStylePr>
    <w:tblStylePr w:type="lastRow">
      <w:rPr>
        <w:b w:val="1"/>
        <w:bCs w:val="1"/>
      </w:rPr>
      <w:tblPr/>
      <w:tcPr>
        <w:tcBorders>
          <w:top w:color="404040" w:space="0" w:sz="18" w:themeColor="text1" w:themeTint="0000BF" w:val="single"/>
        </w:tcBorders>
      </w:tcPr>
    </w:tblStylePr>
    <w:tblStylePr w:type="firstCol">
      <w:rPr>
        <w:b w:val="1"/>
        <w:bCs w:val="1"/>
      </w:rPr>
    </w:tblStylePr>
    <w:tblStylePr w:type="lastCol">
      <w:rPr>
        <w:b w:val="1"/>
        <w:bCs w:val="1"/>
      </w:rPr>
    </w:tblStylePr>
    <w:tblStylePr w:type="band1Vert">
      <w:tblPr/>
      <w:tcPr>
        <w:shd w:color="auto" w:fill="808080" w:themeFill="text1" w:themeFillTint="00007F" w:val="clear"/>
      </w:tcPr>
    </w:tblStylePr>
    <w:tblStylePr w:type="band1Horz">
      <w:tblPr/>
      <w:tcPr>
        <w:shd w:color="auto" w:fill="808080" w:themeFill="text1" w:themeFillTint="00007F" w:val="clear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.0" w:type="dxa"/>
      <w:tblBorders>
        <w:top w:color="7ba0cd" w:space="0" w:sz="8" w:themeColor="accent1" w:themeTint="0000BF" w:val="single"/>
        <w:left w:color="7ba0cd" w:space="0" w:sz="8" w:themeColor="accent1" w:themeTint="0000BF" w:val="single"/>
        <w:bottom w:color="7ba0cd" w:space="0" w:sz="8" w:themeColor="accent1" w:themeTint="0000BF" w:val="single"/>
        <w:right w:color="7ba0cd" w:space="0" w:sz="8" w:themeColor="accent1" w:themeTint="0000BF" w:val="single"/>
        <w:insideH w:color="7ba0cd" w:space="0" w:sz="8" w:themeColor="accent1" w:themeTint="0000BF" w:val="single"/>
        <w:insideV w:color="7ba0cd" w:space="0" w:sz="8" w:themeColor="accent1" w:themeTint="0000BF" w:val="single"/>
      </w:tblBorders>
      <w:tblCellMar>
        <w:top w:w="0.0" w:type="dxa"/>
        <w:left w:w="108.0" w:type="dxa"/>
        <w:bottom w:w="0.0" w:type="dxa"/>
        <w:right w:w="108.0" w:type="dxa"/>
      </w:tblCellMar>
    </w:tblPr>
    <w:tcPr>
      <w:shd w:color="auto" w:fill="d3dfee" w:themeFill="accent1" w:themeFillTint="00003F" w:val="clear"/>
    </w:tcPr>
    <w:tblStylePr w:type="firstRow">
      <w:rPr>
        <w:b w:val="1"/>
        <w:bCs w:val="1"/>
      </w:rPr>
    </w:tblStylePr>
    <w:tblStylePr w:type="lastRow">
      <w:rPr>
        <w:b w:val="1"/>
        <w:bCs w:val="1"/>
      </w:rPr>
      <w:tblPr/>
      <w:tcPr>
        <w:tcBorders>
          <w:top w:color="7ba0cd" w:space="0" w:sz="18" w:themeColor="accent1" w:themeTint="0000BF" w:val="single"/>
        </w:tcBorders>
      </w:tcPr>
    </w:tblStylePr>
    <w:tblStylePr w:type="firstCol">
      <w:rPr>
        <w:b w:val="1"/>
        <w:bCs w:val="1"/>
      </w:rPr>
    </w:tblStylePr>
    <w:tblStylePr w:type="lastCol">
      <w:rPr>
        <w:b w:val="1"/>
        <w:bCs w:val="1"/>
      </w:rPr>
    </w:tblStylePr>
    <w:tblStylePr w:type="band1Vert">
      <w:tblPr/>
      <w:tcPr>
        <w:shd w:color="auto" w:fill="a7bfde" w:themeFill="accent1" w:themeFillTint="00007F" w:val="clear"/>
      </w:tcPr>
    </w:tblStylePr>
    <w:tblStylePr w:type="band1Horz">
      <w:tblPr/>
      <w:tcPr>
        <w:shd w:color="auto" w:fill="a7bfde" w:themeFill="accent1" w:themeFillTint="00007F" w:val="clear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.0" w:type="dxa"/>
      <w:tblBorders>
        <w:top w:color="cf7b79" w:space="0" w:sz="8" w:themeColor="accent2" w:themeTint="0000BF" w:val="single"/>
        <w:left w:color="cf7b79" w:space="0" w:sz="8" w:themeColor="accent2" w:themeTint="0000BF" w:val="single"/>
        <w:bottom w:color="cf7b79" w:space="0" w:sz="8" w:themeColor="accent2" w:themeTint="0000BF" w:val="single"/>
        <w:right w:color="cf7b79" w:space="0" w:sz="8" w:themeColor="accent2" w:themeTint="0000BF" w:val="single"/>
        <w:insideH w:color="cf7b79" w:space="0" w:sz="8" w:themeColor="accent2" w:themeTint="0000BF" w:val="single"/>
        <w:insideV w:color="cf7b79" w:space="0" w:sz="8" w:themeColor="accent2" w:themeTint="0000BF" w:val="single"/>
      </w:tblBorders>
      <w:tblCellMar>
        <w:top w:w="0.0" w:type="dxa"/>
        <w:left w:w="108.0" w:type="dxa"/>
        <w:bottom w:w="0.0" w:type="dxa"/>
        <w:right w:w="108.0" w:type="dxa"/>
      </w:tblCellMar>
    </w:tblPr>
    <w:tcPr>
      <w:shd w:color="auto" w:fill="efd3d2" w:themeFill="accent2" w:themeFillTint="00003F" w:val="clear"/>
    </w:tcPr>
    <w:tblStylePr w:type="firstRow">
      <w:rPr>
        <w:b w:val="1"/>
        <w:bCs w:val="1"/>
      </w:rPr>
    </w:tblStylePr>
    <w:tblStylePr w:type="lastRow">
      <w:rPr>
        <w:b w:val="1"/>
        <w:bCs w:val="1"/>
      </w:rPr>
      <w:tblPr/>
      <w:tcPr>
        <w:tcBorders>
          <w:top w:color="cf7b79" w:space="0" w:sz="18" w:themeColor="accent2" w:themeTint="0000BF" w:val="single"/>
        </w:tcBorders>
      </w:tcPr>
    </w:tblStylePr>
    <w:tblStylePr w:type="firstCol">
      <w:rPr>
        <w:b w:val="1"/>
        <w:bCs w:val="1"/>
      </w:rPr>
    </w:tblStylePr>
    <w:tblStylePr w:type="lastCol">
      <w:rPr>
        <w:b w:val="1"/>
        <w:bCs w:val="1"/>
      </w:rPr>
    </w:tblStylePr>
    <w:tblStylePr w:type="band1Vert">
      <w:tblPr/>
      <w:tcPr>
        <w:shd w:color="auto" w:fill="dfa7a6" w:themeFill="accent2" w:themeFillTint="00007F" w:val="clear"/>
      </w:tcPr>
    </w:tblStylePr>
    <w:tblStylePr w:type="band1Horz">
      <w:tblPr/>
      <w:tcPr>
        <w:shd w:color="auto" w:fill="dfa7a6" w:themeFill="accent2" w:themeFillTint="00007F" w:val="clear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.0" w:type="dxa"/>
      <w:tblBorders>
        <w:top w:color="b3cc82" w:space="0" w:sz="8" w:themeColor="accent3" w:themeTint="0000BF" w:val="single"/>
        <w:left w:color="b3cc82" w:space="0" w:sz="8" w:themeColor="accent3" w:themeTint="0000BF" w:val="single"/>
        <w:bottom w:color="b3cc82" w:space="0" w:sz="8" w:themeColor="accent3" w:themeTint="0000BF" w:val="single"/>
        <w:right w:color="b3cc82" w:space="0" w:sz="8" w:themeColor="accent3" w:themeTint="0000BF" w:val="single"/>
        <w:insideH w:color="b3cc82" w:space="0" w:sz="8" w:themeColor="accent3" w:themeTint="0000BF" w:val="single"/>
        <w:insideV w:color="b3cc82" w:space="0" w:sz="8" w:themeColor="accent3" w:themeTint="0000BF" w:val="single"/>
      </w:tblBorders>
      <w:tblCellMar>
        <w:top w:w="0.0" w:type="dxa"/>
        <w:left w:w="108.0" w:type="dxa"/>
        <w:bottom w:w="0.0" w:type="dxa"/>
        <w:right w:w="108.0" w:type="dxa"/>
      </w:tblCellMar>
    </w:tblPr>
    <w:tcPr>
      <w:shd w:color="auto" w:fill="e6eed5" w:themeFill="accent3" w:themeFillTint="00003F" w:val="clear"/>
    </w:tcPr>
    <w:tblStylePr w:type="firstRow">
      <w:rPr>
        <w:b w:val="1"/>
        <w:bCs w:val="1"/>
      </w:rPr>
    </w:tblStylePr>
    <w:tblStylePr w:type="lastRow">
      <w:rPr>
        <w:b w:val="1"/>
        <w:bCs w:val="1"/>
      </w:rPr>
      <w:tblPr/>
      <w:tcPr>
        <w:tcBorders>
          <w:top w:color="b3cc82" w:space="0" w:sz="18" w:themeColor="accent3" w:themeTint="0000BF" w:val="single"/>
        </w:tcBorders>
      </w:tcPr>
    </w:tblStylePr>
    <w:tblStylePr w:type="firstCol">
      <w:rPr>
        <w:b w:val="1"/>
        <w:bCs w:val="1"/>
      </w:rPr>
    </w:tblStylePr>
    <w:tblStylePr w:type="lastCol">
      <w:rPr>
        <w:b w:val="1"/>
        <w:bCs w:val="1"/>
      </w:rPr>
    </w:tblStylePr>
    <w:tblStylePr w:type="band1Vert">
      <w:tblPr/>
      <w:tcPr>
        <w:shd w:color="auto" w:fill="cdddac" w:themeFill="accent3" w:themeFillTint="00007F" w:val="clear"/>
      </w:tcPr>
    </w:tblStylePr>
    <w:tblStylePr w:type="band1Horz">
      <w:tblPr/>
      <w:tcPr>
        <w:shd w:color="auto" w:fill="cdddac" w:themeFill="accent3" w:themeFillTint="00007F" w:val="clear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.0" w:type="dxa"/>
      <w:tblBorders>
        <w:top w:color="9f8ab9" w:space="0" w:sz="8" w:themeColor="accent4" w:themeTint="0000BF" w:val="single"/>
        <w:left w:color="9f8ab9" w:space="0" w:sz="8" w:themeColor="accent4" w:themeTint="0000BF" w:val="single"/>
        <w:bottom w:color="9f8ab9" w:space="0" w:sz="8" w:themeColor="accent4" w:themeTint="0000BF" w:val="single"/>
        <w:right w:color="9f8ab9" w:space="0" w:sz="8" w:themeColor="accent4" w:themeTint="0000BF" w:val="single"/>
        <w:insideH w:color="9f8ab9" w:space="0" w:sz="8" w:themeColor="accent4" w:themeTint="0000BF" w:val="single"/>
        <w:insideV w:color="9f8ab9" w:space="0" w:sz="8" w:themeColor="accent4" w:themeTint="0000BF" w:val="single"/>
      </w:tblBorders>
      <w:tblCellMar>
        <w:top w:w="0.0" w:type="dxa"/>
        <w:left w:w="108.0" w:type="dxa"/>
        <w:bottom w:w="0.0" w:type="dxa"/>
        <w:right w:w="108.0" w:type="dxa"/>
      </w:tblCellMar>
    </w:tblPr>
    <w:tcPr>
      <w:shd w:color="auto" w:fill="dfd8e8" w:themeFill="accent4" w:themeFillTint="00003F" w:val="clear"/>
    </w:tcPr>
    <w:tblStylePr w:type="firstRow">
      <w:rPr>
        <w:b w:val="1"/>
        <w:bCs w:val="1"/>
      </w:rPr>
    </w:tblStylePr>
    <w:tblStylePr w:type="lastRow">
      <w:rPr>
        <w:b w:val="1"/>
        <w:bCs w:val="1"/>
      </w:rPr>
      <w:tblPr/>
      <w:tcPr>
        <w:tcBorders>
          <w:top w:color="9f8ab9" w:space="0" w:sz="18" w:themeColor="accent4" w:themeTint="0000BF" w:val="single"/>
        </w:tcBorders>
      </w:tcPr>
    </w:tblStylePr>
    <w:tblStylePr w:type="firstCol">
      <w:rPr>
        <w:b w:val="1"/>
        <w:bCs w:val="1"/>
      </w:rPr>
    </w:tblStylePr>
    <w:tblStylePr w:type="lastCol">
      <w:rPr>
        <w:b w:val="1"/>
        <w:bCs w:val="1"/>
      </w:rPr>
    </w:tblStylePr>
    <w:tblStylePr w:type="band1Vert">
      <w:tblPr/>
      <w:tcPr>
        <w:shd w:color="auto" w:fill="bfb1d0" w:themeFill="accent4" w:themeFillTint="00007F" w:val="clear"/>
      </w:tcPr>
    </w:tblStylePr>
    <w:tblStylePr w:type="band1Horz">
      <w:tblPr/>
      <w:tcPr>
        <w:shd w:color="auto" w:fill="bfb1d0" w:themeFill="accent4" w:themeFillTint="00007F" w:val="clear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.0" w:type="dxa"/>
      <w:tblBorders>
        <w:top w:color="78c0d4" w:space="0" w:sz="8" w:themeColor="accent5" w:themeTint="0000BF" w:val="single"/>
        <w:left w:color="78c0d4" w:space="0" w:sz="8" w:themeColor="accent5" w:themeTint="0000BF" w:val="single"/>
        <w:bottom w:color="78c0d4" w:space="0" w:sz="8" w:themeColor="accent5" w:themeTint="0000BF" w:val="single"/>
        <w:right w:color="78c0d4" w:space="0" w:sz="8" w:themeColor="accent5" w:themeTint="0000BF" w:val="single"/>
        <w:insideH w:color="78c0d4" w:space="0" w:sz="8" w:themeColor="accent5" w:themeTint="0000BF" w:val="single"/>
        <w:insideV w:color="78c0d4" w:space="0" w:sz="8" w:themeColor="accent5" w:themeTint="0000BF" w:val="single"/>
      </w:tblBorders>
      <w:tblCellMar>
        <w:top w:w="0.0" w:type="dxa"/>
        <w:left w:w="108.0" w:type="dxa"/>
        <w:bottom w:w="0.0" w:type="dxa"/>
        <w:right w:w="108.0" w:type="dxa"/>
      </w:tblCellMar>
    </w:tblPr>
    <w:tcPr>
      <w:shd w:color="auto" w:fill="d2eaf1" w:themeFill="accent5" w:themeFillTint="00003F" w:val="clear"/>
    </w:tcPr>
    <w:tblStylePr w:type="firstRow">
      <w:rPr>
        <w:b w:val="1"/>
        <w:bCs w:val="1"/>
      </w:rPr>
    </w:tblStylePr>
    <w:tblStylePr w:type="lastRow">
      <w:rPr>
        <w:b w:val="1"/>
        <w:bCs w:val="1"/>
      </w:rPr>
      <w:tblPr/>
      <w:tcPr>
        <w:tcBorders>
          <w:top w:color="78c0d4" w:space="0" w:sz="18" w:themeColor="accent5" w:themeTint="0000BF" w:val="single"/>
        </w:tcBorders>
      </w:tcPr>
    </w:tblStylePr>
    <w:tblStylePr w:type="firstCol">
      <w:rPr>
        <w:b w:val="1"/>
        <w:bCs w:val="1"/>
      </w:rPr>
    </w:tblStylePr>
    <w:tblStylePr w:type="lastCol">
      <w:rPr>
        <w:b w:val="1"/>
        <w:bCs w:val="1"/>
      </w:rPr>
    </w:tblStylePr>
    <w:tblStylePr w:type="band1Vert">
      <w:tblPr/>
      <w:tcPr>
        <w:shd w:color="auto" w:fill="a5d5e2" w:themeFill="accent5" w:themeFillTint="00007F" w:val="clear"/>
      </w:tcPr>
    </w:tblStylePr>
    <w:tblStylePr w:type="band1Horz">
      <w:tblPr/>
      <w:tcPr>
        <w:shd w:color="auto" w:fill="a5d5e2" w:themeFill="accent5" w:themeFillTint="00007F" w:val="clear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.0" w:type="dxa"/>
      <w:tblBorders>
        <w:top w:color="f9b074" w:space="0" w:sz="8" w:themeColor="accent6" w:themeTint="0000BF" w:val="single"/>
        <w:left w:color="f9b074" w:space="0" w:sz="8" w:themeColor="accent6" w:themeTint="0000BF" w:val="single"/>
        <w:bottom w:color="f9b074" w:space="0" w:sz="8" w:themeColor="accent6" w:themeTint="0000BF" w:val="single"/>
        <w:right w:color="f9b074" w:space="0" w:sz="8" w:themeColor="accent6" w:themeTint="0000BF" w:val="single"/>
        <w:insideH w:color="f9b074" w:space="0" w:sz="8" w:themeColor="accent6" w:themeTint="0000BF" w:val="single"/>
        <w:insideV w:color="f9b074" w:space="0" w:sz="8" w:themeColor="accent6" w:themeTint="0000BF" w:val="single"/>
      </w:tblBorders>
      <w:tblCellMar>
        <w:top w:w="0.0" w:type="dxa"/>
        <w:left w:w="108.0" w:type="dxa"/>
        <w:bottom w:w="0.0" w:type="dxa"/>
        <w:right w:w="108.0" w:type="dxa"/>
      </w:tblCellMar>
    </w:tblPr>
    <w:tcPr>
      <w:shd w:color="auto" w:fill="fde4d0" w:themeFill="accent6" w:themeFillTint="00003F" w:val="clear"/>
    </w:tcPr>
    <w:tblStylePr w:type="firstRow">
      <w:rPr>
        <w:b w:val="1"/>
        <w:bCs w:val="1"/>
      </w:rPr>
    </w:tblStylePr>
    <w:tblStylePr w:type="lastRow">
      <w:rPr>
        <w:b w:val="1"/>
        <w:bCs w:val="1"/>
      </w:rPr>
      <w:tblPr/>
      <w:tcPr>
        <w:tcBorders>
          <w:top w:color="f9b074" w:space="0" w:sz="18" w:themeColor="accent6" w:themeTint="0000BF" w:val="single"/>
        </w:tcBorders>
      </w:tcPr>
    </w:tblStylePr>
    <w:tblStylePr w:type="firstCol">
      <w:rPr>
        <w:b w:val="1"/>
        <w:bCs w:val="1"/>
      </w:rPr>
    </w:tblStylePr>
    <w:tblStylePr w:type="lastCol">
      <w:rPr>
        <w:b w:val="1"/>
        <w:bCs w:val="1"/>
      </w:rPr>
    </w:tblStylePr>
    <w:tblStylePr w:type="band1Vert">
      <w:tblPr/>
      <w:tcPr>
        <w:shd w:color="auto" w:fill="fbcaa2" w:themeFill="accent6" w:themeFillTint="00007F" w:val="clear"/>
      </w:tcPr>
    </w:tblStylePr>
    <w:tblStylePr w:type="band1Horz">
      <w:tblPr/>
      <w:tcPr>
        <w:shd w:color="auto" w:fill="fbcaa2" w:themeFill="accent6" w:themeFillTint="00007F" w:val="clear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cstheme="majorBidi" w:eastAsiaTheme="majorEastAsia" w:hAnsiTheme="majorHAnsi"/>
      <w:color w:val="000000" w:themeColor="text1"/>
    </w:rPr>
    <w:tblPr>
      <w:tblStyleRowBandSize w:val="1"/>
      <w:tblStyleColBandSize w:val="1"/>
      <w:tblInd w:w="0.0" w:type="dxa"/>
      <w:tblBorders>
        <w:top w:color="000000" w:space="0" w:sz="8" w:themeColor="text1" w:val="single"/>
        <w:left w:color="000000" w:space="0" w:sz="8" w:themeColor="text1" w:val="single"/>
        <w:bottom w:color="000000" w:space="0" w:sz="8" w:themeColor="text1" w:val="single"/>
        <w:right w:color="000000" w:space="0" w:sz="8" w:themeColor="text1" w:val="single"/>
        <w:insideH w:color="000000" w:space="0" w:sz="8" w:themeColor="text1" w:val="single"/>
        <w:insideV w:color="000000" w:space="0" w:sz="8" w:themeColor="text1" w:val="single"/>
      </w:tblBorders>
      <w:tblCellMar>
        <w:top w:w="0.0" w:type="dxa"/>
        <w:left w:w="108.0" w:type="dxa"/>
        <w:bottom w:w="0.0" w:type="dxa"/>
        <w:right w:w="108.0" w:type="dxa"/>
      </w:tblCellMar>
    </w:tblPr>
    <w:tcPr>
      <w:shd w:color="auto" w:fill="c0c0c0" w:themeFill="text1" w:themeFillTint="00003F" w:val="clear"/>
    </w:tcPr>
    <w:tblStylePr w:type="firstRow">
      <w:rPr>
        <w:b w:val="1"/>
        <w:bCs w:val="1"/>
        <w:color w:val="000000" w:themeColor="text1"/>
      </w:rPr>
      <w:tblPr/>
      <w:tcPr>
        <w:shd w:color="auto" w:fill="e6e6e6" w:themeFill="text1" w:themeFillTint="000019" w:val="clear"/>
      </w:tcPr>
    </w:tblStylePr>
    <w:tblStylePr w:type="lastRow">
      <w:rPr>
        <w:b w:val="1"/>
        <w:bCs w:val="1"/>
        <w:color w:val="000000" w:themeColor="text1"/>
      </w:rPr>
      <w:tblPr/>
      <w:tcPr>
        <w:tcBorders>
          <w:top w:color="000000" w:space="0" w:sz="12" w:themeColor="text1" w:val="single"/>
          <w:left w:space="0" w:sz="0" w:val="nil"/>
          <w:bottom w:space="0" w:sz="0" w:val="nil"/>
          <w:right w:space="0" w:sz="0" w:val="nil"/>
          <w:insideH w:space="0" w:sz="0" w:val="nil"/>
          <w:insideV w:space="0" w:sz="0" w:val="nil"/>
        </w:tcBorders>
        <w:shd w:color="auto" w:fill="ffffff" w:themeFill="background1" w:val="clear"/>
      </w:tcPr>
    </w:tblStylePr>
    <w:tblStylePr w:type="firstCol">
      <w:rPr>
        <w:b w:val="1"/>
        <w:bCs w:val="1"/>
        <w:color w:val="000000" w:themeColor="text1"/>
      </w:rPr>
      <w:tblPr/>
      <w:tcPr>
        <w:tcBorders>
          <w:top w:space="0" w:sz="0" w:val="nil"/>
          <w:left w:space="0" w:sz="0" w:val="nil"/>
          <w:bottom w:space="0" w:sz="0" w:val="nil"/>
          <w:right w:space="0" w:sz="0" w:val="nil"/>
          <w:insideH w:space="0" w:sz="0" w:val="nil"/>
          <w:insideV w:space="0" w:sz="0" w:val="nil"/>
        </w:tcBorders>
        <w:shd w:color="auto" w:fill="ffffff" w:themeFill="background1" w:val="clear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space="0" w:sz="0" w:val="nil"/>
          <w:left w:space="0" w:sz="0" w:val="nil"/>
          <w:bottom w:space="0" w:sz="0" w:val="nil"/>
          <w:right w:space="0" w:sz="0" w:val="nil"/>
          <w:insideH w:space="0" w:sz="0" w:val="nil"/>
          <w:insideV w:space="0" w:sz="0" w:val="nil"/>
        </w:tcBorders>
        <w:shd w:color="auto" w:fill="cccccc" w:themeFill="text1" w:themeFillTint="000033" w:val="clear"/>
      </w:tcPr>
    </w:tblStylePr>
    <w:tblStylePr w:type="band1Vert">
      <w:tblPr/>
      <w:tcPr>
        <w:shd w:color="auto" w:fill="808080" w:themeFill="text1" w:themeFillTint="00007F" w:val="clear"/>
      </w:tcPr>
    </w:tblStylePr>
    <w:tblStylePr w:type="band1Horz">
      <w:tblPr/>
      <w:tcPr>
        <w:tcBorders>
          <w:insideH w:color="000000" w:space="0" w:sz="6" w:themeColor="text1" w:val="single"/>
          <w:insideV w:color="000000" w:space="0" w:sz="6" w:themeColor="text1" w:val="single"/>
        </w:tcBorders>
        <w:shd w:color="auto" w:fill="808080" w:themeFill="text1" w:themeFillTint="00007F" w:val="clear"/>
      </w:tcPr>
    </w:tblStylePr>
    <w:tblStylePr w:type="nwCell">
      <w:tblPr/>
      <w:tcPr>
        <w:shd w:color="auto" w:fill="ffffff" w:themeFill="background1" w:val="clear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cstheme="majorBidi" w:eastAsiaTheme="majorEastAsia" w:hAnsiTheme="majorHAnsi"/>
      <w:color w:val="000000" w:themeColor="text1"/>
    </w:rPr>
    <w:tblPr>
      <w:tblStyleRowBandSize w:val="1"/>
      <w:tblStyleColBandSize w:val="1"/>
      <w:tblInd w:w="0.0" w:type="dxa"/>
      <w:tblBorders>
        <w:top w:color="4f81bd" w:space="0" w:sz="8" w:themeColor="accent1" w:val="single"/>
        <w:left w:color="4f81bd" w:space="0" w:sz="8" w:themeColor="accent1" w:val="single"/>
        <w:bottom w:color="4f81bd" w:space="0" w:sz="8" w:themeColor="accent1" w:val="single"/>
        <w:right w:color="4f81bd" w:space="0" w:sz="8" w:themeColor="accent1" w:val="single"/>
        <w:insideH w:color="4f81bd" w:space="0" w:sz="8" w:themeColor="accent1" w:val="single"/>
        <w:insideV w:color="4f81bd" w:space="0" w:sz="8" w:themeColor="accent1" w:val="single"/>
      </w:tblBorders>
      <w:tblCellMar>
        <w:top w:w="0.0" w:type="dxa"/>
        <w:left w:w="108.0" w:type="dxa"/>
        <w:bottom w:w="0.0" w:type="dxa"/>
        <w:right w:w="108.0" w:type="dxa"/>
      </w:tblCellMar>
    </w:tblPr>
    <w:tcPr>
      <w:shd w:color="auto" w:fill="d3dfee" w:themeFill="accent1" w:themeFillTint="00003F" w:val="clear"/>
    </w:tcPr>
    <w:tblStylePr w:type="firstRow">
      <w:rPr>
        <w:b w:val="1"/>
        <w:bCs w:val="1"/>
        <w:color w:val="000000" w:themeColor="text1"/>
      </w:rPr>
      <w:tblPr/>
      <w:tcPr>
        <w:shd w:color="auto" w:fill="edf2f8" w:themeFill="accent1" w:themeFillTint="000019" w:val="clear"/>
      </w:tcPr>
    </w:tblStylePr>
    <w:tblStylePr w:type="lastRow">
      <w:rPr>
        <w:b w:val="1"/>
        <w:bCs w:val="1"/>
        <w:color w:val="000000" w:themeColor="text1"/>
      </w:rPr>
      <w:tblPr/>
      <w:tcPr>
        <w:tcBorders>
          <w:top w:color="000000" w:space="0" w:sz="12" w:themeColor="text1" w:val="single"/>
          <w:left w:space="0" w:sz="0" w:val="nil"/>
          <w:bottom w:space="0" w:sz="0" w:val="nil"/>
          <w:right w:space="0" w:sz="0" w:val="nil"/>
          <w:insideH w:space="0" w:sz="0" w:val="nil"/>
          <w:insideV w:space="0" w:sz="0" w:val="nil"/>
        </w:tcBorders>
        <w:shd w:color="auto" w:fill="ffffff" w:themeFill="background1" w:val="clear"/>
      </w:tcPr>
    </w:tblStylePr>
    <w:tblStylePr w:type="firstCol">
      <w:rPr>
        <w:b w:val="1"/>
        <w:bCs w:val="1"/>
        <w:color w:val="000000" w:themeColor="text1"/>
      </w:rPr>
      <w:tblPr/>
      <w:tcPr>
        <w:tcBorders>
          <w:top w:space="0" w:sz="0" w:val="nil"/>
          <w:left w:space="0" w:sz="0" w:val="nil"/>
          <w:bottom w:space="0" w:sz="0" w:val="nil"/>
          <w:right w:space="0" w:sz="0" w:val="nil"/>
          <w:insideH w:space="0" w:sz="0" w:val="nil"/>
          <w:insideV w:space="0" w:sz="0" w:val="nil"/>
        </w:tcBorders>
        <w:shd w:color="auto" w:fill="ffffff" w:themeFill="background1" w:val="clear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space="0" w:sz="0" w:val="nil"/>
          <w:left w:space="0" w:sz="0" w:val="nil"/>
          <w:bottom w:space="0" w:sz="0" w:val="nil"/>
          <w:right w:space="0" w:sz="0" w:val="nil"/>
          <w:insideH w:space="0" w:sz="0" w:val="nil"/>
          <w:insideV w:space="0" w:sz="0" w:val="nil"/>
        </w:tcBorders>
        <w:shd w:color="auto" w:fill="dbe5f1" w:themeFill="accent1" w:themeFillTint="000033" w:val="clear"/>
      </w:tcPr>
    </w:tblStylePr>
    <w:tblStylePr w:type="band1Vert">
      <w:tblPr/>
      <w:tcPr>
        <w:shd w:color="auto" w:fill="a7bfde" w:themeFill="accent1" w:themeFillTint="00007F" w:val="clear"/>
      </w:tcPr>
    </w:tblStylePr>
    <w:tblStylePr w:type="band1Horz">
      <w:tblPr/>
      <w:tcPr>
        <w:tcBorders>
          <w:insideH w:color="4f81bd" w:space="0" w:sz="6" w:themeColor="accent1" w:val="single"/>
          <w:insideV w:color="4f81bd" w:space="0" w:sz="6" w:themeColor="accent1" w:val="single"/>
        </w:tcBorders>
        <w:shd w:color="auto" w:fill="a7bfde" w:themeFill="accent1" w:themeFillTint="00007F" w:val="clear"/>
      </w:tcPr>
    </w:tblStylePr>
    <w:tblStylePr w:type="nwCell">
      <w:tblPr/>
      <w:tcPr>
        <w:shd w:color="auto" w:fill="ffffff" w:themeFill="background1" w:val="clear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cstheme="majorBidi" w:eastAsiaTheme="majorEastAsia" w:hAnsiTheme="majorHAnsi"/>
      <w:color w:val="000000" w:themeColor="text1"/>
    </w:rPr>
    <w:tblPr>
      <w:tblStyleRowBandSize w:val="1"/>
      <w:tblStyleColBandSize w:val="1"/>
      <w:tblInd w:w="0.0" w:type="dxa"/>
      <w:tblBorders>
        <w:top w:color="c0504d" w:space="0" w:sz="8" w:themeColor="accent2" w:val="single"/>
        <w:left w:color="c0504d" w:space="0" w:sz="8" w:themeColor="accent2" w:val="single"/>
        <w:bottom w:color="c0504d" w:space="0" w:sz="8" w:themeColor="accent2" w:val="single"/>
        <w:right w:color="c0504d" w:space="0" w:sz="8" w:themeColor="accent2" w:val="single"/>
        <w:insideH w:color="c0504d" w:space="0" w:sz="8" w:themeColor="accent2" w:val="single"/>
        <w:insideV w:color="c0504d" w:space="0" w:sz="8" w:themeColor="accent2" w:val="single"/>
      </w:tblBorders>
      <w:tblCellMar>
        <w:top w:w="0.0" w:type="dxa"/>
        <w:left w:w="108.0" w:type="dxa"/>
        <w:bottom w:w="0.0" w:type="dxa"/>
        <w:right w:w="108.0" w:type="dxa"/>
      </w:tblCellMar>
    </w:tblPr>
    <w:tcPr>
      <w:shd w:color="auto" w:fill="efd3d2" w:themeFill="accent2" w:themeFillTint="00003F" w:val="clear"/>
    </w:tcPr>
    <w:tblStylePr w:type="firstRow">
      <w:rPr>
        <w:b w:val="1"/>
        <w:bCs w:val="1"/>
        <w:color w:val="000000" w:themeColor="text1"/>
      </w:rPr>
      <w:tblPr/>
      <w:tcPr>
        <w:shd w:color="auto" w:fill="f8eded" w:themeFill="accent2" w:themeFillTint="000019" w:val="clear"/>
      </w:tcPr>
    </w:tblStylePr>
    <w:tblStylePr w:type="lastRow">
      <w:rPr>
        <w:b w:val="1"/>
        <w:bCs w:val="1"/>
        <w:color w:val="000000" w:themeColor="text1"/>
      </w:rPr>
      <w:tblPr/>
      <w:tcPr>
        <w:tcBorders>
          <w:top w:color="000000" w:space="0" w:sz="12" w:themeColor="text1" w:val="single"/>
          <w:left w:space="0" w:sz="0" w:val="nil"/>
          <w:bottom w:space="0" w:sz="0" w:val="nil"/>
          <w:right w:space="0" w:sz="0" w:val="nil"/>
          <w:insideH w:space="0" w:sz="0" w:val="nil"/>
          <w:insideV w:space="0" w:sz="0" w:val="nil"/>
        </w:tcBorders>
        <w:shd w:color="auto" w:fill="ffffff" w:themeFill="background1" w:val="clear"/>
      </w:tcPr>
    </w:tblStylePr>
    <w:tblStylePr w:type="firstCol">
      <w:rPr>
        <w:b w:val="1"/>
        <w:bCs w:val="1"/>
        <w:color w:val="000000" w:themeColor="text1"/>
      </w:rPr>
      <w:tblPr/>
      <w:tcPr>
        <w:tcBorders>
          <w:top w:space="0" w:sz="0" w:val="nil"/>
          <w:left w:space="0" w:sz="0" w:val="nil"/>
          <w:bottom w:space="0" w:sz="0" w:val="nil"/>
          <w:right w:space="0" w:sz="0" w:val="nil"/>
          <w:insideH w:space="0" w:sz="0" w:val="nil"/>
          <w:insideV w:space="0" w:sz="0" w:val="nil"/>
        </w:tcBorders>
        <w:shd w:color="auto" w:fill="ffffff" w:themeFill="background1" w:val="clear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space="0" w:sz="0" w:val="nil"/>
          <w:left w:space="0" w:sz="0" w:val="nil"/>
          <w:bottom w:space="0" w:sz="0" w:val="nil"/>
          <w:right w:space="0" w:sz="0" w:val="nil"/>
          <w:insideH w:space="0" w:sz="0" w:val="nil"/>
          <w:insideV w:space="0" w:sz="0" w:val="nil"/>
        </w:tcBorders>
        <w:shd w:color="auto" w:fill="f2dbdb" w:themeFill="accent2" w:themeFillTint="000033" w:val="clear"/>
      </w:tcPr>
    </w:tblStylePr>
    <w:tblStylePr w:type="band1Vert">
      <w:tblPr/>
      <w:tcPr>
        <w:shd w:color="auto" w:fill="dfa7a6" w:themeFill="accent2" w:themeFillTint="00007F" w:val="clear"/>
      </w:tcPr>
    </w:tblStylePr>
    <w:tblStylePr w:type="band1Horz">
      <w:tblPr/>
      <w:tcPr>
        <w:tcBorders>
          <w:insideH w:color="c0504d" w:space="0" w:sz="6" w:themeColor="accent2" w:val="single"/>
          <w:insideV w:color="c0504d" w:space="0" w:sz="6" w:themeColor="accent2" w:val="single"/>
        </w:tcBorders>
        <w:shd w:color="auto" w:fill="dfa7a6" w:themeFill="accent2" w:themeFillTint="00007F" w:val="clear"/>
      </w:tcPr>
    </w:tblStylePr>
    <w:tblStylePr w:type="nwCell">
      <w:tblPr/>
      <w:tcPr>
        <w:shd w:color="auto" w:fill="ffffff" w:themeFill="background1" w:val="clear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cstheme="majorBidi" w:eastAsiaTheme="majorEastAsia" w:hAnsiTheme="majorHAnsi"/>
      <w:color w:val="000000" w:themeColor="text1"/>
    </w:rPr>
    <w:tblPr>
      <w:tblStyleRowBandSize w:val="1"/>
      <w:tblStyleColBandSize w:val="1"/>
      <w:tblInd w:w="0.0" w:type="dxa"/>
      <w:tblBorders>
        <w:top w:color="9bbb59" w:space="0" w:sz="8" w:themeColor="accent3" w:val="single"/>
        <w:left w:color="9bbb59" w:space="0" w:sz="8" w:themeColor="accent3" w:val="single"/>
        <w:bottom w:color="9bbb59" w:space="0" w:sz="8" w:themeColor="accent3" w:val="single"/>
        <w:right w:color="9bbb59" w:space="0" w:sz="8" w:themeColor="accent3" w:val="single"/>
        <w:insideH w:color="9bbb59" w:space="0" w:sz="8" w:themeColor="accent3" w:val="single"/>
        <w:insideV w:color="9bbb59" w:space="0" w:sz="8" w:themeColor="accent3" w:val="single"/>
      </w:tblBorders>
      <w:tblCellMar>
        <w:top w:w="0.0" w:type="dxa"/>
        <w:left w:w="108.0" w:type="dxa"/>
        <w:bottom w:w="0.0" w:type="dxa"/>
        <w:right w:w="108.0" w:type="dxa"/>
      </w:tblCellMar>
    </w:tblPr>
    <w:tcPr>
      <w:shd w:color="auto" w:fill="e6eed5" w:themeFill="accent3" w:themeFillTint="00003F" w:val="clear"/>
    </w:tcPr>
    <w:tblStylePr w:type="firstRow">
      <w:rPr>
        <w:b w:val="1"/>
        <w:bCs w:val="1"/>
        <w:color w:val="000000" w:themeColor="text1"/>
      </w:rPr>
      <w:tblPr/>
      <w:tcPr>
        <w:shd w:color="auto" w:fill="f5f8ee" w:themeFill="accent3" w:themeFillTint="000019" w:val="clear"/>
      </w:tcPr>
    </w:tblStylePr>
    <w:tblStylePr w:type="lastRow">
      <w:rPr>
        <w:b w:val="1"/>
        <w:bCs w:val="1"/>
        <w:color w:val="000000" w:themeColor="text1"/>
      </w:rPr>
      <w:tblPr/>
      <w:tcPr>
        <w:tcBorders>
          <w:top w:color="000000" w:space="0" w:sz="12" w:themeColor="text1" w:val="single"/>
          <w:left w:space="0" w:sz="0" w:val="nil"/>
          <w:bottom w:space="0" w:sz="0" w:val="nil"/>
          <w:right w:space="0" w:sz="0" w:val="nil"/>
          <w:insideH w:space="0" w:sz="0" w:val="nil"/>
          <w:insideV w:space="0" w:sz="0" w:val="nil"/>
        </w:tcBorders>
        <w:shd w:color="auto" w:fill="ffffff" w:themeFill="background1" w:val="clear"/>
      </w:tcPr>
    </w:tblStylePr>
    <w:tblStylePr w:type="firstCol">
      <w:rPr>
        <w:b w:val="1"/>
        <w:bCs w:val="1"/>
        <w:color w:val="000000" w:themeColor="text1"/>
      </w:rPr>
      <w:tblPr/>
      <w:tcPr>
        <w:tcBorders>
          <w:top w:space="0" w:sz="0" w:val="nil"/>
          <w:left w:space="0" w:sz="0" w:val="nil"/>
          <w:bottom w:space="0" w:sz="0" w:val="nil"/>
          <w:right w:space="0" w:sz="0" w:val="nil"/>
          <w:insideH w:space="0" w:sz="0" w:val="nil"/>
          <w:insideV w:space="0" w:sz="0" w:val="nil"/>
        </w:tcBorders>
        <w:shd w:color="auto" w:fill="ffffff" w:themeFill="background1" w:val="clear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space="0" w:sz="0" w:val="nil"/>
          <w:left w:space="0" w:sz="0" w:val="nil"/>
          <w:bottom w:space="0" w:sz="0" w:val="nil"/>
          <w:right w:space="0" w:sz="0" w:val="nil"/>
          <w:insideH w:space="0" w:sz="0" w:val="nil"/>
          <w:insideV w:space="0" w:sz="0" w:val="nil"/>
        </w:tcBorders>
        <w:shd w:color="auto" w:fill="eaf1dd" w:themeFill="accent3" w:themeFillTint="000033" w:val="clear"/>
      </w:tcPr>
    </w:tblStylePr>
    <w:tblStylePr w:type="band1Vert">
      <w:tblPr/>
      <w:tcPr>
        <w:shd w:color="auto" w:fill="cdddac" w:themeFill="accent3" w:themeFillTint="00007F" w:val="clear"/>
      </w:tcPr>
    </w:tblStylePr>
    <w:tblStylePr w:type="band1Horz">
      <w:tblPr/>
      <w:tcPr>
        <w:tcBorders>
          <w:insideH w:color="9bbb59" w:space="0" w:sz="6" w:themeColor="accent3" w:val="single"/>
          <w:insideV w:color="9bbb59" w:space="0" w:sz="6" w:themeColor="accent3" w:val="single"/>
        </w:tcBorders>
        <w:shd w:color="auto" w:fill="cdddac" w:themeFill="accent3" w:themeFillTint="00007F" w:val="clear"/>
      </w:tcPr>
    </w:tblStylePr>
    <w:tblStylePr w:type="nwCell">
      <w:tblPr/>
      <w:tcPr>
        <w:shd w:color="auto" w:fill="ffffff" w:themeFill="background1" w:val="clear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cstheme="majorBidi" w:eastAsiaTheme="majorEastAsia" w:hAnsiTheme="majorHAnsi"/>
      <w:color w:val="000000" w:themeColor="text1"/>
    </w:rPr>
    <w:tblPr>
      <w:tblStyleRowBandSize w:val="1"/>
      <w:tblStyleColBandSize w:val="1"/>
      <w:tblInd w:w="0.0" w:type="dxa"/>
      <w:tblBorders>
        <w:top w:color="8064a2" w:space="0" w:sz="8" w:themeColor="accent4" w:val="single"/>
        <w:left w:color="8064a2" w:space="0" w:sz="8" w:themeColor="accent4" w:val="single"/>
        <w:bottom w:color="8064a2" w:space="0" w:sz="8" w:themeColor="accent4" w:val="single"/>
        <w:right w:color="8064a2" w:space="0" w:sz="8" w:themeColor="accent4" w:val="single"/>
        <w:insideH w:color="8064a2" w:space="0" w:sz="8" w:themeColor="accent4" w:val="single"/>
        <w:insideV w:color="8064a2" w:space="0" w:sz="8" w:themeColor="accent4" w:val="single"/>
      </w:tblBorders>
      <w:tblCellMar>
        <w:top w:w="0.0" w:type="dxa"/>
        <w:left w:w="108.0" w:type="dxa"/>
        <w:bottom w:w="0.0" w:type="dxa"/>
        <w:right w:w="108.0" w:type="dxa"/>
      </w:tblCellMar>
    </w:tblPr>
    <w:tcPr>
      <w:shd w:color="auto" w:fill="dfd8e8" w:themeFill="accent4" w:themeFillTint="00003F" w:val="clear"/>
    </w:tcPr>
    <w:tblStylePr w:type="firstRow">
      <w:rPr>
        <w:b w:val="1"/>
        <w:bCs w:val="1"/>
        <w:color w:val="000000" w:themeColor="text1"/>
      </w:rPr>
      <w:tblPr/>
      <w:tcPr>
        <w:shd w:color="auto" w:fill="f2eff6" w:themeFill="accent4" w:themeFillTint="000019" w:val="clear"/>
      </w:tcPr>
    </w:tblStylePr>
    <w:tblStylePr w:type="lastRow">
      <w:rPr>
        <w:b w:val="1"/>
        <w:bCs w:val="1"/>
        <w:color w:val="000000" w:themeColor="text1"/>
      </w:rPr>
      <w:tblPr/>
      <w:tcPr>
        <w:tcBorders>
          <w:top w:color="000000" w:space="0" w:sz="12" w:themeColor="text1" w:val="single"/>
          <w:left w:space="0" w:sz="0" w:val="nil"/>
          <w:bottom w:space="0" w:sz="0" w:val="nil"/>
          <w:right w:space="0" w:sz="0" w:val="nil"/>
          <w:insideH w:space="0" w:sz="0" w:val="nil"/>
          <w:insideV w:space="0" w:sz="0" w:val="nil"/>
        </w:tcBorders>
        <w:shd w:color="auto" w:fill="ffffff" w:themeFill="background1" w:val="clear"/>
      </w:tcPr>
    </w:tblStylePr>
    <w:tblStylePr w:type="firstCol">
      <w:rPr>
        <w:b w:val="1"/>
        <w:bCs w:val="1"/>
        <w:color w:val="000000" w:themeColor="text1"/>
      </w:rPr>
      <w:tblPr/>
      <w:tcPr>
        <w:tcBorders>
          <w:top w:space="0" w:sz="0" w:val="nil"/>
          <w:left w:space="0" w:sz="0" w:val="nil"/>
          <w:bottom w:space="0" w:sz="0" w:val="nil"/>
          <w:right w:space="0" w:sz="0" w:val="nil"/>
          <w:insideH w:space="0" w:sz="0" w:val="nil"/>
          <w:insideV w:space="0" w:sz="0" w:val="nil"/>
        </w:tcBorders>
        <w:shd w:color="auto" w:fill="ffffff" w:themeFill="background1" w:val="clear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space="0" w:sz="0" w:val="nil"/>
          <w:left w:space="0" w:sz="0" w:val="nil"/>
          <w:bottom w:space="0" w:sz="0" w:val="nil"/>
          <w:right w:space="0" w:sz="0" w:val="nil"/>
          <w:insideH w:space="0" w:sz="0" w:val="nil"/>
          <w:insideV w:space="0" w:sz="0" w:val="nil"/>
        </w:tcBorders>
        <w:shd w:color="auto" w:fill="e5dfec" w:themeFill="accent4" w:themeFillTint="000033" w:val="clear"/>
      </w:tcPr>
    </w:tblStylePr>
    <w:tblStylePr w:type="band1Vert">
      <w:tblPr/>
      <w:tcPr>
        <w:shd w:color="auto" w:fill="bfb1d0" w:themeFill="accent4" w:themeFillTint="00007F" w:val="clear"/>
      </w:tcPr>
    </w:tblStylePr>
    <w:tblStylePr w:type="band1Horz">
      <w:tblPr/>
      <w:tcPr>
        <w:tcBorders>
          <w:insideH w:color="8064a2" w:space="0" w:sz="6" w:themeColor="accent4" w:val="single"/>
          <w:insideV w:color="8064a2" w:space="0" w:sz="6" w:themeColor="accent4" w:val="single"/>
        </w:tcBorders>
        <w:shd w:color="auto" w:fill="bfb1d0" w:themeFill="accent4" w:themeFillTint="00007F" w:val="clear"/>
      </w:tcPr>
    </w:tblStylePr>
    <w:tblStylePr w:type="nwCell">
      <w:tblPr/>
      <w:tcPr>
        <w:shd w:color="auto" w:fill="ffffff" w:themeFill="background1" w:val="clear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cstheme="majorBidi" w:eastAsiaTheme="majorEastAsia" w:hAnsiTheme="majorHAnsi"/>
      <w:color w:val="000000" w:themeColor="text1"/>
    </w:rPr>
    <w:tblPr>
      <w:tblStyleRowBandSize w:val="1"/>
      <w:tblStyleColBandSize w:val="1"/>
      <w:tblInd w:w="0.0" w:type="dxa"/>
      <w:tblBorders>
        <w:top w:color="4bacc6" w:space="0" w:sz="8" w:themeColor="accent5" w:val="single"/>
        <w:left w:color="4bacc6" w:space="0" w:sz="8" w:themeColor="accent5" w:val="single"/>
        <w:bottom w:color="4bacc6" w:space="0" w:sz="8" w:themeColor="accent5" w:val="single"/>
        <w:right w:color="4bacc6" w:space="0" w:sz="8" w:themeColor="accent5" w:val="single"/>
        <w:insideH w:color="4bacc6" w:space="0" w:sz="8" w:themeColor="accent5" w:val="single"/>
        <w:insideV w:color="4bacc6" w:space="0" w:sz="8" w:themeColor="accent5" w:val="single"/>
      </w:tblBorders>
      <w:tblCellMar>
        <w:top w:w="0.0" w:type="dxa"/>
        <w:left w:w="108.0" w:type="dxa"/>
        <w:bottom w:w="0.0" w:type="dxa"/>
        <w:right w:w="108.0" w:type="dxa"/>
      </w:tblCellMar>
    </w:tblPr>
    <w:tcPr>
      <w:shd w:color="auto" w:fill="d2eaf1" w:themeFill="accent5" w:themeFillTint="00003F" w:val="clear"/>
    </w:tcPr>
    <w:tblStylePr w:type="firstRow">
      <w:rPr>
        <w:b w:val="1"/>
        <w:bCs w:val="1"/>
        <w:color w:val="000000" w:themeColor="text1"/>
      </w:rPr>
      <w:tblPr/>
      <w:tcPr>
        <w:shd w:color="auto" w:fill="edf6f9" w:themeFill="accent5" w:themeFillTint="000019" w:val="clear"/>
      </w:tcPr>
    </w:tblStylePr>
    <w:tblStylePr w:type="lastRow">
      <w:rPr>
        <w:b w:val="1"/>
        <w:bCs w:val="1"/>
        <w:color w:val="000000" w:themeColor="text1"/>
      </w:rPr>
      <w:tblPr/>
      <w:tcPr>
        <w:tcBorders>
          <w:top w:color="000000" w:space="0" w:sz="12" w:themeColor="text1" w:val="single"/>
          <w:left w:space="0" w:sz="0" w:val="nil"/>
          <w:bottom w:space="0" w:sz="0" w:val="nil"/>
          <w:right w:space="0" w:sz="0" w:val="nil"/>
          <w:insideH w:space="0" w:sz="0" w:val="nil"/>
          <w:insideV w:space="0" w:sz="0" w:val="nil"/>
        </w:tcBorders>
        <w:shd w:color="auto" w:fill="ffffff" w:themeFill="background1" w:val="clear"/>
      </w:tcPr>
    </w:tblStylePr>
    <w:tblStylePr w:type="firstCol">
      <w:rPr>
        <w:b w:val="1"/>
        <w:bCs w:val="1"/>
        <w:color w:val="000000" w:themeColor="text1"/>
      </w:rPr>
      <w:tblPr/>
      <w:tcPr>
        <w:tcBorders>
          <w:top w:space="0" w:sz="0" w:val="nil"/>
          <w:left w:space="0" w:sz="0" w:val="nil"/>
          <w:bottom w:space="0" w:sz="0" w:val="nil"/>
          <w:right w:space="0" w:sz="0" w:val="nil"/>
          <w:insideH w:space="0" w:sz="0" w:val="nil"/>
          <w:insideV w:space="0" w:sz="0" w:val="nil"/>
        </w:tcBorders>
        <w:shd w:color="auto" w:fill="ffffff" w:themeFill="background1" w:val="clear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space="0" w:sz="0" w:val="nil"/>
          <w:left w:space="0" w:sz="0" w:val="nil"/>
          <w:bottom w:space="0" w:sz="0" w:val="nil"/>
          <w:right w:space="0" w:sz="0" w:val="nil"/>
          <w:insideH w:space="0" w:sz="0" w:val="nil"/>
          <w:insideV w:space="0" w:sz="0" w:val="nil"/>
        </w:tcBorders>
        <w:shd w:color="auto" w:fill="daeef3" w:themeFill="accent5" w:themeFillTint="000033" w:val="clear"/>
      </w:tcPr>
    </w:tblStylePr>
    <w:tblStylePr w:type="band1Vert">
      <w:tblPr/>
      <w:tcPr>
        <w:shd w:color="auto" w:fill="a5d5e2" w:themeFill="accent5" w:themeFillTint="00007F" w:val="clear"/>
      </w:tcPr>
    </w:tblStylePr>
    <w:tblStylePr w:type="band1Horz">
      <w:tblPr/>
      <w:tcPr>
        <w:tcBorders>
          <w:insideH w:color="4bacc6" w:space="0" w:sz="6" w:themeColor="accent5" w:val="single"/>
          <w:insideV w:color="4bacc6" w:space="0" w:sz="6" w:themeColor="accent5" w:val="single"/>
        </w:tcBorders>
        <w:shd w:color="auto" w:fill="a5d5e2" w:themeFill="accent5" w:themeFillTint="00007F" w:val="clear"/>
      </w:tcPr>
    </w:tblStylePr>
    <w:tblStylePr w:type="nwCell">
      <w:tblPr/>
      <w:tcPr>
        <w:shd w:color="auto" w:fill="ffffff" w:themeFill="background1" w:val="clear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cstheme="majorBidi" w:eastAsiaTheme="majorEastAsia" w:hAnsiTheme="majorHAnsi"/>
      <w:color w:val="000000" w:themeColor="text1"/>
    </w:rPr>
    <w:tblPr>
      <w:tblStyleRowBandSize w:val="1"/>
      <w:tblStyleColBandSize w:val="1"/>
      <w:tblInd w:w="0.0" w:type="dxa"/>
      <w:tblBorders>
        <w:top w:color="f79646" w:space="0" w:sz="8" w:themeColor="accent6" w:val="single"/>
        <w:left w:color="f79646" w:space="0" w:sz="8" w:themeColor="accent6" w:val="single"/>
        <w:bottom w:color="f79646" w:space="0" w:sz="8" w:themeColor="accent6" w:val="single"/>
        <w:right w:color="f79646" w:space="0" w:sz="8" w:themeColor="accent6" w:val="single"/>
        <w:insideH w:color="f79646" w:space="0" w:sz="8" w:themeColor="accent6" w:val="single"/>
        <w:insideV w:color="f79646" w:space="0" w:sz="8" w:themeColor="accent6" w:val="single"/>
      </w:tblBorders>
      <w:tblCellMar>
        <w:top w:w="0.0" w:type="dxa"/>
        <w:left w:w="108.0" w:type="dxa"/>
        <w:bottom w:w="0.0" w:type="dxa"/>
        <w:right w:w="108.0" w:type="dxa"/>
      </w:tblCellMar>
    </w:tblPr>
    <w:tcPr>
      <w:shd w:color="auto" w:fill="fde4d0" w:themeFill="accent6" w:themeFillTint="00003F" w:val="clear"/>
    </w:tcPr>
    <w:tblStylePr w:type="firstRow">
      <w:rPr>
        <w:b w:val="1"/>
        <w:bCs w:val="1"/>
        <w:color w:val="000000" w:themeColor="text1"/>
      </w:rPr>
      <w:tblPr/>
      <w:tcPr>
        <w:shd w:color="auto" w:fill="fef4ec" w:themeFill="accent6" w:themeFillTint="000019" w:val="clear"/>
      </w:tcPr>
    </w:tblStylePr>
    <w:tblStylePr w:type="lastRow">
      <w:rPr>
        <w:b w:val="1"/>
        <w:bCs w:val="1"/>
        <w:color w:val="000000" w:themeColor="text1"/>
      </w:rPr>
      <w:tblPr/>
      <w:tcPr>
        <w:tcBorders>
          <w:top w:color="000000" w:space="0" w:sz="12" w:themeColor="text1" w:val="single"/>
          <w:left w:space="0" w:sz="0" w:val="nil"/>
          <w:bottom w:space="0" w:sz="0" w:val="nil"/>
          <w:right w:space="0" w:sz="0" w:val="nil"/>
          <w:insideH w:space="0" w:sz="0" w:val="nil"/>
          <w:insideV w:space="0" w:sz="0" w:val="nil"/>
        </w:tcBorders>
        <w:shd w:color="auto" w:fill="ffffff" w:themeFill="background1" w:val="clear"/>
      </w:tcPr>
    </w:tblStylePr>
    <w:tblStylePr w:type="firstCol">
      <w:rPr>
        <w:b w:val="1"/>
        <w:bCs w:val="1"/>
        <w:color w:val="000000" w:themeColor="text1"/>
      </w:rPr>
      <w:tblPr/>
      <w:tcPr>
        <w:tcBorders>
          <w:top w:space="0" w:sz="0" w:val="nil"/>
          <w:left w:space="0" w:sz="0" w:val="nil"/>
          <w:bottom w:space="0" w:sz="0" w:val="nil"/>
          <w:right w:space="0" w:sz="0" w:val="nil"/>
          <w:insideH w:space="0" w:sz="0" w:val="nil"/>
          <w:insideV w:space="0" w:sz="0" w:val="nil"/>
        </w:tcBorders>
        <w:shd w:color="auto" w:fill="ffffff" w:themeFill="background1" w:val="clear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space="0" w:sz="0" w:val="nil"/>
          <w:left w:space="0" w:sz="0" w:val="nil"/>
          <w:bottom w:space="0" w:sz="0" w:val="nil"/>
          <w:right w:space="0" w:sz="0" w:val="nil"/>
          <w:insideH w:space="0" w:sz="0" w:val="nil"/>
          <w:insideV w:space="0" w:sz="0" w:val="nil"/>
        </w:tcBorders>
        <w:shd w:color="auto" w:fill="fde9d9" w:themeFill="accent6" w:themeFillTint="000033" w:val="clear"/>
      </w:tcPr>
    </w:tblStylePr>
    <w:tblStylePr w:type="band1Vert">
      <w:tblPr/>
      <w:tcPr>
        <w:shd w:color="auto" w:fill="fbcaa2" w:themeFill="accent6" w:themeFillTint="00007F" w:val="clear"/>
      </w:tcPr>
    </w:tblStylePr>
    <w:tblStylePr w:type="band1Horz">
      <w:tblPr/>
      <w:tcPr>
        <w:tcBorders>
          <w:insideH w:color="f79646" w:space="0" w:sz="6" w:themeColor="accent6" w:val="single"/>
          <w:insideV w:color="f79646" w:space="0" w:sz="6" w:themeColor="accent6" w:val="single"/>
        </w:tcBorders>
        <w:shd w:color="auto" w:fill="fbcaa2" w:themeFill="accent6" w:themeFillTint="00007F" w:val="clear"/>
      </w:tcPr>
    </w:tblStylePr>
    <w:tblStylePr w:type="nwCell">
      <w:tblPr/>
      <w:tcPr>
        <w:shd w:color="auto" w:fill="ffffff" w:themeFill="background1" w:val="clear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.0" w:type="dxa"/>
      <w:tblBorders>
        <w:top w:color="ffffff" w:space="0" w:sz="8" w:themeColor="background1" w:val="single"/>
        <w:left w:color="ffffff" w:space="0" w:sz="8" w:themeColor="background1" w:val="single"/>
        <w:bottom w:color="ffffff" w:space="0" w:sz="8" w:themeColor="background1" w:val="single"/>
        <w:right w:color="ffffff" w:space="0" w:sz="8" w:themeColor="background1" w:val="single"/>
        <w:insideH w:color="ffffff" w:space="0" w:sz="6" w:themeColor="background1" w:val="single"/>
        <w:insideV w:color="ffffff" w:space="0" w:sz="6" w:themeColor="background1" w:val="single"/>
      </w:tblBorders>
      <w:tblCellMar>
        <w:top w:w="0.0" w:type="dxa"/>
        <w:left w:w="108.0" w:type="dxa"/>
        <w:bottom w:w="0.0" w:type="dxa"/>
        <w:right w:w="108.0" w:type="dxa"/>
      </w:tblCellMar>
    </w:tblPr>
    <w:tcPr>
      <w:shd w:color="auto" w:fill="c0c0c0" w:themeFill="text1" w:themeFillTint="00003F" w:val="clear"/>
    </w:tcPr>
    <w:tblStylePr w:type="firstRow">
      <w:rPr>
        <w:b w:val="1"/>
        <w:bCs w:val="1"/>
        <w:i w:val="0"/>
        <w:iCs w:val="0"/>
        <w:color w:val="ffffff" w:themeColor="background1"/>
      </w:rPr>
      <w:tblPr/>
      <w:tcPr>
        <w:tcBorders>
          <w:top w:color="ffffff" w:space="0" w:sz="8" w:themeColor="background1" w:val="single"/>
          <w:left w:color="ffffff" w:space="0" w:sz="8" w:themeColor="background1" w:val="single"/>
          <w:bottom w:color="ffffff" w:space="0" w:sz="24" w:themeColor="background1" w:val="single"/>
          <w:right w:color="ffffff" w:space="0" w:sz="8" w:themeColor="background1" w:val="single"/>
          <w:insideH w:space="0" w:sz="0" w:val="nil"/>
          <w:insideV w:color="ffffff" w:space="0" w:sz="8" w:themeColor="background1" w:val="single"/>
        </w:tcBorders>
        <w:shd w:color="auto" w:fill="000000" w:themeFill="text1" w:val="clear"/>
      </w:tcPr>
    </w:tblStylePr>
    <w:tblStylePr w:type="lastRow">
      <w:rPr>
        <w:b w:val="1"/>
        <w:bCs w:val="1"/>
        <w:i w:val="0"/>
        <w:iCs w:val="0"/>
        <w:color w:val="ffffff" w:themeColor="background1"/>
      </w:rPr>
      <w:tblPr/>
      <w:tcPr>
        <w:tcBorders>
          <w:top w:color="ffffff" w:space="0" w:sz="24" w:themeColor="background1" w:val="single"/>
          <w:left w:color="ffffff" w:space="0" w:sz="8" w:themeColor="background1" w:val="single"/>
          <w:bottom w:color="ffffff" w:space="0" w:sz="8" w:themeColor="background1" w:val="single"/>
          <w:right w:color="ffffff" w:space="0" w:sz="8" w:themeColor="background1" w:val="single"/>
          <w:insideH w:space="0" w:sz="0" w:val="nil"/>
          <w:insideV w:color="ffffff" w:space="0" w:sz="8" w:themeColor="background1" w:val="single"/>
        </w:tcBorders>
        <w:shd w:color="auto" w:fill="000000" w:themeFill="text1" w:val="clear"/>
      </w:tcPr>
    </w:tblStylePr>
    <w:tblStylePr w:type="firstCol">
      <w:rPr>
        <w:b w:val="1"/>
        <w:bCs w:val="1"/>
        <w:i w:val="0"/>
        <w:iCs w:val="0"/>
        <w:color w:val="ffffff" w:themeColor="background1"/>
      </w:rPr>
      <w:tblPr/>
      <w:tcPr>
        <w:tcBorders>
          <w:left w:color="ffffff" w:space="0" w:sz="8" w:themeColor="background1" w:val="single"/>
          <w:right w:color="ffffff" w:space="0" w:sz="24" w:themeColor="background1" w:val="single"/>
          <w:insideH w:space="0" w:sz="0" w:val="nil"/>
          <w:insideV w:space="0" w:sz="0" w:val="nil"/>
        </w:tcBorders>
        <w:shd w:color="auto" w:fill="000000" w:themeFill="text1" w:val="clear"/>
      </w:tcPr>
    </w:tblStylePr>
    <w:tblStylePr w:type="lastCol">
      <w:rPr>
        <w:b w:val="1"/>
        <w:bCs w:val="1"/>
        <w:i w:val="0"/>
        <w:iCs w:val="0"/>
        <w:color w:val="ffffff" w:themeColor="background1"/>
      </w:rPr>
      <w:tblPr/>
      <w:tcPr>
        <w:tcBorders>
          <w:top w:space="0" w:sz="0" w:val="nil"/>
          <w:left w:color="ffffff" w:space="0" w:sz="24" w:themeColor="background1" w:val="single"/>
          <w:bottom w:space="0" w:sz="0" w:val="nil"/>
          <w:right w:space="0" w:sz="0" w:val="nil"/>
          <w:insideH w:space="0" w:sz="0" w:val="nil"/>
          <w:insideV w:space="0" w:sz="0" w:val="nil"/>
        </w:tcBorders>
        <w:shd w:color="auto" w:fill="000000" w:themeFill="text1" w:val="clear"/>
      </w:tcPr>
    </w:tblStylePr>
    <w:tblStylePr w:type="band1Vert">
      <w:tblPr/>
      <w:tcPr>
        <w:tcBorders>
          <w:top w:color="ffffff" w:space="0" w:sz="8" w:themeColor="background1" w:val="single"/>
          <w:left w:color="ffffff" w:space="0" w:sz="8" w:themeColor="background1" w:val="single"/>
          <w:bottom w:color="ffffff" w:space="0" w:sz="8" w:themeColor="background1" w:val="single"/>
          <w:right w:color="ffffff" w:space="0" w:sz="8" w:themeColor="background1" w:val="single"/>
          <w:insideH w:space="0" w:sz="0" w:val="nil"/>
          <w:insideV w:space="0" w:sz="0" w:val="nil"/>
        </w:tcBorders>
        <w:shd w:color="auto" w:fill="808080" w:themeFill="text1" w:themeFillTint="00007F" w:val="clear"/>
      </w:tcPr>
    </w:tblStylePr>
    <w:tblStylePr w:type="band1Horz">
      <w:tblPr/>
      <w:tcPr>
        <w:tcBorders>
          <w:top w:color="ffffff" w:space="0" w:sz="8" w:themeColor="background1" w:val="single"/>
          <w:left w:color="ffffff" w:space="0" w:sz="8" w:themeColor="background1" w:val="single"/>
          <w:bottom w:color="ffffff" w:space="0" w:sz="8" w:themeColor="background1" w:val="single"/>
          <w:right w:color="ffffff" w:space="0" w:sz="8" w:themeColor="background1" w:val="single"/>
          <w:insideH w:color="ffffff" w:space="0" w:sz="8" w:themeColor="background1" w:val="single"/>
          <w:insideV w:color="ffffff" w:space="0" w:sz="8" w:themeColor="background1" w:val="single"/>
        </w:tcBorders>
        <w:shd w:color="auto" w:fill="808080" w:themeFill="text1" w:themeFillTint="00007F" w:val="clear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.0" w:type="dxa"/>
      <w:tblBorders>
        <w:top w:color="ffffff" w:space="0" w:sz="8" w:themeColor="background1" w:val="single"/>
        <w:left w:color="ffffff" w:space="0" w:sz="8" w:themeColor="background1" w:val="single"/>
        <w:bottom w:color="ffffff" w:space="0" w:sz="8" w:themeColor="background1" w:val="single"/>
        <w:right w:color="ffffff" w:space="0" w:sz="8" w:themeColor="background1" w:val="single"/>
        <w:insideH w:color="ffffff" w:space="0" w:sz="6" w:themeColor="background1" w:val="single"/>
        <w:insideV w:color="ffffff" w:space="0" w:sz="6" w:themeColor="background1" w:val="single"/>
      </w:tblBorders>
      <w:tblCellMar>
        <w:top w:w="0.0" w:type="dxa"/>
        <w:left w:w="108.0" w:type="dxa"/>
        <w:bottom w:w="0.0" w:type="dxa"/>
        <w:right w:w="108.0" w:type="dxa"/>
      </w:tblCellMar>
    </w:tblPr>
    <w:tcPr>
      <w:shd w:color="auto" w:fill="d3dfee" w:themeFill="accent1" w:themeFillTint="00003F" w:val="clear"/>
    </w:tcPr>
    <w:tblStylePr w:type="firstRow">
      <w:rPr>
        <w:b w:val="1"/>
        <w:bCs w:val="1"/>
        <w:i w:val="0"/>
        <w:iCs w:val="0"/>
        <w:color w:val="ffffff" w:themeColor="background1"/>
      </w:rPr>
      <w:tblPr/>
      <w:tcPr>
        <w:tcBorders>
          <w:top w:color="ffffff" w:space="0" w:sz="8" w:themeColor="background1" w:val="single"/>
          <w:left w:color="ffffff" w:space="0" w:sz="8" w:themeColor="background1" w:val="single"/>
          <w:bottom w:color="ffffff" w:space="0" w:sz="24" w:themeColor="background1" w:val="single"/>
          <w:right w:color="ffffff" w:space="0" w:sz="8" w:themeColor="background1" w:val="single"/>
          <w:insideH w:space="0" w:sz="0" w:val="nil"/>
          <w:insideV w:color="ffffff" w:space="0" w:sz="8" w:themeColor="background1" w:val="single"/>
        </w:tcBorders>
        <w:shd w:color="auto" w:fill="4f81bd" w:themeFill="accent1" w:val="clear"/>
      </w:tcPr>
    </w:tblStylePr>
    <w:tblStylePr w:type="lastRow">
      <w:rPr>
        <w:b w:val="1"/>
        <w:bCs w:val="1"/>
        <w:i w:val="0"/>
        <w:iCs w:val="0"/>
        <w:color w:val="ffffff" w:themeColor="background1"/>
      </w:rPr>
      <w:tblPr/>
      <w:tcPr>
        <w:tcBorders>
          <w:top w:color="ffffff" w:space="0" w:sz="24" w:themeColor="background1" w:val="single"/>
          <w:left w:color="ffffff" w:space="0" w:sz="8" w:themeColor="background1" w:val="single"/>
          <w:bottom w:color="ffffff" w:space="0" w:sz="8" w:themeColor="background1" w:val="single"/>
          <w:right w:color="ffffff" w:space="0" w:sz="8" w:themeColor="background1" w:val="single"/>
          <w:insideH w:space="0" w:sz="0" w:val="nil"/>
          <w:insideV w:color="ffffff" w:space="0" w:sz="8" w:themeColor="background1" w:val="single"/>
        </w:tcBorders>
        <w:shd w:color="auto" w:fill="4f81bd" w:themeFill="accent1" w:val="clear"/>
      </w:tcPr>
    </w:tblStylePr>
    <w:tblStylePr w:type="firstCol">
      <w:rPr>
        <w:b w:val="1"/>
        <w:bCs w:val="1"/>
        <w:i w:val="0"/>
        <w:iCs w:val="0"/>
        <w:color w:val="ffffff" w:themeColor="background1"/>
      </w:rPr>
      <w:tblPr/>
      <w:tcPr>
        <w:tcBorders>
          <w:left w:color="ffffff" w:space="0" w:sz="8" w:themeColor="background1" w:val="single"/>
          <w:right w:color="ffffff" w:space="0" w:sz="24" w:themeColor="background1" w:val="single"/>
          <w:insideH w:space="0" w:sz="0" w:val="nil"/>
          <w:insideV w:space="0" w:sz="0" w:val="nil"/>
        </w:tcBorders>
        <w:shd w:color="auto" w:fill="4f81bd" w:themeFill="accent1" w:val="clear"/>
      </w:tcPr>
    </w:tblStylePr>
    <w:tblStylePr w:type="lastCol">
      <w:rPr>
        <w:b w:val="1"/>
        <w:bCs w:val="1"/>
        <w:i w:val="0"/>
        <w:iCs w:val="0"/>
        <w:color w:val="ffffff" w:themeColor="background1"/>
      </w:rPr>
      <w:tblPr/>
      <w:tcPr>
        <w:tcBorders>
          <w:top w:space="0" w:sz="0" w:val="nil"/>
          <w:left w:color="ffffff" w:space="0" w:sz="24" w:themeColor="background1" w:val="single"/>
          <w:bottom w:space="0" w:sz="0" w:val="nil"/>
          <w:right w:space="0" w:sz="0" w:val="nil"/>
          <w:insideH w:space="0" w:sz="0" w:val="nil"/>
          <w:insideV w:space="0" w:sz="0" w:val="nil"/>
        </w:tcBorders>
        <w:shd w:color="auto" w:fill="4f81bd" w:themeFill="accent1" w:val="clear"/>
      </w:tcPr>
    </w:tblStylePr>
    <w:tblStylePr w:type="band1Vert">
      <w:tblPr/>
      <w:tcPr>
        <w:tcBorders>
          <w:top w:color="ffffff" w:space="0" w:sz="8" w:themeColor="background1" w:val="single"/>
          <w:left w:color="ffffff" w:space="0" w:sz="8" w:themeColor="background1" w:val="single"/>
          <w:bottom w:color="ffffff" w:space="0" w:sz="8" w:themeColor="background1" w:val="single"/>
          <w:right w:color="ffffff" w:space="0" w:sz="8" w:themeColor="background1" w:val="single"/>
          <w:insideH w:space="0" w:sz="0" w:val="nil"/>
          <w:insideV w:space="0" w:sz="0" w:val="nil"/>
        </w:tcBorders>
        <w:shd w:color="auto" w:fill="a7bfde" w:themeFill="accent1" w:themeFillTint="00007F" w:val="clear"/>
      </w:tcPr>
    </w:tblStylePr>
    <w:tblStylePr w:type="band1Horz">
      <w:tblPr/>
      <w:tcPr>
        <w:tcBorders>
          <w:top w:color="ffffff" w:space="0" w:sz="8" w:themeColor="background1" w:val="single"/>
          <w:left w:color="ffffff" w:space="0" w:sz="8" w:themeColor="background1" w:val="single"/>
          <w:bottom w:color="ffffff" w:space="0" w:sz="8" w:themeColor="background1" w:val="single"/>
          <w:right w:color="ffffff" w:space="0" w:sz="8" w:themeColor="background1" w:val="single"/>
          <w:insideH w:color="ffffff" w:space="0" w:sz="8" w:themeColor="background1" w:val="single"/>
          <w:insideV w:color="ffffff" w:space="0" w:sz="8" w:themeColor="background1" w:val="single"/>
        </w:tcBorders>
        <w:shd w:color="auto" w:fill="a7bfde" w:themeFill="accent1" w:themeFillTint="00007F" w:val="clear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.0" w:type="dxa"/>
      <w:tblBorders>
        <w:top w:color="ffffff" w:space="0" w:sz="8" w:themeColor="background1" w:val="single"/>
        <w:left w:color="ffffff" w:space="0" w:sz="8" w:themeColor="background1" w:val="single"/>
        <w:bottom w:color="ffffff" w:space="0" w:sz="8" w:themeColor="background1" w:val="single"/>
        <w:right w:color="ffffff" w:space="0" w:sz="8" w:themeColor="background1" w:val="single"/>
        <w:insideH w:color="ffffff" w:space="0" w:sz="6" w:themeColor="background1" w:val="single"/>
        <w:insideV w:color="ffffff" w:space="0" w:sz="6" w:themeColor="background1" w:val="single"/>
      </w:tblBorders>
      <w:tblCellMar>
        <w:top w:w="0.0" w:type="dxa"/>
        <w:left w:w="108.0" w:type="dxa"/>
        <w:bottom w:w="0.0" w:type="dxa"/>
        <w:right w:w="108.0" w:type="dxa"/>
      </w:tblCellMar>
    </w:tblPr>
    <w:tcPr>
      <w:shd w:color="auto" w:fill="efd3d2" w:themeFill="accent2" w:themeFillTint="00003F" w:val="clear"/>
    </w:tcPr>
    <w:tblStylePr w:type="firstRow">
      <w:rPr>
        <w:b w:val="1"/>
        <w:bCs w:val="1"/>
        <w:i w:val="0"/>
        <w:iCs w:val="0"/>
        <w:color w:val="ffffff" w:themeColor="background1"/>
      </w:rPr>
      <w:tblPr/>
      <w:tcPr>
        <w:tcBorders>
          <w:top w:color="ffffff" w:space="0" w:sz="8" w:themeColor="background1" w:val="single"/>
          <w:left w:color="ffffff" w:space="0" w:sz="8" w:themeColor="background1" w:val="single"/>
          <w:bottom w:color="ffffff" w:space="0" w:sz="24" w:themeColor="background1" w:val="single"/>
          <w:right w:color="ffffff" w:space="0" w:sz="8" w:themeColor="background1" w:val="single"/>
          <w:insideH w:space="0" w:sz="0" w:val="nil"/>
          <w:insideV w:color="ffffff" w:space="0" w:sz="8" w:themeColor="background1" w:val="single"/>
        </w:tcBorders>
        <w:shd w:color="auto" w:fill="c0504d" w:themeFill="accent2" w:val="clear"/>
      </w:tcPr>
    </w:tblStylePr>
    <w:tblStylePr w:type="lastRow">
      <w:rPr>
        <w:b w:val="1"/>
        <w:bCs w:val="1"/>
        <w:i w:val="0"/>
        <w:iCs w:val="0"/>
        <w:color w:val="ffffff" w:themeColor="background1"/>
      </w:rPr>
      <w:tblPr/>
      <w:tcPr>
        <w:tcBorders>
          <w:top w:color="ffffff" w:space="0" w:sz="24" w:themeColor="background1" w:val="single"/>
          <w:left w:color="ffffff" w:space="0" w:sz="8" w:themeColor="background1" w:val="single"/>
          <w:bottom w:color="ffffff" w:space="0" w:sz="8" w:themeColor="background1" w:val="single"/>
          <w:right w:color="ffffff" w:space="0" w:sz="8" w:themeColor="background1" w:val="single"/>
          <w:insideH w:space="0" w:sz="0" w:val="nil"/>
          <w:insideV w:color="ffffff" w:space="0" w:sz="8" w:themeColor="background1" w:val="single"/>
        </w:tcBorders>
        <w:shd w:color="auto" w:fill="c0504d" w:themeFill="accent2" w:val="clear"/>
      </w:tcPr>
    </w:tblStylePr>
    <w:tblStylePr w:type="firstCol">
      <w:rPr>
        <w:b w:val="1"/>
        <w:bCs w:val="1"/>
        <w:i w:val="0"/>
        <w:iCs w:val="0"/>
        <w:color w:val="ffffff" w:themeColor="background1"/>
      </w:rPr>
      <w:tblPr/>
      <w:tcPr>
        <w:tcBorders>
          <w:left w:color="ffffff" w:space="0" w:sz="8" w:themeColor="background1" w:val="single"/>
          <w:right w:color="ffffff" w:space="0" w:sz="24" w:themeColor="background1" w:val="single"/>
          <w:insideH w:space="0" w:sz="0" w:val="nil"/>
          <w:insideV w:space="0" w:sz="0" w:val="nil"/>
        </w:tcBorders>
        <w:shd w:color="auto" w:fill="c0504d" w:themeFill="accent2" w:val="clear"/>
      </w:tcPr>
    </w:tblStylePr>
    <w:tblStylePr w:type="lastCol">
      <w:rPr>
        <w:b w:val="1"/>
        <w:bCs w:val="1"/>
        <w:i w:val="0"/>
        <w:iCs w:val="0"/>
        <w:color w:val="ffffff" w:themeColor="background1"/>
      </w:rPr>
      <w:tblPr/>
      <w:tcPr>
        <w:tcBorders>
          <w:top w:space="0" w:sz="0" w:val="nil"/>
          <w:left w:color="ffffff" w:space="0" w:sz="24" w:themeColor="background1" w:val="single"/>
          <w:bottom w:space="0" w:sz="0" w:val="nil"/>
          <w:right w:space="0" w:sz="0" w:val="nil"/>
          <w:insideH w:space="0" w:sz="0" w:val="nil"/>
          <w:insideV w:space="0" w:sz="0" w:val="nil"/>
        </w:tcBorders>
        <w:shd w:color="auto" w:fill="c0504d" w:themeFill="accent2" w:val="clear"/>
      </w:tcPr>
    </w:tblStylePr>
    <w:tblStylePr w:type="band1Vert">
      <w:tblPr/>
      <w:tcPr>
        <w:tcBorders>
          <w:top w:color="ffffff" w:space="0" w:sz="8" w:themeColor="background1" w:val="single"/>
          <w:left w:color="ffffff" w:space="0" w:sz="8" w:themeColor="background1" w:val="single"/>
          <w:bottom w:color="ffffff" w:space="0" w:sz="8" w:themeColor="background1" w:val="single"/>
          <w:right w:color="ffffff" w:space="0" w:sz="8" w:themeColor="background1" w:val="single"/>
          <w:insideH w:space="0" w:sz="0" w:val="nil"/>
          <w:insideV w:space="0" w:sz="0" w:val="nil"/>
        </w:tcBorders>
        <w:shd w:color="auto" w:fill="dfa7a6" w:themeFill="accent2" w:themeFillTint="00007F" w:val="clear"/>
      </w:tcPr>
    </w:tblStylePr>
    <w:tblStylePr w:type="band1Horz">
      <w:tblPr/>
      <w:tcPr>
        <w:tcBorders>
          <w:top w:color="ffffff" w:space="0" w:sz="8" w:themeColor="background1" w:val="single"/>
          <w:left w:color="ffffff" w:space="0" w:sz="8" w:themeColor="background1" w:val="single"/>
          <w:bottom w:color="ffffff" w:space="0" w:sz="8" w:themeColor="background1" w:val="single"/>
          <w:right w:color="ffffff" w:space="0" w:sz="8" w:themeColor="background1" w:val="single"/>
          <w:insideH w:color="ffffff" w:space="0" w:sz="8" w:themeColor="background1" w:val="single"/>
          <w:insideV w:color="ffffff" w:space="0" w:sz="8" w:themeColor="background1" w:val="single"/>
        </w:tcBorders>
        <w:shd w:color="auto" w:fill="dfa7a6" w:themeFill="accent2" w:themeFillTint="00007F" w:val="clear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.0" w:type="dxa"/>
      <w:tblBorders>
        <w:top w:color="ffffff" w:space="0" w:sz="8" w:themeColor="background1" w:val="single"/>
        <w:left w:color="ffffff" w:space="0" w:sz="8" w:themeColor="background1" w:val="single"/>
        <w:bottom w:color="ffffff" w:space="0" w:sz="8" w:themeColor="background1" w:val="single"/>
        <w:right w:color="ffffff" w:space="0" w:sz="8" w:themeColor="background1" w:val="single"/>
        <w:insideH w:color="ffffff" w:space="0" w:sz="6" w:themeColor="background1" w:val="single"/>
        <w:insideV w:color="ffffff" w:space="0" w:sz="6" w:themeColor="background1" w:val="single"/>
      </w:tblBorders>
      <w:tblCellMar>
        <w:top w:w="0.0" w:type="dxa"/>
        <w:left w:w="108.0" w:type="dxa"/>
        <w:bottom w:w="0.0" w:type="dxa"/>
        <w:right w:w="108.0" w:type="dxa"/>
      </w:tblCellMar>
    </w:tblPr>
    <w:tcPr>
      <w:shd w:color="auto" w:fill="e6eed5" w:themeFill="accent3" w:themeFillTint="00003F" w:val="clear"/>
    </w:tcPr>
    <w:tblStylePr w:type="firstRow">
      <w:rPr>
        <w:b w:val="1"/>
        <w:bCs w:val="1"/>
        <w:i w:val="0"/>
        <w:iCs w:val="0"/>
        <w:color w:val="ffffff" w:themeColor="background1"/>
      </w:rPr>
      <w:tblPr/>
      <w:tcPr>
        <w:tcBorders>
          <w:top w:color="ffffff" w:space="0" w:sz="8" w:themeColor="background1" w:val="single"/>
          <w:left w:color="ffffff" w:space="0" w:sz="8" w:themeColor="background1" w:val="single"/>
          <w:bottom w:color="ffffff" w:space="0" w:sz="24" w:themeColor="background1" w:val="single"/>
          <w:right w:color="ffffff" w:space="0" w:sz="8" w:themeColor="background1" w:val="single"/>
          <w:insideH w:space="0" w:sz="0" w:val="nil"/>
          <w:insideV w:color="ffffff" w:space="0" w:sz="8" w:themeColor="background1" w:val="single"/>
        </w:tcBorders>
        <w:shd w:color="auto" w:fill="9bbb59" w:themeFill="accent3" w:val="clear"/>
      </w:tcPr>
    </w:tblStylePr>
    <w:tblStylePr w:type="lastRow">
      <w:rPr>
        <w:b w:val="1"/>
        <w:bCs w:val="1"/>
        <w:i w:val="0"/>
        <w:iCs w:val="0"/>
        <w:color w:val="ffffff" w:themeColor="background1"/>
      </w:rPr>
      <w:tblPr/>
      <w:tcPr>
        <w:tcBorders>
          <w:top w:color="ffffff" w:space="0" w:sz="24" w:themeColor="background1" w:val="single"/>
          <w:left w:color="ffffff" w:space="0" w:sz="8" w:themeColor="background1" w:val="single"/>
          <w:bottom w:color="ffffff" w:space="0" w:sz="8" w:themeColor="background1" w:val="single"/>
          <w:right w:color="ffffff" w:space="0" w:sz="8" w:themeColor="background1" w:val="single"/>
          <w:insideH w:space="0" w:sz="0" w:val="nil"/>
          <w:insideV w:color="ffffff" w:space="0" w:sz="8" w:themeColor="background1" w:val="single"/>
        </w:tcBorders>
        <w:shd w:color="auto" w:fill="9bbb59" w:themeFill="accent3" w:val="clear"/>
      </w:tcPr>
    </w:tblStylePr>
    <w:tblStylePr w:type="firstCol">
      <w:rPr>
        <w:b w:val="1"/>
        <w:bCs w:val="1"/>
        <w:i w:val="0"/>
        <w:iCs w:val="0"/>
        <w:color w:val="ffffff" w:themeColor="background1"/>
      </w:rPr>
      <w:tblPr/>
      <w:tcPr>
        <w:tcBorders>
          <w:left w:color="ffffff" w:space="0" w:sz="8" w:themeColor="background1" w:val="single"/>
          <w:right w:color="ffffff" w:space="0" w:sz="24" w:themeColor="background1" w:val="single"/>
          <w:insideH w:space="0" w:sz="0" w:val="nil"/>
          <w:insideV w:space="0" w:sz="0" w:val="nil"/>
        </w:tcBorders>
        <w:shd w:color="auto" w:fill="9bbb59" w:themeFill="accent3" w:val="clear"/>
      </w:tcPr>
    </w:tblStylePr>
    <w:tblStylePr w:type="lastCol">
      <w:rPr>
        <w:b w:val="1"/>
        <w:bCs w:val="1"/>
        <w:i w:val="0"/>
        <w:iCs w:val="0"/>
        <w:color w:val="ffffff" w:themeColor="background1"/>
      </w:rPr>
      <w:tblPr/>
      <w:tcPr>
        <w:tcBorders>
          <w:top w:space="0" w:sz="0" w:val="nil"/>
          <w:left w:color="ffffff" w:space="0" w:sz="24" w:themeColor="background1" w:val="single"/>
          <w:bottom w:space="0" w:sz="0" w:val="nil"/>
          <w:right w:space="0" w:sz="0" w:val="nil"/>
          <w:insideH w:space="0" w:sz="0" w:val="nil"/>
          <w:insideV w:space="0" w:sz="0" w:val="nil"/>
        </w:tcBorders>
        <w:shd w:color="auto" w:fill="9bbb59" w:themeFill="accent3" w:val="clear"/>
      </w:tcPr>
    </w:tblStylePr>
    <w:tblStylePr w:type="band1Vert">
      <w:tblPr/>
      <w:tcPr>
        <w:tcBorders>
          <w:top w:color="ffffff" w:space="0" w:sz="8" w:themeColor="background1" w:val="single"/>
          <w:left w:color="ffffff" w:space="0" w:sz="8" w:themeColor="background1" w:val="single"/>
          <w:bottom w:color="ffffff" w:space="0" w:sz="8" w:themeColor="background1" w:val="single"/>
          <w:right w:color="ffffff" w:space="0" w:sz="8" w:themeColor="background1" w:val="single"/>
          <w:insideH w:space="0" w:sz="0" w:val="nil"/>
          <w:insideV w:space="0" w:sz="0" w:val="nil"/>
        </w:tcBorders>
        <w:shd w:color="auto" w:fill="cdddac" w:themeFill="accent3" w:themeFillTint="00007F" w:val="clear"/>
      </w:tcPr>
    </w:tblStylePr>
    <w:tblStylePr w:type="band1Horz">
      <w:tblPr/>
      <w:tcPr>
        <w:tcBorders>
          <w:top w:color="ffffff" w:space="0" w:sz="8" w:themeColor="background1" w:val="single"/>
          <w:left w:color="ffffff" w:space="0" w:sz="8" w:themeColor="background1" w:val="single"/>
          <w:bottom w:color="ffffff" w:space="0" w:sz="8" w:themeColor="background1" w:val="single"/>
          <w:right w:color="ffffff" w:space="0" w:sz="8" w:themeColor="background1" w:val="single"/>
          <w:insideH w:color="ffffff" w:space="0" w:sz="8" w:themeColor="background1" w:val="single"/>
          <w:insideV w:color="ffffff" w:space="0" w:sz="8" w:themeColor="background1" w:val="single"/>
        </w:tcBorders>
        <w:shd w:color="auto" w:fill="cdddac" w:themeFill="accent3" w:themeFillTint="00007F" w:val="clear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.0" w:type="dxa"/>
      <w:tblBorders>
        <w:top w:color="ffffff" w:space="0" w:sz="8" w:themeColor="background1" w:val="single"/>
        <w:left w:color="ffffff" w:space="0" w:sz="8" w:themeColor="background1" w:val="single"/>
        <w:bottom w:color="ffffff" w:space="0" w:sz="8" w:themeColor="background1" w:val="single"/>
        <w:right w:color="ffffff" w:space="0" w:sz="8" w:themeColor="background1" w:val="single"/>
        <w:insideH w:color="ffffff" w:space="0" w:sz="6" w:themeColor="background1" w:val="single"/>
        <w:insideV w:color="ffffff" w:space="0" w:sz="6" w:themeColor="background1" w:val="single"/>
      </w:tblBorders>
      <w:tblCellMar>
        <w:top w:w="0.0" w:type="dxa"/>
        <w:left w:w="108.0" w:type="dxa"/>
        <w:bottom w:w="0.0" w:type="dxa"/>
        <w:right w:w="108.0" w:type="dxa"/>
      </w:tblCellMar>
    </w:tblPr>
    <w:tcPr>
      <w:shd w:color="auto" w:fill="dfd8e8" w:themeFill="accent4" w:themeFillTint="00003F" w:val="clear"/>
    </w:tcPr>
    <w:tblStylePr w:type="firstRow">
      <w:rPr>
        <w:b w:val="1"/>
        <w:bCs w:val="1"/>
        <w:i w:val="0"/>
        <w:iCs w:val="0"/>
        <w:color w:val="ffffff" w:themeColor="background1"/>
      </w:rPr>
      <w:tblPr/>
      <w:tcPr>
        <w:tcBorders>
          <w:top w:color="ffffff" w:space="0" w:sz="8" w:themeColor="background1" w:val="single"/>
          <w:left w:color="ffffff" w:space="0" w:sz="8" w:themeColor="background1" w:val="single"/>
          <w:bottom w:color="ffffff" w:space="0" w:sz="24" w:themeColor="background1" w:val="single"/>
          <w:right w:color="ffffff" w:space="0" w:sz="8" w:themeColor="background1" w:val="single"/>
          <w:insideH w:space="0" w:sz="0" w:val="nil"/>
          <w:insideV w:color="ffffff" w:space="0" w:sz="8" w:themeColor="background1" w:val="single"/>
        </w:tcBorders>
        <w:shd w:color="auto" w:fill="8064a2" w:themeFill="accent4" w:val="clear"/>
      </w:tcPr>
    </w:tblStylePr>
    <w:tblStylePr w:type="lastRow">
      <w:rPr>
        <w:b w:val="1"/>
        <w:bCs w:val="1"/>
        <w:i w:val="0"/>
        <w:iCs w:val="0"/>
        <w:color w:val="ffffff" w:themeColor="background1"/>
      </w:rPr>
      <w:tblPr/>
      <w:tcPr>
        <w:tcBorders>
          <w:top w:color="ffffff" w:space="0" w:sz="24" w:themeColor="background1" w:val="single"/>
          <w:left w:color="ffffff" w:space="0" w:sz="8" w:themeColor="background1" w:val="single"/>
          <w:bottom w:color="ffffff" w:space="0" w:sz="8" w:themeColor="background1" w:val="single"/>
          <w:right w:color="ffffff" w:space="0" w:sz="8" w:themeColor="background1" w:val="single"/>
          <w:insideH w:space="0" w:sz="0" w:val="nil"/>
          <w:insideV w:color="ffffff" w:space="0" w:sz="8" w:themeColor="background1" w:val="single"/>
        </w:tcBorders>
        <w:shd w:color="auto" w:fill="8064a2" w:themeFill="accent4" w:val="clear"/>
      </w:tcPr>
    </w:tblStylePr>
    <w:tblStylePr w:type="firstCol">
      <w:rPr>
        <w:b w:val="1"/>
        <w:bCs w:val="1"/>
        <w:i w:val="0"/>
        <w:iCs w:val="0"/>
        <w:color w:val="ffffff" w:themeColor="background1"/>
      </w:rPr>
      <w:tblPr/>
      <w:tcPr>
        <w:tcBorders>
          <w:left w:color="ffffff" w:space="0" w:sz="8" w:themeColor="background1" w:val="single"/>
          <w:right w:color="ffffff" w:space="0" w:sz="24" w:themeColor="background1" w:val="single"/>
          <w:insideH w:space="0" w:sz="0" w:val="nil"/>
          <w:insideV w:space="0" w:sz="0" w:val="nil"/>
        </w:tcBorders>
        <w:shd w:color="auto" w:fill="8064a2" w:themeFill="accent4" w:val="clear"/>
      </w:tcPr>
    </w:tblStylePr>
    <w:tblStylePr w:type="lastCol">
      <w:rPr>
        <w:b w:val="1"/>
        <w:bCs w:val="1"/>
        <w:i w:val="0"/>
        <w:iCs w:val="0"/>
        <w:color w:val="ffffff" w:themeColor="background1"/>
      </w:rPr>
      <w:tblPr/>
      <w:tcPr>
        <w:tcBorders>
          <w:top w:space="0" w:sz="0" w:val="nil"/>
          <w:left w:color="ffffff" w:space="0" w:sz="24" w:themeColor="background1" w:val="single"/>
          <w:bottom w:space="0" w:sz="0" w:val="nil"/>
          <w:right w:space="0" w:sz="0" w:val="nil"/>
          <w:insideH w:space="0" w:sz="0" w:val="nil"/>
          <w:insideV w:space="0" w:sz="0" w:val="nil"/>
        </w:tcBorders>
        <w:shd w:color="auto" w:fill="8064a2" w:themeFill="accent4" w:val="clear"/>
      </w:tcPr>
    </w:tblStylePr>
    <w:tblStylePr w:type="band1Vert">
      <w:tblPr/>
      <w:tcPr>
        <w:tcBorders>
          <w:top w:color="ffffff" w:space="0" w:sz="8" w:themeColor="background1" w:val="single"/>
          <w:left w:color="ffffff" w:space="0" w:sz="8" w:themeColor="background1" w:val="single"/>
          <w:bottom w:color="ffffff" w:space="0" w:sz="8" w:themeColor="background1" w:val="single"/>
          <w:right w:color="ffffff" w:space="0" w:sz="8" w:themeColor="background1" w:val="single"/>
          <w:insideH w:space="0" w:sz="0" w:val="nil"/>
          <w:insideV w:space="0" w:sz="0" w:val="nil"/>
        </w:tcBorders>
        <w:shd w:color="auto" w:fill="bfb1d0" w:themeFill="accent4" w:themeFillTint="00007F" w:val="clear"/>
      </w:tcPr>
    </w:tblStylePr>
    <w:tblStylePr w:type="band1Horz">
      <w:tblPr/>
      <w:tcPr>
        <w:tcBorders>
          <w:top w:color="ffffff" w:space="0" w:sz="8" w:themeColor="background1" w:val="single"/>
          <w:left w:color="ffffff" w:space="0" w:sz="8" w:themeColor="background1" w:val="single"/>
          <w:bottom w:color="ffffff" w:space="0" w:sz="8" w:themeColor="background1" w:val="single"/>
          <w:right w:color="ffffff" w:space="0" w:sz="8" w:themeColor="background1" w:val="single"/>
          <w:insideH w:color="ffffff" w:space="0" w:sz="8" w:themeColor="background1" w:val="single"/>
          <w:insideV w:color="ffffff" w:space="0" w:sz="8" w:themeColor="background1" w:val="single"/>
        </w:tcBorders>
        <w:shd w:color="auto" w:fill="bfb1d0" w:themeFill="accent4" w:themeFillTint="00007F" w:val="clear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.0" w:type="dxa"/>
      <w:tblBorders>
        <w:top w:color="ffffff" w:space="0" w:sz="8" w:themeColor="background1" w:val="single"/>
        <w:left w:color="ffffff" w:space="0" w:sz="8" w:themeColor="background1" w:val="single"/>
        <w:bottom w:color="ffffff" w:space="0" w:sz="8" w:themeColor="background1" w:val="single"/>
        <w:right w:color="ffffff" w:space="0" w:sz="8" w:themeColor="background1" w:val="single"/>
        <w:insideH w:color="ffffff" w:space="0" w:sz="6" w:themeColor="background1" w:val="single"/>
        <w:insideV w:color="ffffff" w:space="0" w:sz="6" w:themeColor="background1" w:val="single"/>
      </w:tblBorders>
      <w:tblCellMar>
        <w:top w:w="0.0" w:type="dxa"/>
        <w:left w:w="108.0" w:type="dxa"/>
        <w:bottom w:w="0.0" w:type="dxa"/>
        <w:right w:w="108.0" w:type="dxa"/>
      </w:tblCellMar>
    </w:tblPr>
    <w:tcPr>
      <w:shd w:color="auto" w:fill="d2eaf1" w:themeFill="accent5" w:themeFillTint="00003F" w:val="clear"/>
    </w:tcPr>
    <w:tblStylePr w:type="firstRow">
      <w:rPr>
        <w:b w:val="1"/>
        <w:bCs w:val="1"/>
        <w:i w:val="0"/>
        <w:iCs w:val="0"/>
        <w:color w:val="ffffff" w:themeColor="background1"/>
      </w:rPr>
      <w:tblPr/>
      <w:tcPr>
        <w:tcBorders>
          <w:top w:color="ffffff" w:space="0" w:sz="8" w:themeColor="background1" w:val="single"/>
          <w:left w:color="ffffff" w:space="0" w:sz="8" w:themeColor="background1" w:val="single"/>
          <w:bottom w:color="ffffff" w:space="0" w:sz="24" w:themeColor="background1" w:val="single"/>
          <w:right w:color="ffffff" w:space="0" w:sz="8" w:themeColor="background1" w:val="single"/>
          <w:insideH w:space="0" w:sz="0" w:val="nil"/>
          <w:insideV w:color="ffffff" w:space="0" w:sz="8" w:themeColor="background1" w:val="single"/>
        </w:tcBorders>
        <w:shd w:color="auto" w:fill="4bacc6" w:themeFill="accent5" w:val="clear"/>
      </w:tcPr>
    </w:tblStylePr>
    <w:tblStylePr w:type="lastRow">
      <w:rPr>
        <w:b w:val="1"/>
        <w:bCs w:val="1"/>
        <w:i w:val="0"/>
        <w:iCs w:val="0"/>
        <w:color w:val="ffffff" w:themeColor="background1"/>
      </w:rPr>
      <w:tblPr/>
      <w:tcPr>
        <w:tcBorders>
          <w:top w:color="ffffff" w:space="0" w:sz="24" w:themeColor="background1" w:val="single"/>
          <w:left w:color="ffffff" w:space="0" w:sz="8" w:themeColor="background1" w:val="single"/>
          <w:bottom w:color="ffffff" w:space="0" w:sz="8" w:themeColor="background1" w:val="single"/>
          <w:right w:color="ffffff" w:space="0" w:sz="8" w:themeColor="background1" w:val="single"/>
          <w:insideH w:space="0" w:sz="0" w:val="nil"/>
          <w:insideV w:color="ffffff" w:space="0" w:sz="8" w:themeColor="background1" w:val="single"/>
        </w:tcBorders>
        <w:shd w:color="auto" w:fill="4bacc6" w:themeFill="accent5" w:val="clear"/>
      </w:tcPr>
    </w:tblStylePr>
    <w:tblStylePr w:type="firstCol">
      <w:rPr>
        <w:b w:val="1"/>
        <w:bCs w:val="1"/>
        <w:i w:val="0"/>
        <w:iCs w:val="0"/>
        <w:color w:val="ffffff" w:themeColor="background1"/>
      </w:rPr>
      <w:tblPr/>
      <w:tcPr>
        <w:tcBorders>
          <w:left w:color="ffffff" w:space="0" w:sz="8" w:themeColor="background1" w:val="single"/>
          <w:right w:color="ffffff" w:space="0" w:sz="24" w:themeColor="background1" w:val="single"/>
          <w:insideH w:space="0" w:sz="0" w:val="nil"/>
          <w:insideV w:space="0" w:sz="0" w:val="nil"/>
        </w:tcBorders>
        <w:shd w:color="auto" w:fill="4bacc6" w:themeFill="accent5" w:val="clear"/>
      </w:tcPr>
    </w:tblStylePr>
    <w:tblStylePr w:type="lastCol">
      <w:rPr>
        <w:b w:val="1"/>
        <w:bCs w:val="1"/>
        <w:i w:val="0"/>
        <w:iCs w:val="0"/>
        <w:color w:val="ffffff" w:themeColor="background1"/>
      </w:rPr>
      <w:tblPr/>
      <w:tcPr>
        <w:tcBorders>
          <w:top w:space="0" w:sz="0" w:val="nil"/>
          <w:left w:color="ffffff" w:space="0" w:sz="24" w:themeColor="background1" w:val="single"/>
          <w:bottom w:space="0" w:sz="0" w:val="nil"/>
          <w:right w:space="0" w:sz="0" w:val="nil"/>
          <w:insideH w:space="0" w:sz="0" w:val="nil"/>
          <w:insideV w:space="0" w:sz="0" w:val="nil"/>
        </w:tcBorders>
        <w:shd w:color="auto" w:fill="4bacc6" w:themeFill="accent5" w:val="clear"/>
      </w:tcPr>
    </w:tblStylePr>
    <w:tblStylePr w:type="band1Vert">
      <w:tblPr/>
      <w:tcPr>
        <w:tcBorders>
          <w:top w:color="ffffff" w:space="0" w:sz="8" w:themeColor="background1" w:val="single"/>
          <w:left w:color="ffffff" w:space="0" w:sz="8" w:themeColor="background1" w:val="single"/>
          <w:bottom w:color="ffffff" w:space="0" w:sz="8" w:themeColor="background1" w:val="single"/>
          <w:right w:color="ffffff" w:space="0" w:sz="8" w:themeColor="background1" w:val="single"/>
          <w:insideH w:space="0" w:sz="0" w:val="nil"/>
          <w:insideV w:space="0" w:sz="0" w:val="nil"/>
        </w:tcBorders>
        <w:shd w:color="auto" w:fill="a5d5e2" w:themeFill="accent5" w:themeFillTint="00007F" w:val="clear"/>
      </w:tcPr>
    </w:tblStylePr>
    <w:tblStylePr w:type="band1Horz">
      <w:tblPr/>
      <w:tcPr>
        <w:tcBorders>
          <w:top w:color="ffffff" w:space="0" w:sz="8" w:themeColor="background1" w:val="single"/>
          <w:left w:color="ffffff" w:space="0" w:sz="8" w:themeColor="background1" w:val="single"/>
          <w:bottom w:color="ffffff" w:space="0" w:sz="8" w:themeColor="background1" w:val="single"/>
          <w:right w:color="ffffff" w:space="0" w:sz="8" w:themeColor="background1" w:val="single"/>
          <w:insideH w:color="ffffff" w:space="0" w:sz="8" w:themeColor="background1" w:val="single"/>
          <w:insideV w:color="ffffff" w:space="0" w:sz="8" w:themeColor="background1" w:val="single"/>
        </w:tcBorders>
        <w:shd w:color="auto" w:fill="a5d5e2" w:themeFill="accent5" w:themeFillTint="00007F" w:val="clear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.0" w:type="dxa"/>
      <w:tblBorders>
        <w:top w:color="ffffff" w:space="0" w:sz="8" w:themeColor="background1" w:val="single"/>
        <w:left w:color="ffffff" w:space="0" w:sz="8" w:themeColor="background1" w:val="single"/>
        <w:bottom w:color="ffffff" w:space="0" w:sz="8" w:themeColor="background1" w:val="single"/>
        <w:right w:color="ffffff" w:space="0" w:sz="8" w:themeColor="background1" w:val="single"/>
        <w:insideH w:color="ffffff" w:space="0" w:sz="6" w:themeColor="background1" w:val="single"/>
        <w:insideV w:color="ffffff" w:space="0" w:sz="6" w:themeColor="background1" w:val="single"/>
      </w:tblBorders>
      <w:tblCellMar>
        <w:top w:w="0.0" w:type="dxa"/>
        <w:left w:w="108.0" w:type="dxa"/>
        <w:bottom w:w="0.0" w:type="dxa"/>
        <w:right w:w="108.0" w:type="dxa"/>
      </w:tblCellMar>
    </w:tblPr>
    <w:tcPr>
      <w:shd w:color="auto" w:fill="fde4d0" w:themeFill="accent6" w:themeFillTint="00003F" w:val="clear"/>
    </w:tcPr>
    <w:tblStylePr w:type="firstRow">
      <w:rPr>
        <w:b w:val="1"/>
        <w:bCs w:val="1"/>
        <w:i w:val="0"/>
        <w:iCs w:val="0"/>
        <w:color w:val="ffffff" w:themeColor="background1"/>
      </w:rPr>
      <w:tblPr/>
      <w:tcPr>
        <w:tcBorders>
          <w:top w:color="ffffff" w:space="0" w:sz="8" w:themeColor="background1" w:val="single"/>
          <w:left w:color="ffffff" w:space="0" w:sz="8" w:themeColor="background1" w:val="single"/>
          <w:bottom w:color="ffffff" w:space="0" w:sz="24" w:themeColor="background1" w:val="single"/>
          <w:right w:color="ffffff" w:space="0" w:sz="8" w:themeColor="background1" w:val="single"/>
          <w:insideH w:space="0" w:sz="0" w:val="nil"/>
          <w:insideV w:color="ffffff" w:space="0" w:sz="8" w:themeColor="background1" w:val="single"/>
        </w:tcBorders>
        <w:shd w:color="auto" w:fill="f79646" w:themeFill="accent6" w:val="clear"/>
      </w:tcPr>
    </w:tblStylePr>
    <w:tblStylePr w:type="lastRow">
      <w:rPr>
        <w:b w:val="1"/>
        <w:bCs w:val="1"/>
        <w:i w:val="0"/>
        <w:iCs w:val="0"/>
        <w:color w:val="ffffff" w:themeColor="background1"/>
      </w:rPr>
      <w:tblPr/>
      <w:tcPr>
        <w:tcBorders>
          <w:top w:color="ffffff" w:space="0" w:sz="24" w:themeColor="background1" w:val="single"/>
          <w:left w:color="ffffff" w:space="0" w:sz="8" w:themeColor="background1" w:val="single"/>
          <w:bottom w:color="ffffff" w:space="0" w:sz="8" w:themeColor="background1" w:val="single"/>
          <w:right w:color="ffffff" w:space="0" w:sz="8" w:themeColor="background1" w:val="single"/>
          <w:insideH w:space="0" w:sz="0" w:val="nil"/>
          <w:insideV w:color="ffffff" w:space="0" w:sz="8" w:themeColor="background1" w:val="single"/>
        </w:tcBorders>
        <w:shd w:color="auto" w:fill="f79646" w:themeFill="accent6" w:val="clear"/>
      </w:tcPr>
    </w:tblStylePr>
    <w:tblStylePr w:type="firstCol">
      <w:rPr>
        <w:b w:val="1"/>
        <w:bCs w:val="1"/>
        <w:i w:val="0"/>
        <w:iCs w:val="0"/>
        <w:color w:val="ffffff" w:themeColor="background1"/>
      </w:rPr>
      <w:tblPr/>
      <w:tcPr>
        <w:tcBorders>
          <w:left w:color="ffffff" w:space="0" w:sz="8" w:themeColor="background1" w:val="single"/>
          <w:right w:color="ffffff" w:space="0" w:sz="24" w:themeColor="background1" w:val="single"/>
          <w:insideH w:space="0" w:sz="0" w:val="nil"/>
          <w:insideV w:space="0" w:sz="0" w:val="nil"/>
        </w:tcBorders>
        <w:shd w:color="auto" w:fill="f79646" w:themeFill="accent6" w:val="clear"/>
      </w:tcPr>
    </w:tblStylePr>
    <w:tblStylePr w:type="lastCol">
      <w:rPr>
        <w:b w:val="1"/>
        <w:bCs w:val="1"/>
        <w:i w:val="0"/>
        <w:iCs w:val="0"/>
        <w:color w:val="ffffff" w:themeColor="background1"/>
      </w:rPr>
      <w:tblPr/>
      <w:tcPr>
        <w:tcBorders>
          <w:top w:space="0" w:sz="0" w:val="nil"/>
          <w:left w:color="ffffff" w:space="0" w:sz="24" w:themeColor="background1" w:val="single"/>
          <w:bottom w:space="0" w:sz="0" w:val="nil"/>
          <w:right w:space="0" w:sz="0" w:val="nil"/>
          <w:insideH w:space="0" w:sz="0" w:val="nil"/>
          <w:insideV w:space="0" w:sz="0" w:val="nil"/>
        </w:tcBorders>
        <w:shd w:color="auto" w:fill="f79646" w:themeFill="accent6" w:val="clear"/>
      </w:tcPr>
    </w:tblStylePr>
    <w:tblStylePr w:type="band1Vert">
      <w:tblPr/>
      <w:tcPr>
        <w:tcBorders>
          <w:top w:color="ffffff" w:space="0" w:sz="8" w:themeColor="background1" w:val="single"/>
          <w:left w:color="ffffff" w:space="0" w:sz="8" w:themeColor="background1" w:val="single"/>
          <w:bottom w:color="ffffff" w:space="0" w:sz="8" w:themeColor="background1" w:val="single"/>
          <w:right w:color="ffffff" w:space="0" w:sz="8" w:themeColor="background1" w:val="single"/>
          <w:insideH w:space="0" w:sz="0" w:val="nil"/>
          <w:insideV w:space="0" w:sz="0" w:val="nil"/>
        </w:tcBorders>
        <w:shd w:color="auto" w:fill="fbcaa2" w:themeFill="accent6" w:themeFillTint="00007F" w:val="clear"/>
      </w:tcPr>
    </w:tblStylePr>
    <w:tblStylePr w:type="band1Horz">
      <w:tblPr/>
      <w:tcPr>
        <w:tcBorders>
          <w:top w:color="ffffff" w:space="0" w:sz="8" w:themeColor="background1" w:val="single"/>
          <w:left w:color="ffffff" w:space="0" w:sz="8" w:themeColor="background1" w:val="single"/>
          <w:bottom w:color="ffffff" w:space="0" w:sz="8" w:themeColor="background1" w:val="single"/>
          <w:right w:color="ffffff" w:space="0" w:sz="8" w:themeColor="background1" w:val="single"/>
          <w:insideH w:color="ffffff" w:space="0" w:sz="8" w:themeColor="background1" w:val="single"/>
          <w:insideV w:color="ffffff" w:space="0" w:sz="8" w:themeColor="background1" w:val="single"/>
        </w:tcBorders>
        <w:shd w:color="auto" w:fill="fbcaa2" w:themeFill="accent6" w:themeFillTint="00007F" w:val="clear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.0" w:type="dxa"/>
      <w:tblCellMar>
        <w:top w:w="0.0" w:type="dxa"/>
        <w:left w:w="108.0" w:type="dxa"/>
        <w:bottom w:w="0.0" w:type="dxa"/>
        <w:right w:w="108.0" w:type="dxa"/>
      </w:tblCellMar>
    </w:tblPr>
    <w:tcPr>
      <w:shd w:color="auto" w:fill="000000" w:themeFill="text1" w:val="clear"/>
    </w:tcPr>
    <w:tblStylePr w:type="firstRow">
      <w:rPr>
        <w:b w:val="1"/>
        <w:bCs w:val="1"/>
      </w:rPr>
      <w:tblPr/>
      <w:tcPr>
        <w:tcBorders>
          <w:top w:space="0" w:sz="0" w:val="nil"/>
          <w:left w:space="0" w:sz="0" w:val="nil"/>
          <w:bottom w:color="ffffff" w:space="0" w:sz="18" w:themeColor="background1" w:val="single"/>
          <w:right w:space="0" w:sz="0" w:val="nil"/>
          <w:insideH w:space="0" w:sz="0" w:val="nil"/>
          <w:insideV w:space="0" w:sz="0" w:val="nil"/>
        </w:tcBorders>
        <w:shd w:color="auto" w:fill="000000" w:themeFill="text1" w:val="clear"/>
      </w:tcPr>
    </w:tblStylePr>
    <w:tblStylePr w:type="lastRow">
      <w:tblPr/>
      <w:tcPr>
        <w:tcBorders>
          <w:top w:color="ffffff" w:space="0" w:sz="18" w:themeColor="background1" w:val="single"/>
          <w:left w:space="0" w:sz="0" w:val="nil"/>
          <w:bottom w:space="0" w:sz="0" w:val="nil"/>
          <w:right w:space="0" w:sz="0" w:val="nil"/>
          <w:insideH w:space="0" w:sz="0" w:val="nil"/>
          <w:insideV w:space="0" w:sz="0" w:val="nil"/>
        </w:tcBorders>
        <w:shd w:color="auto" w:fill="000000" w:themeFill="text1" w:themeFillShade="00007F" w:val="clear"/>
      </w:tcPr>
    </w:tblStylePr>
    <w:tblStylePr w:type="firstCol">
      <w:tblPr/>
      <w:tcPr>
        <w:tcBorders>
          <w:top w:space="0" w:sz="0" w:val="nil"/>
          <w:left w:space="0" w:sz="0" w:val="nil"/>
          <w:bottom w:space="0" w:sz="0" w:val="nil"/>
          <w:right w:color="ffffff" w:space="0" w:sz="18" w:themeColor="background1" w:val="single"/>
          <w:insideH w:space="0" w:sz="0" w:val="nil"/>
          <w:insideV w:space="0" w:sz="0" w:val="nil"/>
        </w:tcBorders>
        <w:shd w:color="auto" w:fill="000000" w:themeFill="text1" w:themeFillShade="0000BF" w:val="clear"/>
      </w:tcPr>
    </w:tblStylePr>
    <w:tblStylePr w:type="lastCol">
      <w:tblPr/>
      <w:tcPr>
        <w:tcBorders>
          <w:top w:space="0" w:sz="0" w:val="nil"/>
          <w:left w:color="ffffff" w:space="0" w:sz="18" w:themeColor="background1" w:val="single"/>
          <w:bottom w:space="0" w:sz="0" w:val="nil"/>
          <w:right w:space="0" w:sz="0" w:val="nil"/>
          <w:insideH w:space="0" w:sz="0" w:val="nil"/>
          <w:insideV w:space="0" w:sz="0" w:val="nil"/>
        </w:tcBorders>
        <w:shd w:color="auto" w:fill="000000" w:themeFill="text1" w:themeFillShade="0000BF" w:val="clear"/>
      </w:tcPr>
    </w:tblStylePr>
    <w:tblStylePr w:type="band1Vert">
      <w:tblPr/>
      <w:tcPr>
        <w:tcBorders>
          <w:top w:space="0" w:sz="0" w:val="nil"/>
          <w:left w:space="0" w:sz="0" w:val="nil"/>
          <w:bottom w:space="0" w:sz="0" w:val="nil"/>
          <w:right w:space="0" w:sz="0" w:val="nil"/>
          <w:insideH w:space="0" w:sz="0" w:val="nil"/>
          <w:insideV w:space="0" w:sz="0" w:val="nil"/>
        </w:tcBorders>
        <w:shd w:color="auto" w:fill="000000" w:themeFill="text1" w:themeFillShade="0000BF" w:val="clear"/>
      </w:tcPr>
    </w:tblStylePr>
    <w:tblStylePr w:type="band1Horz">
      <w:tblPr/>
      <w:tcPr>
        <w:tcBorders>
          <w:top w:space="0" w:sz="0" w:val="nil"/>
          <w:left w:space="0" w:sz="0" w:val="nil"/>
          <w:bottom w:space="0" w:sz="0" w:val="nil"/>
          <w:right w:space="0" w:sz="0" w:val="nil"/>
          <w:insideH w:space="0" w:sz="0" w:val="nil"/>
          <w:insideV w:space="0" w:sz="0" w:val="nil"/>
        </w:tcBorders>
        <w:shd w:color="auto" w:fill="000000" w:themeFill="text1" w:themeFillShade="0000BF" w:val="clear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.0" w:type="dxa"/>
      <w:tblCellMar>
        <w:top w:w="0.0" w:type="dxa"/>
        <w:left w:w="108.0" w:type="dxa"/>
        <w:bottom w:w="0.0" w:type="dxa"/>
        <w:right w:w="108.0" w:type="dxa"/>
      </w:tblCellMar>
    </w:tblPr>
    <w:tcPr>
      <w:shd w:color="auto" w:fill="4f81bd" w:themeFill="accent1" w:val="clear"/>
    </w:tcPr>
    <w:tblStylePr w:type="firstRow">
      <w:rPr>
        <w:b w:val="1"/>
        <w:bCs w:val="1"/>
      </w:rPr>
      <w:tblPr/>
      <w:tcPr>
        <w:tcBorders>
          <w:top w:space="0" w:sz="0" w:val="nil"/>
          <w:left w:space="0" w:sz="0" w:val="nil"/>
          <w:bottom w:color="ffffff" w:space="0" w:sz="18" w:themeColor="background1" w:val="single"/>
          <w:right w:space="0" w:sz="0" w:val="nil"/>
          <w:insideH w:space="0" w:sz="0" w:val="nil"/>
          <w:insideV w:space="0" w:sz="0" w:val="nil"/>
        </w:tcBorders>
        <w:shd w:color="auto" w:fill="000000" w:themeFill="text1" w:val="clear"/>
      </w:tcPr>
    </w:tblStylePr>
    <w:tblStylePr w:type="lastRow">
      <w:tblPr/>
      <w:tcPr>
        <w:tcBorders>
          <w:top w:color="ffffff" w:space="0" w:sz="18" w:themeColor="background1" w:val="single"/>
          <w:left w:space="0" w:sz="0" w:val="nil"/>
          <w:bottom w:space="0" w:sz="0" w:val="nil"/>
          <w:right w:space="0" w:sz="0" w:val="nil"/>
          <w:insideH w:space="0" w:sz="0" w:val="nil"/>
          <w:insideV w:space="0" w:sz="0" w:val="nil"/>
        </w:tcBorders>
        <w:shd w:color="auto" w:fill="243f60" w:themeFill="accent1" w:themeFillShade="00007F" w:val="clear"/>
      </w:tcPr>
    </w:tblStylePr>
    <w:tblStylePr w:type="firstCol">
      <w:tblPr/>
      <w:tcPr>
        <w:tcBorders>
          <w:top w:space="0" w:sz="0" w:val="nil"/>
          <w:left w:space="0" w:sz="0" w:val="nil"/>
          <w:bottom w:space="0" w:sz="0" w:val="nil"/>
          <w:right w:color="ffffff" w:space="0" w:sz="18" w:themeColor="background1" w:val="single"/>
          <w:insideH w:space="0" w:sz="0" w:val="nil"/>
          <w:insideV w:space="0" w:sz="0" w:val="nil"/>
        </w:tcBorders>
        <w:shd w:color="auto" w:fill="365f91" w:themeFill="accent1" w:themeFillShade="0000BF" w:val="clear"/>
      </w:tcPr>
    </w:tblStylePr>
    <w:tblStylePr w:type="lastCol">
      <w:tblPr/>
      <w:tcPr>
        <w:tcBorders>
          <w:top w:space="0" w:sz="0" w:val="nil"/>
          <w:left w:color="ffffff" w:space="0" w:sz="18" w:themeColor="background1" w:val="single"/>
          <w:bottom w:space="0" w:sz="0" w:val="nil"/>
          <w:right w:space="0" w:sz="0" w:val="nil"/>
          <w:insideH w:space="0" w:sz="0" w:val="nil"/>
          <w:insideV w:space="0" w:sz="0" w:val="nil"/>
        </w:tcBorders>
        <w:shd w:color="auto" w:fill="365f91" w:themeFill="accent1" w:themeFillShade="0000BF" w:val="clear"/>
      </w:tcPr>
    </w:tblStylePr>
    <w:tblStylePr w:type="band1Vert">
      <w:tblPr/>
      <w:tcPr>
        <w:tcBorders>
          <w:top w:space="0" w:sz="0" w:val="nil"/>
          <w:left w:space="0" w:sz="0" w:val="nil"/>
          <w:bottom w:space="0" w:sz="0" w:val="nil"/>
          <w:right w:space="0" w:sz="0" w:val="nil"/>
          <w:insideH w:space="0" w:sz="0" w:val="nil"/>
          <w:insideV w:space="0" w:sz="0" w:val="nil"/>
        </w:tcBorders>
        <w:shd w:color="auto" w:fill="365f91" w:themeFill="accent1" w:themeFillShade="0000BF" w:val="clear"/>
      </w:tcPr>
    </w:tblStylePr>
    <w:tblStylePr w:type="band1Horz">
      <w:tblPr/>
      <w:tcPr>
        <w:tcBorders>
          <w:top w:space="0" w:sz="0" w:val="nil"/>
          <w:left w:space="0" w:sz="0" w:val="nil"/>
          <w:bottom w:space="0" w:sz="0" w:val="nil"/>
          <w:right w:space="0" w:sz="0" w:val="nil"/>
          <w:insideH w:space="0" w:sz="0" w:val="nil"/>
          <w:insideV w:space="0" w:sz="0" w:val="nil"/>
        </w:tcBorders>
        <w:shd w:color="auto" w:fill="365f91" w:themeFill="accent1" w:themeFillShade="0000BF" w:val="clear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.0" w:type="dxa"/>
      <w:tblCellMar>
        <w:top w:w="0.0" w:type="dxa"/>
        <w:left w:w="108.0" w:type="dxa"/>
        <w:bottom w:w="0.0" w:type="dxa"/>
        <w:right w:w="108.0" w:type="dxa"/>
      </w:tblCellMar>
    </w:tblPr>
    <w:tcPr>
      <w:shd w:color="auto" w:fill="c0504d" w:themeFill="accent2" w:val="clear"/>
    </w:tcPr>
    <w:tblStylePr w:type="firstRow">
      <w:rPr>
        <w:b w:val="1"/>
        <w:bCs w:val="1"/>
      </w:rPr>
      <w:tblPr/>
      <w:tcPr>
        <w:tcBorders>
          <w:top w:space="0" w:sz="0" w:val="nil"/>
          <w:left w:space="0" w:sz="0" w:val="nil"/>
          <w:bottom w:color="ffffff" w:space="0" w:sz="18" w:themeColor="background1" w:val="single"/>
          <w:right w:space="0" w:sz="0" w:val="nil"/>
          <w:insideH w:space="0" w:sz="0" w:val="nil"/>
          <w:insideV w:space="0" w:sz="0" w:val="nil"/>
        </w:tcBorders>
        <w:shd w:color="auto" w:fill="000000" w:themeFill="text1" w:val="clear"/>
      </w:tcPr>
    </w:tblStylePr>
    <w:tblStylePr w:type="lastRow">
      <w:tblPr/>
      <w:tcPr>
        <w:tcBorders>
          <w:top w:color="ffffff" w:space="0" w:sz="18" w:themeColor="background1" w:val="single"/>
          <w:left w:space="0" w:sz="0" w:val="nil"/>
          <w:bottom w:space="0" w:sz="0" w:val="nil"/>
          <w:right w:space="0" w:sz="0" w:val="nil"/>
          <w:insideH w:space="0" w:sz="0" w:val="nil"/>
          <w:insideV w:space="0" w:sz="0" w:val="nil"/>
        </w:tcBorders>
        <w:shd w:color="auto" w:fill="622423" w:themeFill="accent2" w:themeFillShade="00007F" w:val="clear"/>
      </w:tcPr>
    </w:tblStylePr>
    <w:tblStylePr w:type="firstCol">
      <w:tblPr/>
      <w:tcPr>
        <w:tcBorders>
          <w:top w:space="0" w:sz="0" w:val="nil"/>
          <w:left w:space="0" w:sz="0" w:val="nil"/>
          <w:bottom w:space="0" w:sz="0" w:val="nil"/>
          <w:right w:color="ffffff" w:space="0" w:sz="18" w:themeColor="background1" w:val="single"/>
          <w:insideH w:space="0" w:sz="0" w:val="nil"/>
          <w:insideV w:space="0" w:sz="0" w:val="nil"/>
        </w:tcBorders>
        <w:shd w:color="auto" w:fill="943634" w:themeFill="accent2" w:themeFillShade="0000BF" w:val="clear"/>
      </w:tcPr>
    </w:tblStylePr>
    <w:tblStylePr w:type="lastCol">
      <w:tblPr/>
      <w:tcPr>
        <w:tcBorders>
          <w:top w:space="0" w:sz="0" w:val="nil"/>
          <w:left w:color="ffffff" w:space="0" w:sz="18" w:themeColor="background1" w:val="single"/>
          <w:bottom w:space="0" w:sz="0" w:val="nil"/>
          <w:right w:space="0" w:sz="0" w:val="nil"/>
          <w:insideH w:space="0" w:sz="0" w:val="nil"/>
          <w:insideV w:space="0" w:sz="0" w:val="nil"/>
        </w:tcBorders>
        <w:shd w:color="auto" w:fill="943634" w:themeFill="accent2" w:themeFillShade="0000BF" w:val="clear"/>
      </w:tcPr>
    </w:tblStylePr>
    <w:tblStylePr w:type="band1Vert">
      <w:tblPr/>
      <w:tcPr>
        <w:tcBorders>
          <w:top w:space="0" w:sz="0" w:val="nil"/>
          <w:left w:space="0" w:sz="0" w:val="nil"/>
          <w:bottom w:space="0" w:sz="0" w:val="nil"/>
          <w:right w:space="0" w:sz="0" w:val="nil"/>
          <w:insideH w:space="0" w:sz="0" w:val="nil"/>
          <w:insideV w:space="0" w:sz="0" w:val="nil"/>
        </w:tcBorders>
        <w:shd w:color="auto" w:fill="943634" w:themeFill="accent2" w:themeFillShade="0000BF" w:val="clear"/>
      </w:tcPr>
    </w:tblStylePr>
    <w:tblStylePr w:type="band1Horz">
      <w:tblPr/>
      <w:tcPr>
        <w:tcBorders>
          <w:top w:space="0" w:sz="0" w:val="nil"/>
          <w:left w:space="0" w:sz="0" w:val="nil"/>
          <w:bottom w:space="0" w:sz="0" w:val="nil"/>
          <w:right w:space="0" w:sz="0" w:val="nil"/>
          <w:insideH w:space="0" w:sz="0" w:val="nil"/>
          <w:insideV w:space="0" w:sz="0" w:val="nil"/>
        </w:tcBorders>
        <w:shd w:color="auto" w:fill="943634" w:themeFill="accent2" w:themeFillShade="0000BF" w:val="clear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.0" w:type="dxa"/>
      <w:tblCellMar>
        <w:top w:w="0.0" w:type="dxa"/>
        <w:left w:w="108.0" w:type="dxa"/>
        <w:bottom w:w="0.0" w:type="dxa"/>
        <w:right w:w="108.0" w:type="dxa"/>
      </w:tblCellMar>
    </w:tblPr>
    <w:tcPr>
      <w:shd w:color="auto" w:fill="9bbb59" w:themeFill="accent3" w:val="clear"/>
    </w:tcPr>
    <w:tblStylePr w:type="firstRow">
      <w:rPr>
        <w:b w:val="1"/>
        <w:bCs w:val="1"/>
      </w:rPr>
      <w:tblPr/>
      <w:tcPr>
        <w:tcBorders>
          <w:top w:space="0" w:sz="0" w:val="nil"/>
          <w:left w:space="0" w:sz="0" w:val="nil"/>
          <w:bottom w:color="ffffff" w:space="0" w:sz="18" w:themeColor="background1" w:val="single"/>
          <w:right w:space="0" w:sz="0" w:val="nil"/>
          <w:insideH w:space="0" w:sz="0" w:val="nil"/>
          <w:insideV w:space="0" w:sz="0" w:val="nil"/>
        </w:tcBorders>
        <w:shd w:color="auto" w:fill="000000" w:themeFill="text1" w:val="clear"/>
      </w:tcPr>
    </w:tblStylePr>
    <w:tblStylePr w:type="lastRow">
      <w:tblPr/>
      <w:tcPr>
        <w:tcBorders>
          <w:top w:color="ffffff" w:space="0" w:sz="18" w:themeColor="background1" w:val="single"/>
          <w:left w:space="0" w:sz="0" w:val="nil"/>
          <w:bottom w:space="0" w:sz="0" w:val="nil"/>
          <w:right w:space="0" w:sz="0" w:val="nil"/>
          <w:insideH w:space="0" w:sz="0" w:val="nil"/>
          <w:insideV w:space="0" w:sz="0" w:val="nil"/>
        </w:tcBorders>
        <w:shd w:color="auto" w:fill="4e6128" w:themeFill="accent3" w:themeFillShade="00007F" w:val="clear"/>
      </w:tcPr>
    </w:tblStylePr>
    <w:tblStylePr w:type="firstCol">
      <w:tblPr/>
      <w:tcPr>
        <w:tcBorders>
          <w:top w:space="0" w:sz="0" w:val="nil"/>
          <w:left w:space="0" w:sz="0" w:val="nil"/>
          <w:bottom w:space="0" w:sz="0" w:val="nil"/>
          <w:right w:color="ffffff" w:space="0" w:sz="18" w:themeColor="background1" w:val="single"/>
          <w:insideH w:space="0" w:sz="0" w:val="nil"/>
          <w:insideV w:space="0" w:sz="0" w:val="nil"/>
        </w:tcBorders>
        <w:shd w:color="auto" w:fill="76923c" w:themeFill="accent3" w:themeFillShade="0000BF" w:val="clear"/>
      </w:tcPr>
    </w:tblStylePr>
    <w:tblStylePr w:type="lastCol">
      <w:tblPr/>
      <w:tcPr>
        <w:tcBorders>
          <w:top w:space="0" w:sz="0" w:val="nil"/>
          <w:left w:color="ffffff" w:space="0" w:sz="18" w:themeColor="background1" w:val="single"/>
          <w:bottom w:space="0" w:sz="0" w:val="nil"/>
          <w:right w:space="0" w:sz="0" w:val="nil"/>
          <w:insideH w:space="0" w:sz="0" w:val="nil"/>
          <w:insideV w:space="0" w:sz="0" w:val="nil"/>
        </w:tcBorders>
        <w:shd w:color="auto" w:fill="76923c" w:themeFill="accent3" w:themeFillShade="0000BF" w:val="clear"/>
      </w:tcPr>
    </w:tblStylePr>
    <w:tblStylePr w:type="band1Vert">
      <w:tblPr/>
      <w:tcPr>
        <w:tcBorders>
          <w:top w:space="0" w:sz="0" w:val="nil"/>
          <w:left w:space="0" w:sz="0" w:val="nil"/>
          <w:bottom w:space="0" w:sz="0" w:val="nil"/>
          <w:right w:space="0" w:sz="0" w:val="nil"/>
          <w:insideH w:space="0" w:sz="0" w:val="nil"/>
          <w:insideV w:space="0" w:sz="0" w:val="nil"/>
        </w:tcBorders>
        <w:shd w:color="auto" w:fill="76923c" w:themeFill="accent3" w:themeFillShade="0000BF" w:val="clear"/>
      </w:tcPr>
    </w:tblStylePr>
    <w:tblStylePr w:type="band1Horz">
      <w:tblPr/>
      <w:tcPr>
        <w:tcBorders>
          <w:top w:space="0" w:sz="0" w:val="nil"/>
          <w:left w:space="0" w:sz="0" w:val="nil"/>
          <w:bottom w:space="0" w:sz="0" w:val="nil"/>
          <w:right w:space="0" w:sz="0" w:val="nil"/>
          <w:insideH w:space="0" w:sz="0" w:val="nil"/>
          <w:insideV w:space="0" w:sz="0" w:val="nil"/>
        </w:tcBorders>
        <w:shd w:color="auto" w:fill="76923c" w:themeFill="accent3" w:themeFillShade="0000BF" w:val="clear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.0" w:type="dxa"/>
      <w:tblCellMar>
        <w:top w:w="0.0" w:type="dxa"/>
        <w:left w:w="108.0" w:type="dxa"/>
        <w:bottom w:w="0.0" w:type="dxa"/>
        <w:right w:w="108.0" w:type="dxa"/>
      </w:tblCellMar>
    </w:tblPr>
    <w:tcPr>
      <w:shd w:color="auto" w:fill="8064a2" w:themeFill="accent4" w:val="clear"/>
    </w:tcPr>
    <w:tblStylePr w:type="firstRow">
      <w:rPr>
        <w:b w:val="1"/>
        <w:bCs w:val="1"/>
      </w:rPr>
      <w:tblPr/>
      <w:tcPr>
        <w:tcBorders>
          <w:top w:space="0" w:sz="0" w:val="nil"/>
          <w:left w:space="0" w:sz="0" w:val="nil"/>
          <w:bottom w:color="ffffff" w:space="0" w:sz="18" w:themeColor="background1" w:val="single"/>
          <w:right w:space="0" w:sz="0" w:val="nil"/>
          <w:insideH w:space="0" w:sz="0" w:val="nil"/>
          <w:insideV w:space="0" w:sz="0" w:val="nil"/>
        </w:tcBorders>
        <w:shd w:color="auto" w:fill="000000" w:themeFill="text1" w:val="clear"/>
      </w:tcPr>
    </w:tblStylePr>
    <w:tblStylePr w:type="lastRow">
      <w:tblPr/>
      <w:tcPr>
        <w:tcBorders>
          <w:top w:color="ffffff" w:space="0" w:sz="18" w:themeColor="background1" w:val="single"/>
          <w:left w:space="0" w:sz="0" w:val="nil"/>
          <w:bottom w:space="0" w:sz="0" w:val="nil"/>
          <w:right w:space="0" w:sz="0" w:val="nil"/>
          <w:insideH w:space="0" w:sz="0" w:val="nil"/>
          <w:insideV w:space="0" w:sz="0" w:val="nil"/>
        </w:tcBorders>
        <w:shd w:color="auto" w:fill="3f3151" w:themeFill="accent4" w:themeFillShade="00007F" w:val="clear"/>
      </w:tcPr>
    </w:tblStylePr>
    <w:tblStylePr w:type="firstCol">
      <w:tblPr/>
      <w:tcPr>
        <w:tcBorders>
          <w:top w:space="0" w:sz="0" w:val="nil"/>
          <w:left w:space="0" w:sz="0" w:val="nil"/>
          <w:bottom w:space="0" w:sz="0" w:val="nil"/>
          <w:right w:color="ffffff" w:space="0" w:sz="18" w:themeColor="background1" w:val="single"/>
          <w:insideH w:space="0" w:sz="0" w:val="nil"/>
          <w:insideV w:space="0" w:sz="0" w:val="nil"/>
        </w:tcBorders>
        <w:shd w:color="auto" w:fill="5f497a" w:themeFill="accent4" w:themeFillShade="0000BF" w:val="clear"/>
      </w:tcPr>
    </w:tblStylePr>
    <w:tblStylePr w:type="lastCol">
      <w:tblPr/>
      <w:tcPr>
        <w:tcBorders>
          <w:top w:space="0" w:sz="0" w:val="nil"/>
          <w:left w:color="ffffff" w:space="0" w:sz="18" w:themeColor="background1" w:val="single"/>
          <w:bottom w:space="0" w:sz="0" w:val="nil"/>
          <w:right w:space="0" w:sz="0" w:val="nil"/>
          <w:insideH w:space="0" w:sz="0" w:val="nil"/>
          <w:insideV w:space="0" w:sz="0" w:val="nil"/>
        </w:tcBorders>
        <w:shd w:color="auto" w:fill="5f497a" w:themeFill="accent4" w:themeFillShade="0000BF" w:val="clear"/>
      </w:tcPr>
    </w:tblStylePr>
    <w:tblStylePr w:type="band1Vert">
      <w:tblPr/>
      <w:tcPr>
        <w:tcBorders>
          <w:top w:space="0" w:sz="0" w:val="nil"/>
          <w:left w:space="0" w:sz="0" w:val="nil"/>
          <w:bottom w:space="0" w:sz="0" w:val="nil"/>
          <w:right w:space="0" w:sz="0" w:val="nil"/>
          <w:insideH w:space="0" w:sz="0" w:val="nil"/>
          <w:insideV w:space="0" w:sz="0" w:val="nil"/>
        </w:tcBorders>
        <w:shd w:color="auto" w:fill="5f497a" w:themeFill="accent4" w:themeFillShade="0000BF" w:val="clear"/>
      </w:tcPr>
    </w:tblStylePr>
    <w:tblStylePr w:type="band1Horz">
      <w:tblPr/>
      <w:tcPr>
        <w:tcBorders>
          <w:top w:space="0" w:sz="0" w:val="nil"/>
          <w:left w:space="0" w:sz="0" w:val="nil"/>
          <w:bottom w:space="0" w:sz="0" w:val="nil"/>
          <w:right w:space="0" w:sz="0" w:val="nil"/>
          <w:insideH w:space="0" w:sz="0" w:val="nil"/>
          <w:insideV w:space="0" w:sz="0" w:val="nil"/>
        </w:tcBorders>
        <w:shd w:color="auto" w:fill="5f497a" w:themeFill="accent4" w:themeFillShade="0000BF" w:val="clear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.0" w:type="dxa"/>
      <w:tblCellMar>
        <w:top w:w="0.0" w:type="dxa"/>
        <w:left w:w="108.0" w:type="dxa"/>
        <w:bottom w:w="0.0" w:type="dxa"/>
        <w:right w:w="108.0" w:type="dxa"/>
      </w:tblCellMar>
    </w:tblPr>
    <w:tcPr>
      <w:shd w:color="auto" w:fill="4bacc6" w:themeFill="accent5" w:val="clear"/>
    </w:tcPr>
    <w:tblStylePr w:type="firstRow">
      <w:rPr>
        <w:b w:val="1"/>
        <w:bCs w:val="1"/>
      </w:rPr>
      <w:tblPr/>
      <w:tcPr>
        <w:tcBorders>
          <w:top w:space="0" w:sz="0" w:val="nil"/>
          <w:left w:space="0" w:sz="0" w:val="nil"/>
          <w:bottom w:color="ffffff" w:space="0" w:sz="18" w:themeColor="background1" w:val="single"/>
          <w:right w:space="0" w:sz="0" w:val="nil"/>
          <w:insideH w:space="0" w:sz="0" w:val="nil"/>
          <w:insideV w:space="0" w:sz="0" w:val="nil"/>
        </w:tcBorders>
        <w:shd w:color="auto" w:fill="000000" w:themeFill="text1" w:val="clear"/>
      </w:tcPr>
    </w:tblStylePr>
    <w:tblStylePr w:type="lastRow">
      <w:tblPr/>
      <w:tcPr>
        <w:tcBorders>
          <w:top w:color="ffffff" w:space="0" w:sz="18" w:themeColor="background1" w:val="single"/>
          <w:left w:space="0" w:sz="0" w:val="nil"/>
          <w:bottom w:space="0" w:sz="0" w:val="nil"/>
          <w:right w:space="0" w:sz="0" w:val="nil"/>
          <w:insideH w:space="0" w:sz="0" w:val="nil"/>
          <w:insideV w:space="0" w:sz="0" w:val="nil"/>
        </w:tcBorders>
        <w:shd w:color="auto" w:fill="205867" w:themeFill="accent5" w:themeFillShade="00007F" w:val="clear"/>
      </w:tcPr>
    </w:tblStylePr>
    <w:tblStylePr w:type="firstCol">
      <w:tblPr/>
      <w:tcPr>
        <w:tcBorders>
          <w:top w:space="0" w:sz="0" w:val="nil"/>
          <w:left w:space="0" w:sz="0" w:val="nil"/>
          <w:bottom w:space="0" w:sz="0" w:val="nil"/>
          <w:right w:color="ffffff" w:space="0" w:sz="18" w:themeColor="background1" w:val="single"/>
          <w:insideH w:space="0" w:sz="0" w:val="nil"/>
          <w:insideV w:space="0" w:sz="0" w:val="nil"/>
        </w:tcBorders>
        <w:shd w:color="auto" w:fill="31849b" w:themeFill="accent5" w:themeFillShade="0000BF" w:val="clear"/>
      </w:tcPr>
    </w:tblStylePr>
    <w:tblStylePr w:type="lastCol">
      <w:tblPr/>
      <w:tcPr>
        <w:tcBorders>
          <w:top w:space="0" w:sz="0" w:val="nil"/>
          <w:left w:color="ffffff" w:space="0" w:sz="18" w:themeColor="background1" w:val="single"/>
          <w:bottom w:space="0" w:sz="0" w:val="nil"/>
          <w:right w:space="0" w:sz="0" w:val="nil"/>
          <w:insideH w:space="0" w:sz="0" w:val="nil"/>
          <w:insideV w:space="0" w:sz="0" w:val="nil"/>
        </w:tcBorders>
        <w:shd w:color="auto" w:fill="31849b" w:themeFill="accent5" w:themeFillShade="0000BF" w:val="clear"/>
      </w:tcPr>
    </w:tblStylePr>
    <w:tblStylePr w:type="band1Vert">
      <w:tblPr/>
      <w:tcPr>
        <w:tcBorders>
          <w:top w:space="0" w:sz="0" w:val="nil"/>
          <w:left w:space="0" w:sz="0" w:val="nil"/>
          <w:bottom w:space="0" w:sz="0" w:val="nil"/>
          <w:right w:space="0" w:sz="0" w:val="nil"/>
          <w:insideH w:space="0" w:sz="0" w:val="nil"/>
          <w:insideV w:space="0" w:sz="0" w:val="nil"/>
        </w:tcBorders>
        <w:shd w:color="auto" w:fill="31849b" w:themeFill="accent5" w:themeFillShade="0000BF" w:val="clear"/>
      </w:tcPr>
    </w:tblStylePr>
    <w:tblStylePr w:type="band1Horz">
      <w:tblPr/>
      <w:tcPr>
        <w:tcBorders>
          <w:top w:space="0" w:sz="0" w:val="nil"/>
          <w:left w:space="0" w:sz="0" w:val="nil"/>
          <w:bottom w:space="0" w:sz="0" w:val="nil"/>
          <w:right w:space="0" w:sz="0" w:val="nil"/>
          <w:insideH w:space="0" w:sz="0" w:val="nil"/>
          <w:insideV w:space="0" w:sz="0" w:val="nil"/>
        </w:tcBorders>
        <w:shd w:color="auto" w:fill="31849b" w:themeFill="accent5" w:themeFillShade="0000BF" w:val="clear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.0" w:type="dxa"/>
      <w:tblCellMar>
        <w:top w:w="0.0" w:type="dxa"/>
        <w:left w:w="108.0" w:type="dxa"/>
        <w:bottom w:w="0.0" w:type="dxa"/>
        <w:right w:w="108.0" w:type="dxa"/>
      </w:tblCellMar>
    </w:tblPr>
    <w:tcPr>
      <w:shd w:color="auto" w:fill="f79646" w:themeFill="accent6" w:val="clear"/>
    </w:tcPr>
    <w:tblStylePr w:type="firstRow">
      <w:rPr>
        <w:b w:val="1"/>
        <w:bCs w:val="1"/>
      </w:rPr>
      <w:tblPr/>
      <w:tcPr>
        <w:tcBorders>
          <w:top w:space="0" w:sz="0" w:val="nil"/>
          <w:left w:space="0" w:sz="0" w:val="nil"/>
          <w:bottom w:color="ffffff" w:space="0" w:sz="18" w:themeColor="background1" w:val="single"/>
          <w:right w:space="0" w:sz="0" w:val="nil"/>
          <w:insideH w:space="0" w:sz="0" w:val="nil"/>
          <w:insideV w:space="0" w:sz="0" w:val="nil"/>
        </w:tcBorders>
        <w:shd w:color="auto" w:fill="000000" w:themeFill="text1" w:val="clear"/>
      </w:tcPr>
    </w:tblStylePr>
    <w:tblStylePr w:type="lastRow">
      <w:tblPr/>
      <w:tcPr>
        <w:tcBorders>
          <w:top w:color="ffffff" w:space="0" w:sz="18" w:themeColor="background1" w:val="single"/>
          <w:left w:space="0" w:sz="0" w:val="nil"/>
          <w:bottom w:space="0" w:sz="0" w:val="nil"/>
          <w:right w:space="0" w:sz="0" w:val="nil"/>
          <w:insideH w:space="0" w:sz="0" w:val="nil"/>
          <w:insideV w:space="0" w:sz="0" w:val="nil"/>
        </w:tcBorders>
        <w:shd w:color="auto" w:fill="974706" w:themeFill="accent6" w:themeFillShade="00007F" w:val="clear"/>
      </w:tcPr>
    </w:tblStylePr>
    <w:tblStylePr w:type="firstCol">
      <w:tblPr/>
      <w:tcPr>
        <w:tcBorders>
          <w:top w:space="0" w:sz="0" w:val="nil"/>
          <w:left w:space="0" w:sz="0" w:val="nil"/>
          <w:bottom w:space="0" w:sz="0" w:val="nil"/>
          <w:right w:color="ffffff" w:space="0" w:sz="18" w:themeColor="background1" w:val="single"/>
          <w:insideH w:space="0" w:sz="0" w:val="nil"/>
          <w:insideV w:space="0" w:sz="0" w:val="nil"/>
        </w:tcBorders>
        <w:shd w:color="auto" w:fill="e36c0a" w:themeFill="accent6" w:themeFillShade="0000BF" w:val="clear"/>
      </w:tcPr>
    </w:tblStylePr>
    <w:tblStylePr w:type="lastCol">
      <w:tblPr/>
      <w:tcPr>
        <w:tcBorders>
          <w:top w:space="0" w:sz="0" w:val="nil"/>
          <w:left w:color="ffffff" w:space="0" w:sz="18" w:themeColor="background1" w:val="single"/>
          <w:bottom w:space="0" w:sz="0" w:val="nil"/>
          <w:right w:space="0" w:sz="0" w:val="nil"/>
          <w:insideH w:space="0" w:sz="0" w:val="nil"/>
          <w:insideV w:space="0" w:sz="0" w:val="nil"/>
        </w:tcBorders>
        <w:shd w:color="auto" w:fill="e36c0a" w:themeFill="accent6" w:themeFillShade="0000BF" w:val="clear"/>
      </w:tcPr>
    </w:tblStylePr>
    <w:tblStylePr w:type="band1Vert">
      <w:tblPr/>
      <w:tcPr>
        <w:tcBorders>
          <w:top w:space="0" w:sz="0" w:val="nil"/>
          <w:left w:space="0" w:sz="0" w:val="nil"/>
          <w:bottom w:space="0" w:sz="0" w:val="nil"/>
          <w:right w:space="0" w:sz="0" w:val="nil"/>
          <w:insideH w:space="0" w:sz="0" w:val="nil"/>
          <w:insideV w:space="0" w:sz="0" w:val="nil"/>
        </w:tcBorders>
        <w:shd w:color="auto" w:fill="e36c0a" w:themeFill="accent6" w:themeFillShade="0000BF" w:val="clear"/>
      </w:tcPr>
    </w:tblStylePr>
    <w:tblStylePr w:type="band1Horz">
      <w:tblPr/>
      <w:tcPr>
        <w:tcBorders>
          <w:top w:space="0" w:sz="0" w:val="nil"/>
          <w:left w:space="0" w:sz="0" w:val="nil"/>
          <w:bottom w:space="0" w:sz="0" w:val="nil"/>
          <w:right w:space="0" w:sz="0" w:val="nil"/>
          <w:insideH w:space="0" w:sz="0" w:val="nil"/>
          <w:insideV w:space="0" w:sz="0" w:val="nil"/>
        </w:tcBorders>
        <w:shd w:color="auto" w:fill="e36c0a" w:themeFill="accent6" w:themeFillShade="0000BF" w:val="clear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.0" w:type="dxa"/>
      <w:tblBorders>
        <w:top w:color="c0504d" w:space="0" w:sz="24" w:themeColor="accent2" w:val="single"/>
        <w:left w:color="000000" w:space="0" w:sz="4" w:themeColor="text1" w:val="single"/>
        <w:bottom w:color="000000" w:space="0" w:sz="4" w:themeColor="text1" w:val="single"/>
        <w:right w:color="000000" w:space="0" w:sz="4" w:themeColor="text1" w:val="single"/>
        <w:insideH w:color="ffffff" w:space="0" w:sz="4" w:themeColor="background1" w:val="single"/>
        <w:insideV w:color="ffffff" w:space="0" w:sz="4" w:themeColor="background1" w:val="single"/>
      </w:tblBorders>
      <w:tblCellMar>
        <w:top w:w="0.0" w:type="dxa"/>
        <w:left w:w="108.0" w:type="dxa"/>
        <w:bottom w:w="0.0" w:type="dxa"/>
        <w:right w:w="108.0" w:type="dxa"/>
      </w:tblCellMar>
    </w:tblPr>
    <w:tcPr>
      <w:shd w:color="auto" w:fill="e6e6e6" w:themeFill="text1" w:themeFillTint="000019" w:val="clear"/>
    </w:tcPr>
    <w:tblStylePr w:type="firstRow">
      <w:rPr>
        <w:b w:val="1"/>
        <w:bCs w:val="1"/>
      </w:rPr>
      <w:tblPr/>
      <w:tcPr>
        <w:tcBorders>
          <w:top w:space="0" w:sz="0" w:val="nil"/>
          <w:left w:space="0" w:sz="0" w:val="nil"/>
          <w:bottom w:color="c0504d" w:space="0" w:sz="24" w:themeColor="accent2" w:val="single"/>
          <w:right w:space="0" w:sz="0" w:val="nil"/>
          <w:insideH w:space="0" w:sz="0" w:val="nil"/>
          <w:insideV w:space="0" w:sz="0" w:val="nil"/>
        </w:tcBorders>
        <w:shd w:color="auto" w:fill="ffffff" w:themeFill="background1" w:val="clear"/>
      </w:tcPr>
    </w:tblStylePr>
    <w:tblStylePr w:type="lastRow">
      <w:rPr>
        <w:b w:val="1"/>
        <w:bCs w:val="1"/>
        <w:color w:val="ffffff" w:themeColor="background1"/>
      </w:rPr>
      <w:tblPr/>
      <w:tcPr>
        <w:tcBorders>
          <w:top w:color="ffffff" w:space="0" w:sz="6" w:themeColor="background1" w:val="single"/>
        </w:tcBorders>
        <w:shd w:color="auto" w:fill="000000" w:themeFill="text1" w:themeFillShade="000099" w:val="clear"/>
      </w:tcPr>
    </w:tblStylePr>
    <w:tblStylePr w:type="firstCol">
      <w:rPr>
        <w:color w:val="ffffff" w:themeColor="background1"/>
      </w:rPr>
      <w:tblPr/>
      <w:tcPr>
        <w:tcBorders>
          <w:top w:space="0" w:sz="0" w:val="nil"/>
          <w:left w:space="0" w:sz="0" w:val="nil"/>
          <w:bottom w:space="0" w:sz="0" w:val="nil"/>
          <w:right w:space="0" w:sz="0" w:val="nil"/>
          <w:insideH w:color="000000" w:space="0" w:sz="4" w:themeColor="text1" w:themeShade="000099" w:val="single"/>
          <w:insideV w:space="0" w:sz="0" w:val="nil"/>
        </w:tcBorders>
        <w:shd w:color="auto" w:fill="000000" w:themeFill="text1" w:themeFillShade="000099" w:val="clear"/>
      </w:tcPr>
    </w:tblStylePr>
    <w:tblStylePr w:type="lastCol">
      <w:rPr>
        <w:color w:val="ffffff" w:themeColor="background1"/>
      </w:rPr>
      <w:tblPr/>
      <w:tcPr>
        <w:tcBorders>
          <w:top w:space="0" w:sz="0" w:val="nil"/>
          <w:left w:space="0" w:sz="0" w:val="nil"/>
          <w:bottom w:space="0" w:sz="0" w:val="nil"/>
          <w:right w:space="0" w:sz="0" w:val="nil"/>
          <w:insideH w:space="0" w:sz="0" w:val="nil"/>
          <w:insideV w:space="0" w:sz="0" w:val="nil"/>
        </w:tcBorders>
        <w:shd w:color="auto" w:fill="000000" w:themeFill="text1" w:themeFillShade="0000BF" w:val="clear"/>
      </w:tcPr>
    </w:tblStylePr>
    <w:tblStylePr w:type="band1Vert">
      <w:tblPr/>
      <w:tcPr>
        <w:shd w:color="auto" w:fill="999999" w:themeFill="text1" w:themeFillTint="000066" w:val="clear"/>
      </w:tcPr>
    </w:tblStylePr>
    <w:tblStylePr w:type="band1Horz">
      <w:tblPr/>
      <w:tcPr>
        <w:shd w:color="auto" w:fill="808080" w:themeFill="text1" w:themeFillTint="00007F" w:val="clear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.0" w:type="dxa"/>
      <w:tblBorders>
        <w:top w:color="c0504d" w:space="0" w:sz="24" w:themeColor="accent2" w:val="single"/>
        <w:left w:color="4f81bd" w:space="0" w:sz="4" w:themeColor="accent1" w:val="single"/>
        <w:bottom w:color="4f81bd" w:space="0" w:sz="4" w:themeColor="accent1" w:val="single"/>
        <w:right w:color="4f81bd" w:space="0" w:sz="4" w:themeColor="accent1" w:val="single"/>
        <w:insideH w:color="ffffff" w:space="0" w:sz="4" w:themeColor="background1" w:val="single"/>
        <w:insideV w:color="ffffff" w:space="0" w:sz="4" w:themeColor="background1" w:val="single"/>
      </w:tblBorders>
      <w:tblCellMar>
        <w:top w:w="0.0" w:type="dxa"/>
        <w:left w:w="108.0" w:type="dxa"/>
        <w:bottom w:w="0.0" w:type="dxa"/>
        <w:right w:w="108.0" w:type="dxa"/>
      </w:tblCellMar>
    </w:tblPr>
    <w:tcPr>
      <w:shd w:color="auto" w:fill="edf2f8" w:themeFill="accent1" w:themeFillTint="000019" w:val="clear"/>
    </w:tcPr>
    <w:tblStylePr w:type="firstRow">
      <w:rPr>
        <w:b w:val="1"/>
        <w:bCs w:val="1"/>
      </w:rPr>
      <w:tblPr/>
      <w:tcPr>
        <w:tcBorders>
          <w:top w:space="0" w:sz="0" w:val="nil"/>
          <w:left w:space="0" w:sz="0" w:val="nil"/>
          <w:bottom w:color="c0504d" w:space="0" w:sz="24" w:themeColor="accent2" w:val="single"/>
          <w:right w:space="0" w:sz="0" w:val="nil"/>
          <w:insideH w:space="0" w:sz="0" w:val="nil"/>
          <w:insideV w:space="0" w:sz="0" w:val="nil"/>
        </w:tcBorders>
        <w:shd w:color="auto" w:fill="ffffff" w:themeFill="background1" w:val="clear"/>
      </w:tcPr>
    </w:tblStylePr>
    <w:tblStylePr w:type="lastRow">
      <w:rPr>
        <w:b w:val="1"/>
        <w:bCs w:val="1"/>
        <w:color w:val="ffffff" w:themeColor="background1"/>
      </w:rPr>
      <w:tblPr/>
      <w:tcPr>
        <w:tcBorders>
          <w:top w:color="ffffff" w:space="0" w:sz="6" w:themeColor="background1" w:val="single"/>
        </w:tcBorders>
        <w:shd w:color="auto" w:fill="2c4c74" w:themeFill="accent1" w:themeFillShade="000099" w:val="clear"/>
      </w:tcPr>
    </w:tblStylePr>
    <w:tblStylePr w:type="firstCol">
      <w:rPr>
        <w:color w:val="ffffff" w:themeColor="background1"/>
      </w:rPr>
      <w:tblPr/>
      <w:tcPr>
        <w:tcBorders>
          <w:top w:space="0" w:sz="0" w:val="nil"/>
          <w:left w:space="0" w:sz="0" w:val="nil"/>
          <w:bottom w:space="0" w:sz="0" w:val="nil"/>
          <w:right w:space="0" w:sz="0" w:val="nil"/>
          <w:insideH w:color="2c4c74" w:space="0" w:sz="4" w:themeColor="accent1" w:themeShade="000099" w:val="single"/>
          <w:insideV w:space="0" w:sz="0" w:val="nil"/>
        </w:tcBorders>
        <w:shd w:color="auto" w:fill="2c4c74" w:themeFill="accent1" w:themeFillShade="000099" w:val="clear"/>
      </w:tcPr>
    </w:tblStylePr>
    <w:tblStylePr w:type="lastCol">
      <w:rPr>
        <w:color w:val="ffffff" w:themeColor="background1"/>
      </w:rPr>
      <w:tblPr/>
      <w:tcPr>
        <w:tcBorders>
          <w:top w:space="0" w:sz="0" w:val="nil"/>
          <w:left w:space="0" w:sz="0" w:val="nil"/>
          <w:bottom w:space="0" w:sz="0" w:val="nil"/>
          <w:right w:space="0" w:sz="0" w:val="nil"/>
          <w:insideH w:space="0" w:sz="0" w:val="nil"/>
          <w:insideV w:space="0" w:sz="0" w:val="nil"/>
        </w:tcBorders>
        <w:shd w:color="auto" w:fill="2c4c74" w:themeFill="accent1" w:themeFillShade="000099" w:val="clear"/>
      </w:tcPr>
    </w:tblStylePr>
    <w:tblStylePr w:type="band1Vert">
      <w:tblPr/>
      <w:tcPr>
        <w:shd w:color="auto" w:fill="b8cce4" w:themeFill="accent1" w:themeFillTint="000066" w:val="clear"/>
      </w:tcPr>
    </w:tblStylePr>
    <w:tblStylePr w:type="band1Horz">
      <w:tblPr/>
      <w:tcPr>
        <w:shd w:color="auto" w:fill="a7bfde" w:themeFill="accent1" w:themeFillTint="00007F" w:val="clear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.0" w:type="dxa"/>
      <w:tblBorders>
        <w:top w:color="c0504d" w:space="0" w:sz="24" w:themeColor="accent2" w:val="single"/>
        <w:left w:color="c0504d" w:space="0" w:sz="4" w:themeColor="accent2" w:val="single"/>
        <w:bottom w:color="c0504d" w:space="0" w:sz="4" w:themeColor="accent2" w:val="single"/>
        <w:right w:color="c0504d" w:space="0" w:sz="4" w:themeColor="accent2" w:val="single"/>
        <w:insideH w:color="ffffff" w:space="0" w:sz="4" w:themeColor="background1" w:val="single"/>
        <w:insideV w:color="ffffff" w:space="0" w:sz="4" w:themeColor="background1" w:val="single"/>
      </w:tblBorders>
      <w:tblCellMar>
        <w:top w:w="0.0" w:type="dxa"/>
        <w:left w:w="108.0" w:type="dxa"/>
        <w:bottom w:w="0.0" w:type="dxa"/>
        <w:right w:w="108.0" w:type="dxa"/>
      </w:tblCellMar>
    </w:tblPr>
    <w:tcPr>
      <w:shd w:color="auto" w:fill="f8eded" w:themeFill="accent2" w:themeFillTint="000019" w:val="clear"/>
    </w:tcPr>
    <w:tblStylePr w:type="firstRow">
      <w:rPr>
        <w:b w:val="1"/>
        <w:bCs w:val="1"/>
      </w:rPr>
      <w:tblPr/>
      <w:tcPr>
        <w:tcBorders>
          <w:top w:space="0" w:sz="0" w:val="nil"/>
          <w:left w:space="0" w:sz="0" w:val="nil"/>
          <w:bottom w:color="c0504d" w:space="0" w:sz="24" w:themeColor="accent2" w:val="single"/>
          <w:right w:space="0" w:sz="0" w:val="nil"/>
          <w:insideH w:space="0" w:sz="0" w:val="nil"/>
          <w:insideV w:space="0" w:sz="0" w:val="nil"/>
        </w:tcBorders>
        <w:shd w:color="auto" w:fill="ffffff" w:themeFill="background1" w:val="clear"/>
      </w:tcPr>
    </w:tblStylePr>
    <w:tblStylePr w:type="lastRow">
      <w:rPr>
        <w:b w:val="1"/>
        <w:bCs w:val="1"/>
        <w:color w:val="ffffff" w:themeColor="background1"/>
      </w:rPr>
      <w:tblPr/>
      <w:tcPr>
        <w:tcBorders>
          <w:top w:color="ffffff" w:space="0" w:sz="6" w:themeColor="background1" w:val="single"/>
        </w:tcBorders>
        <w:shd w:color="auto" w:fill="772c2a" w:themeFill="accent2" w:themeFillShade="000099" w:val="clear"/>
      </w:tcPr>
    </w:tblStylePr>
    <w:tblStylePr w:type="firstCol">
      <w:rPr>
        <w:color w:val="ffffff" w:themeColor="background1"/>
      </w:rPr>
      <w:tblPr/>
      <w:tcPr>
        <w:tcBorders>
          <w:top w:space="0" w:sz="0" w:val="nil"/>
          <w:left w:space="0" w:sz="0" w:val="nil"/>
          <w:bottom w:space="0" w:sz="0" w:val="nil"/>
          <w:right w:space="0" w:sz="0" w:val="nil"/>
          <w:insideH w:color="772c2a" w:space="0" w:sz="4" w:themeColor="accent2" w:themeShade="000099" w:val="single"/>
          <w:insideV w:space="0" w:sz="0" w:val="nil"/>
        </w:tcBorders>
        <w:shd w:color="auto" w:fill="772c2a" w:themeFill="accent2" w:themeFillShade="000099" w:val="clear"/>
      </w:tcPr>
    </w:tblStylePr>
    <w:tblStylePr w:type="lastCol">
      <w:rPr>
        <w:color w:val="ffffff" w:themeColor="background1"/>
      </w:rPr>
      <w:tblPr/>
      <w:tcPr>
        <w:tcBorders>
          <w:top w:space="0" w:sz="0" w:val="nil"/>
          <w:left w:space="0" w:sz="0" w:val="nil"/>
          <w:bottom w:space="0" w:sz="0" w:val="nil"/>
          <w:right w:space="0" w:sz="0" w:val="nil"/>
          <w:insideH w:space="0" w:sz="0" w:val="nil"/>
          <w:insideV w:space="0" w:sz="0" w:val="nil"/>
        </w:tcBorders>
        <w:shd w:color="auto" w:fill="772c2a" w:themeFill="accent2" w:themeFillShade="000099" w:val="clear"/>
      </w:tcPr>
    </w:tblStylePr>
    <w:tblStylePr w:type="band1Vert">
      <w:tblPr/>
      <w:tcPr>
        <w:shd w:color="auto" w:fill="e5b8b7" w:themeFill="accent2" w:themeFillTint="000066" w:val="clear"/>
      </w:tcPr>
    </w:tblStylePr>
    <w:tblStylePr w:type="band1Horz">
      <w:tblPr/>
      <w:tcPr>
        <w:shd w:color="auto" w:fill="dfa7a6" w:themeFill="accent2" w:themeFillTint="00007F" w:val="clear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.0" w:type="dxa"/>
      <w:tblBorders>
        <w:top w:color="8064a2" w:space="0" w:sz="24" w:themeColor="accent4" w:val="single"/>
        <w:left w:color="9bbb59" w:space="0" w:sz="4" w:themeColor="accent3" w:val="single"/>
        <w:bottom w:color="9bbb59" w:space="0" w:sz="4" w:themeColor="accent3" w:val="single"/>
        <w:right w:color="9bbb59" w:space="0" w:sz="4" w:themeColor="accent3" w:val="single"/>
        <w:insideH w:color="ffffff" w:space="0" w:sz="4" w:themeColor="background1" w:val="single"/>
        <w:insideV w:color="ffffff" w:space="0" w:sz="4" w:themeColor="background1" w:val="single"/>
      </w:tblBorders>
      <w:tblCellMar>
        <w:top w:w="0.0" w:type="dxa"/>
        <w:left w:w="108.0" w:type="dxa"/>
        <w:bottom w:w="0.0" w:type="dxa"/>
        <w:right w:w="108.0" w:type="dxa"/>
      </w:tblCellMar>
    </w:tblPr>
    <w:tcPr>
      <w:shd w:color="auto" w:fill="f5f8ee" w:themeFill="accent3" w:themeFillTint="000019" w:val="clear"/>
    </w:tcPr>
    <w:tblStylePr w:type="firstRow">
      <w:rPr>
        <w:b w:val="1"/>
        <w:bCs w:val="1"/>
      </w:rPr>
      <w:tblPr/>
      <w:tcPr>
        <w:tcBorders>
          <w:top w:space="0" w:sz="0" w:val="nil"/>
          <w:left w:space="0" w:sz="0" w:val="nil"/>
          <w:bottom w:color="8064a2" w:space="0" w:sz="24" w:themeColor="accent4" w:val="single"/>
          <w:right w:space="0" w:sz="0" w:val="nil"/>
          <w:insideH w:space="0" w:sz="0" w:val="nil"/>
          <w:insideV w:space="0" w:sz="0" w:val="nil"/>
        </w:tcBorders>
        <w:shd w:color="auto" w:fill="ffffff" w:themeFill="background1" w:val="clear"/>
      </w:tcPr>
    </w:tblStylePr>
    <w:tblStylePr w:type="lastRow">
      <w:rPr>
        <w:b w:val="1"/>
        <w:bCs w:val="1"/>
        <w:color w:val="ffffff" w:themeColor="background1"/>
      </w:rPr>
      <w:tblPr/>
      <w:tcPr>
        <w:tcBorders>
          <w:top w:color="ffffff" w:space="0" w:sz="6" w:themeColor="background1" w:val="single"/>
        </w:tcBorders>
        <w:shd w:color="auto" w:fill="5e7530" w:themeFill="accent3" w:themeFillShade="000099" w:val="clear"/>
      </w:tcPr>
    </w:tblStylePr>
    <w:tblStylePr w:type="firstCol">
      <w:rPr>
        <w:color w:val="ffffff" w:themeColor="background1"/>
      </w:rPr>
      <w:tblPr/>
      <w:tcPr>
        <w:tcBorders>
          <w:top w:space="0" w:sz="0" w:val="nil"/>
          <w:left w:space="0" w:sz="0" w:val="nil"/>
          <w:bottom w:space="0" w:sz="0" w:val="nil"/>
          <w:right w:space="0" w:sz="0" w:val="nil"/>
          <w:insideH w:color="5e7530" w:space="0" w:sz="4" w:themeColor="accent3" w:themeShade="000099" w:val="single"/>
          <w:insideV w:space="0" w:sz="0" w:val="nil"/>
        </w:tcBorders>
        <w:shd w:color="auto" w:fill="5e7530" w:themeFill="accent3" w:themeFillShade="000099" w:val="clear"/>
      </w:tcPr>
    </w:tblStylePr>
    <w:tblStylePr w:type="lastCol">
      <w:rPr>
        <w:color w:val="ffffff" w:themeColor="background1"/>
      </w:rPr>
      <w:tblPr/>
      <w:tcPr>
        <w:tcBorders>
          <w:top w:space="0" w:sz="0" w:val="nil"/>
          <w:left w:space="0" w:sz="0" w:val="nil"/>
          <w:bottom w:space="0" w:sz="0" w:val="nil"/>
          <w:right w:space="0" w:sz="0" w:val="nil"/>
          <w:insideH w:space="0" w:sz="0" w:val="nil"/>
          <w:insideV w:space="0" w:sz="0" w:val="nil"/>
        </w:tcBorders>
        <w:shd w:color="auto" w:fill="5e7530" w:themeFill="accent3" w:themeFillShade="000099" w:val="clear"/>
      </w:tcPr>
    </w:tblStylePr>
    <w:tblStylePr w:type="band1Vert">
      <w:tblPr/>
      <w:tcPr>
        <w:shd w:color="auto" w:fill="d6e3bc" w:themeFill="accent3" w:themeFillTint="000066" w:val="clear"/>
      </w:tcPr>
    </w:tblStylePr>
    <w:tblStylePr w:type="band1Horz">
      <w:tblPr/>
      <w:tcPr>
        <w:shd w:color="auto" w:fill="cdddac" w:themeFill="accent3" w:themeFillTint="00007F" w:val="clear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.0" w:type="dxa"/>
      <w:tblBorders>
        <w:top w:color="9bbb59" w:space="0" w:sz="24" w:themeColor="accent3" w:val="single"/>
        <w:left w:color="8064a2" w:space="0" w:sz="4" w:themeColor="accent4" w:val="single"/>
        <w:bottom w:color="8064a2" w:space="0" w:sz="4" w:themeColor="accent4" w:val="single"/>
        <w:right w:color="8064a2" w:space="0" w:sz="4" w:themeColor="accent4" w:val="single"/>
        <w:insideH w:color="ffffff" w:space="0" w:sz="4" w:themeColor="background1" w:val="single"/>
        <w:insideV w:color="ffffff" w:space="0" w:sz="4" w:themeColor="background1" w:val="single"/>
      </w:tblBorders>
      <w:tblCellMar>
        <w:top w:w="0.0" w:type="dxa"/>
        <w:left w:w="108.0" w:type="dxa"/>
        <w:bottom w:w="0.0" w:type="dxa"/>
        <w:right w:w="108.0" w:type="dxa"/>
      </w:tblCellMar>
    </w:tblPr>
    <w:tcPr>
      <w:shd w:color="auto" w:fill="f2eff6" w:themeFill="accent4" w:themeFillTint="000019" w:val="clear"/>
    </w:tcPr>
    <w:tblStylePr w:type="firstRow">
      <w:rPr>
        <w:b w:val="1"/>
        <w:bCs w:val="1"/>
      </w:rPr>
      <w:tblPr/>
      <w:tcPr>
        <w:tcBorders>
          <w:top w:space="0" w:sz="0" w:val="nil"/>
          <w:left w:space="0" w:sz="0" w:val="nil"/>
          <w:bottom w:color="9bbb59" w:space="0" w:sz="24" w:themeColor="accent3" w:val="single"/>
          <w:right w:space="0" w:sz="0" w:val="nil"/>
          <w:insideH w:space="0" w:sz="0" w:val="nil"/>
          <w:insideV w:space="0" w:sz="0" w:val="nil"/>
        </w:tcBorders>
        <w:shd w:color="auto" w:fill="ffffff" w:themeFill="background1" w:val="clear"/>
      </w:tcPr>
    </w:tblStylePr>
    <w:tblStylePr w:type="lastRow">
      <w:rPr>
        <w:b w:val="1"/>
        <w:bCs w:val="1"/>
        <w:color w:val="ffffff" w:themeColor="background1"/>
      </w:rPr>
      <w:tblPr/>
      <w:tcPr>
        <w:tcBorders>
          <w:top w:color="ffffff" w:space="0" w:sz="6" w:themeColor="background1" w:val="single"/>
        </w:tcBorders>
        <w:shd w:color="auto" w:fill="4c3b62" w:themeFill="accent4" w:themeFillShade="000099" w:val="clear"/>
      </w:tcPr>
    </w:tblStylePr>
    <w:tblStylePr w:type="firstCol">
      <w:rPr>
        <w:color w:val="ffffff" w:themeColor="background1"/>
      </w:rPr>
      <w:tblPr/>
      <w:tcPr>
        <w:tcBorders>
          <w:top w:space="0" w:sz="0" w:val="nil"/>
          <w:left w:space="0" w:sz="0" w:val="nil"/>
          <w:bottom w:space="0" w:sz="0" w:val="nil"/>
          <w:right w:space="0" w:sz="0" w:val="nil"/>
          <w:insideH w:color="4c3b62" w:space="0" w:sz="4" w:themeColor="accent4" w:themeShade="000099" w:val="single"/>
          <w:insideV w:space="0" w:sz="0" w:val="nil"/>
        </w:tcBorders>
        <w:shd w:color="auto" w:fill="4c3b62" w:themeFill="accent4" w:themeFillShade="000099" w:val="clear"/>
      </w:tcPr>
    </w:tblStylePr>
    <w:tblStylePr w:type="lastCol">
      <w:rPr>
        <w:color w:val="ffffff" w:themeColor="background1"/>
      </w:rPr>
      <w:tblPr/>
      <w:tcPr>
        <w:tcBorders>
          <w:top w:space="0" w:sz="0" w:val="nil"/>
          <w:left w:space="0" w:sz="0" w:val="nil"/>
          <w:bottom w:space="0" w:sz="0" w:val="nil"/>
          <w:right w:space="0" w:sz="0" w:val="nil"/>
          <w:insideH w:space="0" w:sz="0" w:val="nil"/>
          <w:insideV w:space="0" w:sz="0" w:val="nil"/>
        </w:tcBorders>
        <w:shd w:color="auto" w:fill="4c3b62" w:themeFill="accent4" w:themeFillShade="000099" w:val="clear"/>
      </w:tcPr>
    </w:tblStylePr>
    <w:tblStylePr w:type="band1Vert">
      <w:tblPr/>
      <w:tcPr>
        <w:shd w:color="auto" w:fill="ccc0d9" w:themeFill="accent4" w:themeFillTint="000066" w:val="clear"/>
      </w:tcPr>
    </w:tblStylePr>
    <w:tblStylePr w:type="band1Horz">
      <w:tblPr/>
      <w:tcPr>
        <w:shd w:color="auto" w:fill="bfb1d0" w:themeFill="accent4" w:themeFillTint="00007F" w:val="clear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.0" w:type="dxa"/>
      <w:tblBorders>
        <w:top w:color="f79646" w:space="0" w:sz="24" w:themeColor="accent6" w:val="single"/>
        <w:left w:color="4bacc6" w:space="0" w:sz="4" w:themeColor="accent5" w:val="single"/>
        <w:bottom w:color="4bacc6" w:space="0" w:sz="4" w:themeColor="accent5" w:val="single"/>
        <w:right w:color="4bacc6" w:space="0" w:sz="4" w:themeColor="accent5" w:val="single"/>
        <w:insideH w:color="ffffff" w:space="0" w:sz="4" w:themeColor="background1" w:val="single"/>
        <w:insideV w:color="ffffff" w:space="0" w:sz="4" w:themeColor="background1" w:val="single"/>
      </w:tblBorders>
      <w:tblCellMar>
        <w:top w:w="0.0" w:type="dxa"/>
        <w:left w:w="108.0" w:type="dxa"/>
        <w:bottom w:w="0.0" w:type="dxa"/>
        <w:right w:w="108.0" w:type="dxa"/>
      </w:tblCellMar>
    </w:tblPr>
    <w:tcPr>
      <w:shd w:color="auto" w:fill="edf6f9" w:themeFill="accent5" w:themeFillTint="000019" w:val="clear"/>
    </w:tcPr>
    <w:tblStylePr w:type="firstRow">
      <w:rPr>
        <w:b w:val="1"/>
        <w:bCs w:val="1"/>
      </w:rPr>
      <w:tblPr/>
      <w:tcPr>
        <w:tcBorders>
          <w:top w:space="0" w:sz="0" w:val="nil"/>
          <w:left w:space="0" w:sz="0" w:val="nil"/>
          <w:bottom w:color="f79646" w:space="0" w:sz="24" w:themeColor="accent6" w:val="single"/>
          <w:right w:space="0" w:sz="0" w:val="nil"/>
          <w:insideH w:space="0" w:sz="0" w:val="nil"/>
          <w:insideV w:space="0" w:sz="0" w:val="nil"/>
        </w:tcBorders>
        <w:shd w:color="auto" w:fill="ffffff" w:themeFill="background1" w:val="clear"/>
      </w:tcPr>
    </w:tblStylePr>
    <w:tblStylePr w:type="lastRow">
      <w:rPr>
        <w:b w:val="1"/>
        <w:bCs w:val="1"/>
        <w:color w:val="ffffff" w:themeColor="background1"/>
      </w:rPr>
      <w:tblPr/>
      <w:tcPr>
        <w:tcBorders>
          <w:top w:color="ffffff" w:space="0" w:sz="6" w:themeColor="background1" w:val="single"/>
        </w:tcBorders>
        <w:shd w:color="auto" w:fill="276a7c" w:themeFill="accent5" w:themeFillShade="000099" w:val="clear"/>
      </w:tcPr>
    </w:tblStylePr>
    <w:tblStylePr w:type="firstCol">
      <w:rPr>
        <w:color w:val="ffffff" w:themeColor="background1"/>
      </w:rPr>
      <w:tblPr/>
      <w:tcPr>
        <w:tcBorders>
          <w:top w:space="0" w:sz="0" w:val="nil"/>
          <w:left w:space="0" w:sz="0" w:val="nil"/>
          <w:bottom w:space="0" w:sz="0" w:val="nil"/>
          <w:right w:space="0" w:sz="0" w:val="nil"/>
          <w:insideH w:color="276a7c" w:space="0" w:sz="4" w:themeColor="accent5" w:themeShade="000099" w:val="single"/>
          <w:insideV w:space="0" w:sz="0" w:val="nil"/>
        </w:tcBorders>
        <w:shd w:color="auto" w:fill="276a7c" w:themeFill="accent5" w:themeFillShade="000099" w:val="clear"/>
      </w:tcPr>
    </w:tblStylePr>
    <w:tblStylePr w:type="lastCol">
      <w:rPr>
        <w:color w:val="ffffff" w:themeColor="background1"/>
      </w:rPr>
      <w:tblPr/>
      <w:tcPr>
        <w:tcBorders>
          <w:top w:space="0" w:sz="0" w:val="nil"/>
          <w:left w:space="0" w:sz="0" w:val="nil"/>
          <w:bottom w:space="0" w:sz="0" w:val="nil"/>
          <w:right w:space="0" w:sz="0" w:val="nil"/>
          <w:insideH w:space="0" w:sz="0" w:val="nil"/>
          <w:insideV w:space="0" w:sz="0" w:val="nil"/>
        </w:tcBorders>
        <w:shd w:color="auto" w:fill="276a7c" w:themeFill="accent5" w:themeFillShade="000099" w:val="clear"/>
      </w:tcPr>
    </w:tblStylePr>
    <w:tblStylePr w:type="band1Vert">
      <w:tblPr/>
      <w:tcPr>
        <w:shd w:color="auto" w:fill="b6dde8" w:themeFill="accent5" w:themeFillTint="000066" w:val="clear"/>
      </w:tcPr>
    </w:tblStylePr>
    <w:tblStylePr w:type="band1Horz">
      <w:tblPr/>
      <w:tcPr>
        <w:shd w:color="auto" w:fill="a5d5e2" w:themeFill="accent5" w:themeFillTint="00007F" w:val="clear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.0" w:type="dxa"/>
      <w:tblBorders>
        <w:top w:color="4bacc6" w:space="0" w:sz="24" w:themeColor="accent5" w:val="single"/>
        <w:left w:color="f79646" w:space="0" w:sz="4" w:themeColor="accent6" w:val="single"/>
        <w:bottom w:color="f79646" w:space="0" w:sz="4" w:themeColor="accent6" w:val="single"/>
        <w:right w:color="f79646" w:space="0" w:sz="4" w:themeColor="accent6" w:val="single"/>
        <w:insideH w:color="ffffff" w:space="0" w:sz="4" w:themeColor="background1" w:val="single"/>
        <w:insideV w:color="ffffff" w:space="0" w:sz="4" w:themeColor="background1" w:val="single"/>
      </w:tblBorders>
      <w:tblCellMar>
        <w:top w:w="0.0" w:type="dxa"/>
        <w:left w:w="108.0" w:type="dxa"/>
        <w:bottom w:w="0.0" w:type="dxa"/>
        <w:right w:w="108.0" w:type="dxa"/>
      </w:tblCellMar>
    </w:tblPr>
    <w:tcPr>
      <w:shd w:color="auto" w:fill="fef4ec" w:themeFill="accent6" w:themeFillTint="000019" w:val="clear"/>
    </w:tcPr>
    <w:tblStylePr w:type="firstRow">
      <w:rPr>
        <w:b w:val="1"/>
        <w:bCs w:val="1"/>
      </w:rPr>
      <w:tblPr/>
      <w:tcPr>
        <w:tcBorders>
          <w:top w:space="0" w:sz="0" w:val="nil"/>
          <w:left w:space="0" w:sz="0" w:val="nil"/>
          <w:bottom w:color="4bacc6" w:space="0" w:sz="24" w:themeColor="accent5" w:val="single"/>
          <w:right w:space="0" w:sz="0" w:val="nil"/>
          <w:insideH w:space="0" w:sz="0" w:val="nil"/>
          <w:insideV w:space="0" w:sz="0" w:val="nil"/>
        </w:tcBorders>
        <w:shd w:color="auto" w:fill="ffffff" w:themeFill="background1" w:val="clear"/>
      </w:tcPr>
    </w:tblStylePr>
    <w:tblStylePr w:type="lastRow">
      <w:rPr>
        <w:b w:val="1"/>
        <w:bCs w:val="1"/>
        <w:color w:val="ffffff" w:themeColor="background1"/>
      </w:rPr>
      <w:tblPr/>
      <w:tcPr>
        <w:tcBorders>
          <w:top w:color="ffffff" w:space="0" w:sz="6" w:themeColor="background1" w:val="single"/>
        </w:tcBorders>
        <w:shd w:color="auto" w:fill="b65608" w:themeFill="accent6" w:themeFillShade="000099" w:val="clear"/>
      </w:tcPr>
    </w:tblStylePr>
    <w:tblStylePr w:type="firstCol">
      <w:rPr>
        <w:color w:val="ffffff" w:themeColor="background1"/>
      </w:rPr>
      <w:tblPr/>
      <w:tcPr>
        <w:tcBorders>
          <w:top w:space="0" w:sz="0" w:val="nil"/>
          <w:left w:space="0" w:sz="0" w:val="nil"/>
          <w:bottom w:space="0" w:sz="0" w:val="nil"/>
          <w:right w:space="0" w:sz="0" w:val="nil"/>
          <w:insideH w:color="b65608" w:space="0" w:sz="4" w:themeColor="accent6" w:themeShade="000099" w:val="single"/>
          <w:insideV w:space="0" w:sz="0" w:val="nil"/>
        </w:tcBorders>
        <w:shd w:color="auto" w:fill="b65608" w:themeFill="accent6" w:themeFillShade="000099" w:val="clear"/>
      </w:tcPr>
    </w:tblStylePr>
    <w:tblStylePr w:type="lastCol">
      <w:rPr>
        <w:color w:val="ffffff" w:themeColor="background1"/>
      </w:rPr>
      <w:tblPr/>
      <w:tcPr>
        <w:tcBorders>
          <w:top w:space="0" w:sz="0" w:val="nil"/>
          <w:left w:space="0" w:sz="0" w:val="nil"/>
          <w:bottom w:space="0" w:sz="0" w:val="nil"/>
          <w:right w:space="0" w:sz="0" w:val="nil"/>
          <w:insideH w:space="0" w:sz="0" w:val="nil"/>
          <w:insideV w:space="0" w:sz="0" w:val="nil"/>
        </w:tcBorders>
        <w:shd w:color="auto" w:fill="b65608" w:themeFill="accent6" w:themeFillShade="000099" w:val="clear"/>
      </w:tcPr>
    </w:tblStylePr>
    <w:tblStylePr w:type="band1Vert">
      <w:tblPr/>
      <w:tcPr>
        <w:shd w:color="auto" w:fill="fbd4b4" w:themeFill="accent6" w:themeFillTint="000066" w:val="clear"/>
      </w:tcPr>
    </w:tblStylePr>
    <w:tblStylePr w:type="band1Horz">
      <w:tblPr/>
      <w:tcPr>
        <w:shd w:color="auto" w:fill="fbcaa2" w:themeFill="accent6" w:themeFillTint="00007F" w:val="clear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.0" w:type="dxa"/>
      <w:tblCellMar>
        <w:top w:w="0.0" w:type="dxa"/>
        <w:left w:w="108.0" w:type="dxa"/>
        <w:bottom w:w="0.0" w:type="dxa"/>
        <w:right w:w="108.0" w:type="dxa"/>
      </w:tblCellMar>
    </w:tblPr>
    <w:tcPr>
      <w:shd w:color="auto" w:fill="e6e6e6" w:themeFill="text1" w:themeFillTint="000019" w:val="clear"/>
    </w:tcPr>
    <w:tblStylePr w:type="firstRow">
      <w:rPr>
        <w:b w:val="1"/>
        <w:bCs w:val="1"/>
        <w:color w:val="ffffff" w:themeColor="background1"/>
      </w:rPr>
      <w:tblPr/>
      <w:tcPr>
        <w:tcBorders>
          <w:bottom w:color="ffffff" w:space="0" w:sz="12" w:themeColor="background1" w:val="single"/>
        </w:tcBorders>
        <w:shd w:color="auto" w:fill="9e3a38" w:themeFill="accent2" w:themeFillShade="0000CC" w:val="clear"/>
      </w:tcPr>
    </w:tblStylePr>
    <w:tblStylePr w:type="lastRow">
      <w:rPr>
        <w:b w:val="1"/>
        <w:bCs w:val="1"/>
        <w:color w:val="9e3a38" w:themeColor="accent2" w:themeShade="0000CC"/>
      </w:rPr>
      <w:tblPr/>
      <w:tcPr>
        <w:tcBorders>
          <w:top w:color="000000" w:space="0" w:sz="12" w:themeColor="text1" w:val="single"/>
        </w:tcBorders>
        <w:shd w:color="auto" w:fill="ffffff" w:themeFill="background1" w:val="clear"/>
      </w:tcPr>
    </w:tblStylePr>
    <w:tblStylePr w:type="firstCol">
      <w:rPr>
        <w:b w:val="1"/>
        <w:bCs w:val="1"/>
      </w:rPr>
    </w:tblStylePr>
    <w:tblStylePr w:type="lastCol">
      <w:rPr>
        <w:b w:val="1"/>
        <w:bCs w:val="1"/>
      </w:rPr>
    </w:tblStylePr>
    <w:tblStylePr w:type="band1Vert">
      <w:tblPr/>
      <w:tcPr>
        <w:tcBorders>
          <w:top w:space="0" w:sz="0" w:val="nil"/>
          <w:left w:space="0" w:sz="0" w:val="nil"/>
          <w:bottom w:space="0" w:sz="0" w:val="nil"/>
          <w:right w:space="0" w:sz="0" w:val="nil"/>
          <w:insideH w:space="0" w:sz="0" w:val="nil"/>
          <w:insideV w:space="0" w:sz="0" w:val="nil"/>
        </w:tcBorders>
        <w:shd w:color="auto" w:fill="c0c0c0" w:themeFill="text1" w:themeFillTint="00003F" w:val="clear"/>
      </w:tcPr>
    </w:tblStylePr>
    <w:tblStylePr w:type="band1Horz">
      <w:tblPr/>
      <w:tcPr>
        <w:shd w:color="auto" w:fill="cccccc" w:themeFill="text1" w:themeFillTint="000033" w:val="clear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.0" w:type="dxa"/>
      <w:tblCellMar>
        <w:top w:w="0.0" w:type="dxa"/>
        <w:left w:w="108.0" w:type="dxa"/>
        <w:bottom w:w="0.0" w:type="dxa"/>
        <w:right w:w="108.0" w:type="dxa"/>
      </w:tblCellMar>
    </w:tblPr>
    <w:tcPr>
      <w:shd w:color="auto" w:fill="edf2f8" w:themeFill="accent1" w:themeFillTint="000019" w:val="clear"/>
    </w:tcPr>
    <w:tblStylePr w:type="firstRow">
      <w:rPr>
        <w:b w:val="1"/>
        <w:bCs w:val="1"/>
        <w:color w:val="ffffff" w:themeColor="background1"/>
      </w:rPr>
      <w:tblPr/>
      <w:tcPr>
        <w:tcBorders>
          <w:bottom w:color="ffffff" w:space="0" w:sz="12" w:themeColor="background1" w:val="single"/>
        </w:tcBorders>
        <w:shd w:color="auto" w:fill="9e3a38" w:themeFill="accent2" w:themeFillShade="0000CC" w:val="clear"/>
      </w:tcPr>
    </w:tblStylePr>
    <w:tblStylePr w:type="lastRow">
      <w:rPr>
        <w:b w:val="1"/>
        <w:bCs w:val="1"/>
        <w:color w:val="9e3a38" w:themeColor="accent2" w:themeShade="0000CC"/>
      </w:rPr>
      <w:tblPr/>
      <w:tcPr>
        <w:tcBorders>
          <w:top w:color="000000" w:space="0" w:sz="12" w:themeColor="text1" w:val="single"/>
        </w:tcBorders>
        <w:shd w:color="auto" w:fill="ffffff" w:themeFill="background1" w:val="clear"/>
      </w:tcPr>
    </w:tblStylePr>
    <w:tblStylePr w:type="firstCol">
      <w:rPr>
        <w:b w:val="1"/>
        <w:bCs w:val="1"/>
      </w:rPr>
    </w:tblStylePr>
    <w:tblStylePr w:type="lastCol">
      <w:rPr>
        <w:b w:val="1"/>
        <w:bCs w:val="1"/>
      </w:rPr>
    </w:tblStylePr>
    <w:tblStylePr w:type="band1Vert">
      <w:tblPr/>
      <w:tcPr>
        <w:tcBorders>
          <w:top w:space="0" w:sz="0" w:val="nil"/>
          <w:left w:space="0" w:sz="0" w:val="nil"/>
          <w:bottom w:space="0" w:sz="0" w:val="nil"/>
          <w:right w:space="0" w:sz="0" w:val="nil"/>
          <w:insideH w:space="0" w:sz="0" w:val="nil"/>
          <w:insideV w:space="0" w:sz="0" w:val="nil"/>
        </w:tcBorders>
        <w:shd w:color="auto" w:fill="d3dfee" w:themeFill="accent1" w:themeFillTint="00003F" w:val="clear"/>
      </w:tcPr>
    </w:tblStylePr>
    <w:tblStylePr w:type="band1Horz">
      <w:tblPr/>
      <w:tcPr>
        <w:shd w:color="auto" w:fill="dbe5f1" w:themeFill="accent1" w:themeFillTint="000033" w:val="clear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.0" w:type="dxa"/>
      <w:tblCellMar>
        <w:top w:w="0.0" w:type="dxa"/>
        <w:left w:w="108.0" w:type="dxa"/>
        <w:bottom w:w="0.0" w:type="dxa"/>
        <w:right w:w="108.0" w:type="dxa"/>
      </w:tblCellMar>
    </w:tblPr>
    <w:tcPr>
      <w:shd w:color="auto" w:fill="f8eded" w:themeFill="accent2" w:themeFillTint="000019" w:val="clear"/>
    </w:tcPr>
    <w:tblStylePr w:type="firstRow">
      <w:rPr>
        <w:b w:val="1"/>
        <w:bCs w:val="1"/>
        <w:color w:val="ffffff" w:themeColor="background1"/>
      </w:rPr>
      <w:tblPr/>
      <w:tcPr>
        <w:tcBorders>
          <w:bottom w:color="ffffff" w:space="0" w:sz="12" w:themeColor="background1" w:val="single"/>
        </w:tcBorders>
        <w:shd w:color="auto" w:fill="9e3a38" w:themeFill="accent2" w:themeFillShade="0000CC" w:val="clear"/>
      </w:tcPr>
    </w:tblStylePr>
    <w:tblStylePr w:type="lastRow">
      <w:rPr>
        <w:b w:val="1"/>
        <w:bCs w:val="1"/>
        <w:color w:val="9e3a38" w:themeColor="accent2" w:themeShade="0000CC"/>
      </w:rPr>
      <w:tblPr/>
      <w:tcPr>
        <w:tcBorders>
          <w:top w:color="000000" w:space="0" w:sz="12" w:themeColor="text1" w:val="single"/>
        </w:tcBorders>
        <w:shd w:color="auto" w:fill="ffffff" w:themeFill="background1" w:val="clear"/>
      </w:tcPr>
    </w:tblStylePr>
    <w:tblStylePr w:type="firstCol">
      <w:rPr>
        <w:b w:val="1"/>
        <w:bCs w:val="1"/>
      </w:rPr>
    </w:tblStylePr>
    <w:tblStylePr w:type="lastCol">
      <w:rPr>
        <w:b w:val="1"/>
        <w:bCs w:val="1"/>
      </w:rPr>
    </w:tblStylePr>
    <w:tblStylePr w:type="band1Vert">
      <w:tblPr/>
      <w:tcPr>
        <w:tcBorders>
          <w:top w:space="0" w:sz="0" w:val="nil"/>
          <w:left w:space="0" w:sz="0" w:val="nil"/>
          <w:bottom w:space="0" w:sz="0" w:val="nil"/>
          <w:right w:space="0" w:sz="0" w:val="nil"/>
          <w:insideH w:space="0" w:sz="0" w:val="nil"/>
          <w:insideV w:space="0" w:sz="0" w:val="nil"/>
        </w:tcBorders>
        <w:shd w:color="auto" w:fill="efd3d2" w:themeFill="accent2" w:themeFillTint="00003F" w:val="clear"/>
      </w:tcPr>
    </w:tblStylePr>
    <w:tblStylePr w:type="band1Horz">
      <w:tblPr/>
      <w:tcPr>
        <w:shd w:color="auto" w:fill="f2dbdb" w:themeFill="accent2" w:themeFillTint="000033" w:val="clear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.0" w:type="dxa"/>
      <w:tblCellMar>
        <w:top w:w="0.0" w:type="dxa"/>
        <w:left w:w="108.0" w:type="dxa"/>
        <w:bottom w:w="0.0" w:type="dxa"/>
        <w:right w:w="108.0" w:type="dxa"/>
      </w:tblCellMar>
    </w:tblPr>
    <w:tcPr>
      <w:shd w:color="auto" w:fill="f5f8ee" w:themeFill="accent3" w:themeFillTint="000019" w:val="clear"/>
    </w:tcPr>
    <w:tblStylePr w:type="firstRow">
      <w:rPr>
        <w:b w:val="1"/>
        <w:bCs w:val="1"/>
        <w:color w:val="ffffff" w:themeColor="background1"/>
      </w:rPr>
      <w:tblPr/>
      <w:tcPr>
        <w:tcBorders>
          <w:bottom w:color="ffffff" w:space="0" w:sz="12" w:themeColor="background1" w:val="single"/>
        </w:tcBorders>
        <w:shd w:color="auto" w:fill="664e82" w:themeFill="accent4" w:themeFillShade="0000CC" w:val="clear"/>
      </w:tcPr>
    </w:tblStylePr>
    <w:tblStylePr w:type="lastRow">
      <w:rPr>
        <w:b w:val="1"/>
        <w:bCs w:val="1"/>
        <w:color w:val="664e82" w:themeColor="accent4" w:themeShade="0000CC"/>
      </w:rPr>
      <w:tblPr/>
      <w:tcPr>
        <w:tcBorders>
          <w:top w:color="000000" w:space="0" w:sz="12" w:themeColor="text1" w:val="single"/>
        </w:tcBorders>
        <w:shd w:color="auto" w:fill="ffffff" w:themeFill="background1" w:val="clear"/>
      </w:tcPr>
    </w:tblStylePr>
    <w:tblStylePr w:type="firstCol">
      <w:rPr>
        <w:b w:val="1"/>
        <w:bCs w:val="1"/>
      </w:rPr>
    </w:tblStylePr>
    <w:tblStylePr w:type="lastCol">
      <w:rPr>
        <w:b w:val="1"/>
        <w:bCs w:val="1"/>
      </w:rPr>
    </w:tblStylePr>
    <w:tblStylePr w:type="band1Vert">
      <w:tblPr/>
      <w:tcPr>
        <w:tcBorders>
          <w:top w:space="0" w:sz="0" w:val="nil"/>
          <w:left w:space="0" w:sz="0" w:val="nil"/>
          <w:bottom w:space="0" w:sz="0" w:val="nil"/>
          <w:right w:space="0" w:sz="0" w:val="nil"/>
          <w:insideH w:space="0" w:sz="0" w:val="nil"/>
          <w:insideV w:space="0" w:sz="0" w:val="nil"/>
        </w:tcBorders>
        <w:shd w:color="auto" w:fill="e6eed5" w:themeFill="accent3" w:themeFillTint="00003F" w:val="clear"/>
      </w:tcPr>
    </w:tblStylePr>
    <w:tblStylePr w:type="band1Horz">
      <w:tblPr/>
      <w:tcPr>
        <w:shd w:color="auto" w:fill="eaf1dd" w:themeFill="accent3" w:themeFillTint="000033" w:val="clear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.0" w:type="dxa"/>
      <w:tblCellMar>
        <w:top w:w="0.0" w:type="dxa"/>
        <w:left w:w="108.0" w:type="dxa"/>
        <w:bottom w:w="0.0" w:type="dxa"/>
        <w:right w:w="108.0" w:type="dxa"/>
      </w:tblCellMar>
    </w:tblPr>
    <w:tcPr>
      <w:shd w:color="auto" w:fill="f2eff6" w:themeFill="accent4" w:themeFillTint="000019" w:val="clear"/>
    </w:tcPr>
    <w:tblStylePr w:type="firstRow">
      <w:rPr>
        <w:b w:val="1"/>
        <w:bCs w:val="1"/>
        <w:color w:val="ffffff" w:themeColor="background1"/>
      </w:rPr>
      <w:tblPr/>
      <w:tcPr>
        <w:tcBorders>
          <w:bottom w:color="ffffff" w:space="0" w:sz="12" w:themeColor="background1" w:val="single"/>
        </w:tcBorders>
        <w:shd w:color="auto" w:fill="7e9c40" w:themeFill="accent3" w:themeFillShade="0000CC" w:val="clear"/>
      </w:tcPr>
    </w:tblStylePr>
    <w:tblStylePr w:type="lastRow">
      <w:rPr>
        <w:b w:val="1"/>
        <w:bCs w:val="1"/>
        <w:color w:val="7e9c40" w:themeColor="accent3" w:themeShade="0000CC"/>
      </w:rPr>
      <w:tblPr/>
      <w:tcPr>
        <w:tcBorders>
          <w:top w:color="000000" w:space="0" w:sz="12" w:themeColor="text1" w:val="single"/>
        </w:tcBorders>
        <w:shd w:color="auto" w:fill="ffffff" w:themeFill="background1" w:val="clear"/>
      </w:tcPr>
    </w:tblStylePr>
    <w:tblStylePr w:type="firstCol">
      <w:rPr>
        <w:b w:val="1"/>
        <w:bCs w:val="1"/>
      </w:rPr>
    </w:tblStylePr>
    <w:tblStylePr w:type="lastCol">
      <w:rPr>
        <w:b w:val="1"/>
        <w:bCs w:val="1"/>
      </w:rPr>
    </w:tblStylePr>
    <w:tblStylePr w:type="band1Vert">
      <w:tblPr/>
      <w:tcPr>
        <w:tcBorders>
          <w:top w:space="0" w:sz="0" w:val="nil"/>
          <w:left w:space="0" w:sz="0" w:val="nil"/>
          <w:bottom w:space="0" w:sz="0" w:val="nil"/>
          <w:right w:space="0" w:sz="0" w:val="nil"/>
          <w:insideH w:space="0" w:sz="0" w:val="nil"/>
          <w:insideV w:space="0" w:sz="0" w:val="nil"/>
        </w:tcBorders>
        <w:shd w:color="auto" w:fill="dfd8e8" w:themeFill="accent4" w:themeFillTint="00003F" w:val="clear"/>
      </w:tcPr>
    </w:tblStylePr>
    <w:tblStylePr w:type="band1Horz">
      <w:tblPr/>
      <w:tcPr>
        <w:shd w:color="auto" w:fill="e5dfec" w:themeFill="accent4" w:themeFillTint="000033" w:val="clear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.0" w:type="dxa"/>
      <w:tblCellMar>
        <w:top w:w="0.0" w:type="dxa"/>
        <w:left w:w="108.0" w:type="dxa"/>
        <w:bottom w:w="0.0" w:type="dxa"/>
        <w:right w:w="108.0" w:type="dxa"/>
      </w:tblCellMar>
    </w:tblPr>
    <w:tcPr>
      <w:shd w:color="auto" w:fill="edf6f9" w:themeFill="accent5" w:themeFillTint="000019" w:val="clear"/>
    </w:tcPr>
    <w:tblStylePr w:type="firstRow">
      <w:rPr>
        <w:b w:val="1"/>
        <w:bCs w:val="1"/>
        <w:color w:val="ffffff" w:themeColor="background1"/>
      </w:rPr>
      <w:tblPr/>
      <w:tcPr>
        <w:tcBorders>
          <w:bottom w:color="ffffff" w:space="0" w:sz="12" w:themeColor="background1" w:val="single"/>
        </w:tcBorders>
        <w:shd w:color="auto" w:fill="f2730a" w:themeFill="accent6" w:themeFillShade="0000CC" w:val="clear"/>
      </w:tcPr>
    </w:tblStylePr>
    <w:tblStylePr w:type="lastRow">
      <w:rPr>
        <w:b w:val="1"/>
        <w:bCs w:val="1"/>
        <w:color w:val="f2730a" w:themeColor="accent6" w:themeShade="0000CC"/>
      </w:rPr>
      <w:tblPr/>
      <w:tcPr>
        <w:tcBorders>
          <w:top w:color="000000" w:space="0" w:sz="12" w:themeColor="text1" w:val="single"/>
        </w:tcBorders>
        <w:shd w:color="auto" w:fill="ffffff" w:themeFill="background1" w:val="clear"/>
      </w:tcPr>
    </w:tblStylePr>
    <w:tblStylePr w:type="firstCol">
      <w:rPr>
        <w:b w:val="1"/>
        <w:bCs w:val="1"/>
      </w:rPr>
    </w:tblStylePr>
    <w:tblStylePr w:type="lastCol">
      <w:rPr>
        <w:b w:val="1"/>
        <w:bCs w:val="1"/>
      </w:rPr>
    </w:tblStylePr>
    <w:tblStylePr w:type="band1Vert">
      <w:tblPr/>
      <w:tcPr>
        <w:tcBorders>
          <w:top w:space="0" w:sz="0" w:val="nil"/>
          <w:left w:space="0" w:sz="0" w:val="nil"/>
          <w:bottom w:space="0" w:sz="0" w:val="nil"/>
          <w:right w:space="0" w:sz="0" w:val="nil"/>
          <w:insideH w:space="0" w:sz="0" w:val="nil"/>
          <w:insideV w:space="0" w:sz="0" w:val="nil"/>
        </w:tcBorders>
        <w:shd w:color="auto" w:fill="d2eaf1" w:themeFill="accent5" w:themeFillTint="00003F" w:val="clear"/>
      </w:tcPr>
    </w:tblStylePr>
    <w:tblStylePr w:type="band1Horz">
      <w:tblPr/>
      <w:tcPr>
        <w:shd w:color="auto" w:fill="daeef3" w:themeFill="accent5" w:themeFillTint="000033" w:val="clear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.0" w:type="dxa"/>
      <w:tblCellMar>
        <w:top w:w="0.0" w:type="dxa"/>
        <w:left w:w="108.0" w:type="dxa"/>
        <w:bottom w:w="0.0" w:type="dxa"/>
        <w:right w:w="108.0" w:type="dxa"/>
      </w:tblCellMar>
    </w:tblPr>
    <w:tcPr>
      <w:shd w:color="auto" w:fill="fef4ec" w:themeFill="accent6" w:themeFillTint="000019" w:val="clear"/>
    </w:tcPr>
    <w:tblStylePr w:type="firstRow">
      <w:rPr>
        <w:b w:val="1"/>
        <w:bCs w:val="1"/>
        <w:color w:val="ffffff" w:themeColor="background1"/>
      </w:rPr>
      <w:tblPr/>
      <w:tcPr>
        <w:tcBorders>
          <w:bottom w:color="ffffff" w:space="0" w:sz="12" w:themeColor="background1" w:val="single"/>
        </w:tcBorders>
        <w:shd w:color="auto" w:fill="348da5" w:themeFill="accent5" w:themeFillShade="0000CC" w:val="clear"/>
      </w:tcPr>
    </w:tblStylePr>
    <w:tblStylePr w:type="lastRow">
      <w:rPr>
        <w:b w:val="1"/>
        <w:bCs w:val="1"/>
        <w:color w:val="348da5" w:themeColor="accent5" w:themeShade="0000CC"/>
      </w:rPr>
      <w:tblPr/>
      <w:tcPr>
        <w:tcBorders>
          <w:top w:color="000000" w:space="0" w:sz="12" w:themeColor="text1" w:val="single"/>
        </w:tcBorders>
        <w:shd w:color="auto" w:fill="ffffff" w:themeFill="background1" w:val="clear"/>
      </w:tcPr>
    </w:tblStylePr>
    <w:tblStylePr w:type="firstCol">
      <w:rPr>
        <w:b w:val="1"/>
        <w:bCs w:val="1"/>
      </w:rPr>
    </w:tblStylePr>
    <w:tblStylePr w:type="lastCol">
      <w:rPr>
        <w:b w:val="1"/>
        <w:bCs w:val="1"/>
      </w:rPr>
    </w:tblStylePr>
    <w:tblStylePr w:type="band1Vert">
      <w:tblPr/>
      <w:tcPr>
        <w:tcBorders>
          <w:top w:space="0" w:sz="0" w:val="nil"/>
          <w:left w:space="0" w:sz="0" w:val="nil"/>
          <w:bottom w:space="0" w:sz="0" w:val="nil"/>
          <w:right w:space="0" w:sz="0" w:val="nil"/>
          <w:insideH w:space="0" w:sz="0" w:val="nil"/>
          <w:insideV w:space="0" w:sz="0" w:val="nil"/>
        </w:tcBorders>
        <w:shd w:color="auto" w:fill="fde4d0" w:themeFill="accent6" w:themeFillTint="00003F" w:val="clear"/>
      </w:tcPr>
    </w:tblStylePr>
    <w:tblStylePr w:type="band1Horz">
      <w:tblPr/>
      <w:tcPr>
        <w:shd w:color="auto" w:fill="fde9d9" w:themeFill="accent6" w:themeFillTint="000033" w:val="clear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.0" w:type="dxa"/>
      <w:tblBorders>
        <w:insideH w:color="ffffff" w:space="0" w:sz="4" w:themeColor="background1" w:val="single"/>
      </w:tblBorders>
      <w:tblCellMar>
        <w:top w:w="0.0" w:type="dxa"/>
        <w:left w:w="108.0" w:type="dxa"/>
        <w:bottom w:w="0.0" w:type="dxa"/>
        <w:right w:w="108.0" w:type="dxa"/>
      </w:tblCellMar>
    </w:tblPr>
    <w:tcPr>
      <w:shd w:color="auto" w:fill="cccccc" w:themeFill="text1" w:themeFillTint="000033" w:val="clear"/>
    </w:tcPr>
    <w:tblStylePr w:type="firstRow">
      <w:rPr>
        <w:b w:val="1"/>
        <w:bCs w:val="1"/>
      </w:rPr>
      <w:tblPr/>
      <w:tcPr>
        <w:shd w:color="auto" w:fill="999999" w:themeFill="text1" w:themeFillTint="000066" w:val="clear"/>
      </w:tcPr>
    </w:tblStylePr>
    <w:tblStylePr w:type="lastRow">
      <w:rPr>
        <w:b w:val="1"/>
        <w:bCs w:val="1"/>
        <w:color w:val="000000" w:themeColor="text1"/>
      </w:rPr>
      <w:tblPr/>
      <w:tcPr>
        <w:shd w:color="auto" w:fill="999999" w:themeFill="text1" w:themeFillTint="000066" w:val="clear"/>
      </w:tcPr>
    </w:tblStylePr>
    <w:tblStylePr w:type="firstCol">
      <w:rPr>
        <w:color w:val="ffffff" w:themeColor="background1"/>
      </w:rPr>
      <w:tblPr/>
      <w:tcPr>
        <w:shd w:color="auto" w:fill="000000" w:themeFill="text1" w:themeFillShade="0000BF" w:val="clear"/>
      </w:tcPr>
    </w:tblStylePr>
    <w:tblStylePr w:type="lastCol">
      <w:rPr>
        <w:color w:val="ffffff" w:themeColor="background1"/>
      </w:rPr>
      <w:tblPr/>
      <w:tcPr>
        <w:shd w:color="auto" w:fill="000000" w:themeFill="text1" w:themeFillShade="0000BF" w:val="clear"/>
      </w:tcPr>
    </w:tblStylePr>
    <w:tblStylePr w:type="band1Vert">
      <w:tblPr/>
      <w:tcPr>
        <w:shd w:color="auto" w:fill="808080" w:themeFill="text1" w:themeFillTint="00007F" w:val="clear"/>
      </w:tcPr>
    </w:tblStylePr>
    <w:tblStylePr w:type="band1Horz">
      <w:tblPr/>
      <w:tcPr>
        <w:shd w:color="auto" w:fill="808080" w:themeFill="text1" w:themeFillTint="00007F" w:val="clear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.0" w:type="dxa"/>
      <w:tblBorders>
        <w:insideH w:color="ffffff" w:space="0" w:sz="4" w:themeColor="background1" w:val="single"/>
      </w:tblBorders>
      <w:tblCellMar>
        <w:top w:w="0.0" w:type="dxa"/>
        <w:left w:w="108.0" w:type="dxa"/>
        <w:bottom w:w="0.0" w:type="dxa"/>
        <w:right w:w="108.0" w:type="dxa"/>
      </w:tblCellMar>
    </w:tblPr>
    <w:tcPr>
      <w:shd w:color="auto" w:fill="dbe5f1" w:themeFill="accent1" w:themeFillTint="000033" w:val="clear"/>
    </w:tcPr>
    <w:tblStylePr w:type="firstRow">
      <w:rPr>
        <w:b w:val="1"/>
        <w:bCs w:val="1"/>
      </w:rPr>
      <w:tblPr/>
      <w:tcPr>
        <w:shd w:color="auto" w:fill="b8cce4" w:themeFill="accent1" w:themeFillTint="000066" w:val="clear"/>
      </w:tcPr>
    </w:tblStylePr>
    <w:tblStylePr w:type="lastRow">
      <w:rPr>
        <w:b w:val="1"/>
        <w:bCs w:val="1"/>
        <w:color w:val="000000" w:themeColor="text1"/>
      </w:rPr>
      <w:tblPr/>
      <w:tcPr>
        <w:shd w:color="auto" w:fill="b8cce4" w:themeFill="accent1" w:themeFillTint="000066" w:val="clear"/>
      </w:tcPr>
    </w:tblStylePr>
    <w:tblStylePr w:type="firstCol">
      <w:rPr>
        <w:color w:val="ffffff" w:themeColor="background1"/>
      </w:rPr>
      <w:tblPr/>
      <w:tcPr>
        <w:shd w:color="auto" w:fill="365f91" w:themeFill="accent1" w:themeFillShade="0000BF" w:val="clear"/>
      </w:tcPr>
    </w:tblStylePr>
    <w:tblStylePr w:type="lastCol">
      <w:rPr>
        <w:color w:val="ffffff" w:themeColor="background1"/>
      </w:rPr>
      <w:tblPr/>
      <w:tcPr>
        <w:shd w:color="auto" w:fill="365f91" w:themeFill="accent1" w:themeFillShade="0000BF" w:val="clear"/>
      </w:tcPr>
    </w:tblStylePr>
    <w:tblStylePr w:type="band1Vert">
      <w:tblPr/>
      <w:tcPr>
        <w:shd w:color="auto" w:fill="a7bfde" w:themeFill="accent1" w:themeFillTint="00007F" w:val="clear"/>
      </w:tcPr>
    </w:tblStylePr>
    <w:tblStylePr w:type="band1Horz">
      <w:tblPr/>
      <w:tcPr>
        <w:shd w:color="auto" w:fill="a7bfde" w:themeFill="accent1" w:themeFillTint="00007F" w:val="clear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.0" w:type="dxa"/>
      <w:tblBorders>
        <w:insideH w:color="ffffff" w:space="0" w:sz="4" w:themeColor="background1" w:val="single"/>
      </w:tblBorders>
      <w:tblCellMar>
        <w:top w:w="0.0" w:type="dxa"/>
        <w:left w:w="108.0" w:type="dxa"/>
        <w:bottom w:w="0.0" w:type="dxa"/>
        <w:right w:w="108.0" w:type="dxa"/>
      </w:tblCellMar>
    </w:tblPr>
    <w:tcPr>
      <w:shd w:color="auto" w:fill="f2dbdb" w:themeFill="accent2" w:themeFillTint="000033" w:val="clear"/>
    </w:tcPr>
    <w:tblStylePr w:type="firstRow">
      <w:rPr>
        <w:b w:val="1"/>
        <w:bCs w:val="1"/>
      </w:rPr>
      <w:tblPr/>
      <w:tcPr>
        <w:shd w:color="auto" w:fill="e5b8b7" w:themeFill="accent2" w:themeFillTint="000066" w:val="clear"/>
      </w:tcPr>
    </w:tblStylePr>
    <w:tblStylePr w:type="lastRow">
      <w:rPr>
        <w:b w:val="1"/>
        <w:bCs w:val="1"/>
        <w:color w:val="000000" w:themeColor="text1"/>
      </w:rPr>
      <w:tblPr/>
      <w:tcPr>
        <w:shd w:color="auto" w:fill="e5b8b7" w:themeFill="accent2" w:themeFillTint="000066" w:val="clear"/>
      </w:tcPr>
    </w:tblStylePr>
    <w:tblStylePr w:type="firstCol">
      <w:rPr>
        <w:color w:val="ffffff" w:themeColor="background1"/>
      </w:rPr>
      <w:tblPr/>
      <w:tcPr>
        <w:shd w:color="auto" w:fill="943634" w:themeFill="accent2" w:themeFillShade="0000BF" w:val="clear"/>
      </w:tcPr>
    </w:tblStylePr>
    <w:tblStylePr w:type="lastCol">
      <w:rPr>
        <w:color w:val="ffffff" w:themeColor="background1"/>
      </w:rPr>
      <w:tblPr/>
      <w:tcPr>
        <w:shd w:color="auto" w:fill="943634" w:themeFill="accent2" w:themeFillShade="0000BF" w:val="clear"/>
      </w:tcPr>
    </w:tblStylePr>
    <w:tblStylePr w:type="band1Vert">
      <w:tblPr/>
      <w:tcPr>
        <w:shd w:color="auto" w:fill="dfa7a6" w:themeFill="accent2" w:themeFillTint="00007F" w:val="clear"/>
      </w:tcPr>
    </w:tblStylePr>
    <w:tblStylePr w:type="band1Horz">
      <w:tblPr/>
      <w:tcPr>
        <w:shd w:color="auto" w:fill="dfa7a6" w:themeFill="accent2" w:themeFillTint="00007F" w:val="clear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.0" w:type="dxa"/>
      <w:tblBorders>
        <w:insideH w:color="ffffff" w:space="0" w:sz="4" w:themeColor="background1" w:val="single"/>
      </w:tblBorders>
      <w:tblCellMar>
        <w:top w:w="0.0" w:type="dxa"/>
        <w:left w:w="108.0" w:type="dxa"/>
        <w:bottom w:w="0.0" w:type="dxa"/>
        <w:right w:w="108.0" w:type="dxa"/>
      </w:tblCellMar>
    </w:tblPr>
    <w:tcPr>
      <w:shd w:color="auto" w:fill="eaf1dd" w:themeFill="accent3" w:themeFillTint="000033" w:val="clear"/>
    </w:tcPr>
    <w:tblStylePr w:type="firstRow">
      <w:rPr>
        <w:b w:val="1"/>
        <w:bCs w:val="1"/>
      </w:rPr>
      <w:tblPr/>
      <w:tcPr>
        <w:shd w:color="auto" w:fill="d6e3bc" w:themeFill="accent3" w:themeFillTint="000066" w:val="clear"/>
      </w:tcPr>
    </w:tblStylePr>
    <w:tblStylePr w:type="lastRow">
      <w:rPr>
        <w:b w:val="1"/>
        <w:bCs w:val="1"/>
        <w:color w:val="000000" w:themeColor="text1"/>
      </w:rPr>
      <w:tblPr/>
      <w:tcPr>
        <w:shd w:color="auto" w:fill="d6e3bc" w:themeFill="accent3" w:themeFillTint="000066" w:val="clear"/>
      </w:tcPr>
    </w:tblStylePr>
    <w:tblStylePr w:type="firstCol">
      <w:rPr>
        <w:color w:val="ffffff" w:themeColor="background1"/>
      </w:rPr>
      <w:tblPr/>
      <w:tcPr>
        <w:shd w:color="auto" w:fill="76923c" w:themeFill="accent3" w:themeFillShade="0000BF" w:val="clear"/>
      </w:tcPr>
    </w:tblStylePr>
    <w:tblStylePr w:type="lastCol">
      <w:rPr>
        <w:color w:val="ffffff" w:themeColor="background1"/>
      </w:rPr>
      <w:tblPr/>
      <w:tcPr>
        <w:shd w:color="auto" w:fill="76923c" w:themeFill="accent3" w:themeFillShade="0000BF" w:val="clear"/>
      </w:tcPr>
    </w:tblStylePr>
    <w:tblStylePr w:type="band1Vert">
      <w:tblPr/>
      <w:tcPr>
        <w:shd w:color="auto" w:fill="cdddac" w:themeFill="accent3" w:themeFillTint="00007F" w:val="clear"/>
      </w:tcPr>
    </w:tblStylePr>
    <w:tblStylePr w:type="band1Horz">
      <w:tblPr/>
      <w:tcPr>
        <w:shd w:color="auto" w:fill="cdddac" w:themeFill="accent3" w:themeFillTint="00007F" w:val="clear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.0" w:type="dxa"/>
      <w:tblBorders>
        <w:insideH w:color="ffffff" w:space="0" w:sz="4" w:themeColor="background1" w:val="single"/>
      </w:tblBorders>
      <w:tblCellMar>
        <w:top w:w="0.0" w:type="dxa"/>
        <w:left w:w="108.0" w:type="dxa"/>
        <w:bottom w:w="0.0" w:type="dxa"/>
        <w:right w:w="108.0" w:type="dxa"/>
      </w:tblCellMar>
    </w:tblPr>
    <w:tcPr>
      <w:shd w:color="auto" w:fill="e5dfec" w:themeFill="accent4" w:themeFillTint="000033" w:val="clear"/>
    </w:tcPr>
    <w:tblStylePr w:type="firstRow">
      <w:rPr>
        <w:b w:val="1"/>
        <w:bCs w:val="1"/>
      </w:rPr>
      <w:tblPr/>
      <w:tcPr>
        <w:shd w:color="auto" w:fill="ccc0d9" w:themeFill="accent4" w:themeFillTint="000066" w:val="clear"/>
      </w:tcPr>
    </w:tblStylePr>
    <w:tblStylePr w:type="lastRow">
      <w:rPr>
        <w:b w:val="1"/>
        <w:bCs w:val="1"/>
        <w:color w:val="000000" w:themeColor="text1"/>
      </w:rPr>
      <w:tblPr/>
      <w:tcPr>
        <w:shd w:color="auto" w:fill="ccc0d9" w:themeFill="accent4" w:themeFillTint="000066" w:val="clear"/>
      </w:tcPr>
    </w:tblStylePr>
    <w:tblStylePr w:type="firstCol">
      <w:rPr>
        <w:color w:val="ffffff" w:themeColor="background1"/>
      </w:rPr>
      <w:tblPr/>
      <w:tcPr>
        <w:shd w:color="auto" w:fill="5f497a" w:themeFill="accent4" w:themeFillShade="0000BF" w:val="clear"/>
      </w:tcPr>
    </w:tblStylePr>
    <w:tblStylePr w:type="lastCol">
      <w:rPr>
        <w:color w:val="ffffff" w:themeColor="background1"/>
      </w:rPr>
      <w:tblPr/>
      <w:tcPr>
        <w:shd w:color="auto" w:fill="5f497a" w:themeFill="accent4" w:themeFillShade="0000BF" w:val="clear"/>
      </w:tcPr>
    </w:tblStylePr>
    <w:tblStylePr w:type="band1Vert">
      <w:tblPr/>
      <w:tcPr>
        <w:shd w:color="auto" w:fill="bfb1d0" w:themeFill="accent4" w:themeFillTint="00007F" w:val="clear"/>
      </w:tcPr>
    </w:tblStylePr>
    <w:tblStylePr w:type="band1Horz">
      <w:tblPr/>
      <w:tcPr>
        <w:shd w:color="auto" w:fill="bfb1d0" w:themeFill="accent4" w:themeFillTint="00007F" w:val="clear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.0" w:type="dxa"/>
      <w:tblBorders>
        <w:insideH w:color="ffffff" w:space="0" w:sz="4" w:themeColor="background1" w:val="single"/>
      </w:tblBorders>
      <w:tblCellMar>
        <w:top w:w="0.0" w:type="dxa"/>
        <w:left w:w="108.0" w:type="dxa"/>
        <w:bottom w:w="0.0" w:type="dxa"/>
        <w:right w:w="108.0" w:type="dxa"/>
      </w:tblCellMar>
    </w:tblPr>
    <w:tcPr>
      <w:shd w:color="auto" w:fill="daeef3" w:themeFill="accent5" w:themeFillTint="000033" w:val="clear"/>
    </w:tcPr>
    <w:tblStylePr w:type="firstRow">
      <w:rPr>
        <w:b w:val="1"/>
        <w:bCs w:val="1"/>
      </w:rPr>
      <w:tblPr/>
      <w:tcPr>
        <w:shd w:color="auto" w:fill="b6dde8" w:themeFill="accent5" w:themeFillTint="000066" w:val="clear"/>
      </w:tcPr>
    </w:tblStylePr>
    <w:tblStylePr w:type="lastRow">
      <w:rPr>
        <w:b w:val="1"/>
        <w:bCs w:val="1"/>
        <w:color w:val="000000" w:themeColor="text1"/>
      </w:rPr>
      <w:tblPr/>
      <w:tcPr>
        <w:shd w:color="auto" w:fill="b6dde8" w:themeFill="accent5" w:themeFillTint="000066" w:val="clear"/>
      </w:tcPr>
    </w:tblStylePr>
    <w:tblStylePr w:type="firstCol">
      <w:rPr>
        <w:color w:val="ffffff" w:themeColor="background1"/>
      </w:rPr>
      <w:tblPr/>
      <w:tcPr>
        <w:shd w:color="auto" w:fill="31849b" w:themeFill="accent5" w:themeFillShade="0000BF" w:val="clear"/>
      </w:tcPr>
    </w:tblStylePr>
    <w:tblStylePr w:type="lastCol">
      <w:rPr>
        <w:color w:val="ffffff" w:themeColor="background1"/>
      </w:rPr>
      <w:tblPr/>
      <w:tcPr>
        <w:shd w:color="auto" w:fill="31849b" w:themeFill="accent5" w:themeFillShade="0000BF" w:val="clear"/>
      </w:tcPr>
    </w:tblStylePr>
    <w:tblStylePr w:type="band1Vert">
      <w:tblPr/>
      <w:tcPr>
        <w:shd w:color="auto" w:fill="a5d5e2" w:themeFill="accent5" w:themeFillTint="00007F" w:val="clear"/>
      </w:tcPr>
    </w:tblStylePr>
    <w:tblStylePr w:type="band1Horz">
      <w:tblPr/>
      <w:tcPr>
        <w:shd w:color="auto" w:fill="a5d5e2" w:themeFill="accent5" w:themeFillTint="00007F" w:val="clear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.0" w:type="dxa"/>
      <w:tblBorders>
        <w:insideH w:color="ffffff" w:space="0" w:sz="4" w:themeColor="background1" w:val="single"/>
      </w:tblBorders>
      <w:tblCellMar>
        <w:top w:w="0.0" w:type="dxa"/>
        <w:left w:w="108.0" w:type="dxa"/>
        <w:bottom w:w="0.0" w:type="dxa"/>
        <w:right w:w="108.0" w:type="dxa"/>
      </w:tblCellMar>
    </w:tblPr>
    <w:tcPr>
      <w:shd w:color="auto" w:fill="fde9d9" w:themeFill="accent6" w:themeFillTint="000033" w:val="clear"/>
    </w:tcPr>
    <w:tblStylePr w:type="firstRow">
      <w:rPr>
        <w:b w:val="1"/>
        <w:bCs w:val="1"/>
      </w:rPr>
      <w:tblPr/>
      <w:tcPr>
        <w:shd w:color="auto" w:fill="fbd4b4" w:themeFill="accent6" w:themeFillTint="000066" w:val="clear"/>
      </w:tcPr>
    </w:tblStylePr>
    <w:tblStylePr w:type="lastRow">
      <w:rPr>
        <w:b w:val="1"/>
        <w:bCs w:val="1"/>
        <w:color w:val="000000" w:themeColor="text1"/>
      </w:rPr>
      <w:tblPr/>
      <w:tcPr>
        <w:shd w:color="auto" w:fill="fbd4b4" w:themeFill="accent6" w:themeFillTint="000066" w:val="clear"/>
      </w:tcPr>
    </w:tblStylePr>
    <w:tblStylePr w:type="firstCol">
      <w:rPr>
        <w:color w:val="ffffff" w:themeColor="background1"/>
      </w:rPr>
      <w:tblPr/>
      <w:tcPr>
        <w:shd w:color="auto" w:fill="e36c0a" w:themeFill="accent6" w:themeFillShade="0000BF" w:val="clear"/>
      </w:tcPr>
    </w:tblStylePr>
    <w:tblStylePr w:type="lastCol">
      <w:rPr>
        <w:color w:val="ffffff" w:themeColor="background1"/>
      </w:rPr>
      <w:tblPr/>
      <w:tcPr>
        <w:shd w:color="auto" w:fill="e36c0a" w:themeFill="accent6" w:themeFillShade="0000BF" w:val="clear"/>
      </w:tcPr>
    </w:tblStylePr>
    <w:tblStylePr w:type="band1Vert">
      <w:tblPr/>
      <w:tcPr>
        <w:shd w:color="auto" w:fill="fbcaa2" w:themeFill="accent6" w:themeFillTint="00007F" w:val="clear"/>
      </w:tcPr>
    </w:tblStylePr>
    <w:tblStylePr w:type="band1Horz">
      <w:tblPr/>
      <w:tcPr>
        <w:shd w:color="auto" w:fill="fbcaa2" w:themeFill="accent6" w:themeFillTint="00007F" w:val="clear"/>
      </w:tcPr>
    </w:tblStylePr>
  </w:style>
  <w:style w:type="paragraph" w:styleId="SourceText" w:customStyle="1">
    <w:name w:val="Source Text"/>
    <w:pPr>
      <w:spacing w:after="20" w:before="0" w:line="240" w:lineRule="auto"/>
    </w:pPr>
    <w:rPr>
      <w:rFonts w:ascii="Arial" w:eastAsia="Arial" w:hAnsi="Arial"/>
      <w:b w:val="0"/>
      <w:color w:val="667085"/>
      <w:sz w:val="17"/>
    </w:rPr>
  </w:style>
  <w:style w:type="paragraph" w:styleId="Kicker" w:customStyle="1">
    <w:name w:val="Kicker"/>
    <w:pPr>
      <w:keepNext w:val="1"/>
      <w:spacing w:after="60" w:before="0" w:line="240" w:lineRule="auto"/>
    </w:pPr>
    <w:rPr>
      <w:rFonts w:ascii="Arial" w:eastAsia="Arial" w:hAnsi="Arial"/>
      <w:b w:val="1"/>
      <w:color w:val="ff6720"/>
      <w:sz w:val="18"/>
    </w:rPr>
  </w:style>
  <w:style w:type="paragraph" w:styleId="TemplateLabel" w:customStyle="1">
    <w:name w:val="Template Label"/>
    <w:pPr>
      <w:keepNext w:val="1"/>
      <w:spacing w:after="40" w:before="80" w:line="264" w:lineRule="auto"/>
    </w:pPr>
    <w:rPr>
      <w:rFonts w:ascii="Arial" w:eastAsia="Arial" w:hAnsi="Arial"/>
      <w:b w:val="1"/>
      <w:color w:val="1d4289"/>
      <w:sz w:val="21"/>
    </w:rPr>
  </w:style>
  <w:style w:type="paragraph" w:styleId="Subtitle">
    <w:name w:val="Subtitle"/>
    <w:basedOn w:val="Normal"/>
    <w:next w:val="Normal"/>
    <w:pPr>
      <w:keepNext w:val="1"/>
      <w:spacing w:after="120" w:before="0" w:line="246.99999999999994" w:lineRule="auto"/>
    </w:pPr>
    <w:rPr>
      <w:rFonts w:ascii="Arial" w:cs="Arial" w:eastAsia="Arial" w:hAnsi="Arial"/>
      <w:b w:val="0"/>
      <w:bCs w:val="0"/>
      <w:i w:val="1"/>
      <w:iCs w:val="1"/>
      <w:color w:val="4a5568"/>
      <w:sz w:val="24"/>
      <w:szCs w:val="24"/>
    </w:rPr>
  </w:style>
</w:styles>
</file>

<file path=word/_rels/document.xml.rels><?xml version="1.0" encoding="UTF-8" standalone="yes"?><Relationships xmlns="http://schemas.openxmlformats.org/package/2006/relationships"><Relationship Id="rId1" Type="http://schemas.openxmlformats.org/officeDocument/2006/relationships/theme" Target="theme/theme1.xml"/><Relationship Id="rId2" Type="http://schemas.openxmlformats.org/officeDocument/2006/relationships/settings" Target="settings.xml"/><Relationship Id="rId3" Type="http://schemas.openxmlformats.org/officeDocument/2006/relationships/fontTable" Target="fontTable.xml"/><Relationship Id="rId4" Type="http://schemas.openxmlformats.org/officeDocument/2006/relationships/numbering" Target="numbering.xml"/><Relationship Id="rId11" Type="http://schemas.openxmlformats.org/officeDocument/2006/relationships/header" Target="header1.xml"/><Relationship Id="rId10" Type="http://schemas.openxmlformats.org/officeDocument/2006/relationships/hyperlink" Target="https://www.delawarestudentsuccess.org/" TargetMode="External"/><Relationship Id="rId12" Type="http://schemas.openxmlformats.org/officeDocument/2006/relationships/footer" Target="footer1.xml"/><Relationship Id="rId9" Type="http://schemas.openxmlformats.org/officeDocument/2006/relationships/hyperlink" Target="https://studentaid.gov/help-center/contact" TargetMode="External"/><Relationship Id="rId5" Type="http://schemas.openxmlformats.org/officeDocument/2006/relationships/styles" Target="styles.xml"/><Relationship Id="rId6" Type="http://schemas.openxmlformats.org/officeDocument/2006/relationships/customXml" Target="../customXML/item1.xml"/><Relationship Id="rId7" Type="http://schemas.openxmlformats.org/officeDocument/2006/relationships/image" Target="media/image1.png"/><Relationship Id="rId8" Type="http://schemas.openxmlformats.org/officeDocument/2006/relationships/hyperlink" Target="https://joblink.delaware.gov/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"1.0" encoding="UTF-8" standalone="yes"?>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go:gDocsCustomXmlDataStorage xmlns:go="http://customooxmlschemas.google.com/" xmlns:r="http://schemas.openxmlformats.org/officeDocument/2006/relationships" uri="GoogleDocsCustomDataVersion2">
  <go:docsCustomData xmlns:go="http://customooxmlschemas.google.com/" roundtripDataSignature="AMtx7mjxoOsVhPK+il9tPDiWVOE2idt6Qw==">CgMxLjA4AHIhMWV3ZTVBQ0ZIRndaYThpSFJ0c2tJX2NpNDJBOVFmTUNz</go:docsCustomData>
</go:gDocsCustomXmlDataStorage>
</file>

<file path=customXML/itemProps1.xml><?xml version="1.0" encoding="utf-8"?>
<ds:datastoreItem xmlns:ds="http://schemas.openxmlformats.org/officeDocument/2006/customXml" ds:itemID="{11111111-1234-1234-1234-123412341234}">
  <ds:schemaRefs>
    <ds:schemaRef ds:uri="http://schemas.openxmlformats.org/officeDocument/2006/relationships"/>
    <ds:schemaRef ds:uri="http://customooxmlschemas.google.com/"/>
  </ds:schemaRefs>
</ds:datastoreItem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2013-12-23T23:15:00Z</dcterms:created>
  <dc:creator>Launch Into Your Future</dc:creator>
</cp:coreProperties>
</file>