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42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Military-Connected Student College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The school certifying official reports enrollment.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military-connected student college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student's military-connected status and goal.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VA tools to review possible benefits.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institution's military or veteran office and school certifying official.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admission, program approval, enrollment, prior learning, and aid coordination.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Submit required documentation and monitor certification.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unresolved questions and follow-up dates.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VA determines benefit eligibility.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school certifying official reports enrollment.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college controls admission, billing, credit, and campus services.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Processes differ by student status and institution.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U.S. Department of Veterans Affairs: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42 Military-Connected Student College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va.gov/education/gi-bill-comparison-tool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va.gov/education/about-gi-bill-benefits/post-9-11/yellow-ribbon-progra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benefits.va.gov/GIBILL/SCO/new-sco/role-of-the-sco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eIwiQd42eiPlLbRfBvsNXN28FQ==">CgMxLjA4AHIhMTQ1N0Q1Z25aN2FZb2hHTVo1QVBYX0FXYlJEZTR6VjBN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