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42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Military-Connected Student College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Military-Connected Student College Supports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Military-Connected Student College Supports. The school certifying official reports enrollment.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student's military-connected status and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VA tools to review possible benefits.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institution's military or veteran office and school certifying official.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42 Military-Connected Student College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va.gov/education/gi-bill-comparison-tool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va.gov/education/about-gi-bill-benefits/post-9-11/yellow-ribbon-progra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benefits.va.gov/GIBILL/SCO/new-sco/role-of-the-sco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Hu4VSjv1oqug8KExhFGzd6WENw==">CgMxLjA4AHIhMThqaHdjY1lVQ3JtdnJ4QkM1Uk9aTl9sOGJNd1gxclBX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