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38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Financial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Financial Supports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Grants and scholarships generally do not require repayment, but terms vary.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financial supports.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Grants and scholarships generally do not require repayment, but terms vary.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Work-study is earned through employment.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Loans must be repaid.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State, institutional, employer, and emergency supports require verification.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FAFSA and other required applications.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List each grant, scholarship, work-study amount, loan, and outside resource.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gift, earned, and borrowed aid.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renewal, enrollment, GPA, residency, and deadlines.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Calculate the remaining cost.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Contact the financial-aid office about unresolved gaps or changed circumstances.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Scholarships.Delawarestudentsuccess: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Standbymede: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38 Financial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tudentaid.gov/articles/financial-aid-dictionary/" TargetMode="External"/><Relationship Id="rId10" Type="http://schemas.openxmlformats.org/officeDocument/2006/relationships/hyperlink" Target="https://studentaid.gov/articles/evaluating-financial-aid-offer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tandbymede.org/stand-by-me-nexge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cholarships.delawarestudentsuccess.org/state-scholarships-for-de-resi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ZqS3JiTQqn9sXeiM2D0GSZJ+Sw==">CgMxLjA4AHIhMWZCSE5rbE85SHVxSnZqNW9obEJ3NHFDc2tPVEdfeWVj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