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36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Financial Aid Offer Comparison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Counselor Guide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KEY TAKEAWAY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Compare financial-aid offers by separating full cost, gift aid, earned aid, loans, and the remaining amount the student and family must cover.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Use this guide to help a student turn interest in financial aid offer comparison into one verified, documented next step. Preserve local counselor judgment and confirm school- or program-specific requirements with the responsible owner.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Counseling conversation</w:t>
      </w:r>
    </w:p>
    <w:p w:rsidR="00000000" w:rsidDel="00000000" w:rsidP="00000000" w:rsidRDefault="00000000" w:rsidRPr="00000000" w14:paraId="0000000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the same cost categories and academic period for every institution.</w:t>
      </w:r>
    </w:p>
    <w:p w:rsidR="00000000" w:rsidDel="00000000" w:rsidP="00000000" w:rsidRDefault="00000000" w:rsidRPr="00000000" w14:paraId="0000000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Label gift aid, earned aid, federal loans, parent loans, and private financing separately.</w:t>
      </w:r>
    </w:p>
    <w:p w:rsidR="00000000" w:rsidDel="00000000" w:rsidP="00000000" w:rsidRDefault="00000000" w:rsidRPr="00000000" w14:paraId="0000000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whether an amount is estimated, renewable, one-time, or conditional.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Calculate the remaining gap without assuming work-study earnings are available upfront.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Refer offer-specific questions and appeals to the college financial-aid office.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What students and families should know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Billed charges and estimated indirect costs are both part of the student's financial plan.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Grants and scholarships differ from work-study earnings and loans that must be repaid.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Renewal rules, enrollment requirements, deadlines, and unmet need can change the practical value of an offer.</w:t>
      </w:r>
    </w:p>
    <w:p w:rsidR="00000000" w:rsidDel="00000000" w:rsidP="00000000" w:rsidRDefault="00000000" w:rsidRPr="00000000" w14:paraId="00000011">
      <w:pPr>
        <w:pStyle w:val="Heading2"/>
        <w:rPr/>
      </w:pPr>
      <w:r w:rsidDel="00000000" w:rsidR="00000000" w:rsidRPr="00000000">
        <w:rPr>
          <w:rtl w:val="0"/>
        </w:rPr>
        <w:t xml:space="preserve">Verify before advising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call loans or work-study free aid.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treat the FAFSA Submission Summary as a college aid offer.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that an estimate will match the final bill.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Local flexibility: </w:t>
      </w:r>
      <w:r w:rsidDel="00000000" w:rsidR="00000000" w:rsidRPr="00000000">
        <w:rPr>
          <w:rtl w:val="0"/>
        </w:rPr>
        <w:t xml:space="preserve">Schools may sequence counseling activities differently. Confirm dates, eligibility, costs, availability, and required documents with the school, college, employer, agency, or program that owns the decision.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Close the loop</w:t>
      </w:r>
    </w:p>
    <w:p w:rsidR="00000000" w:rsidDel="00000000" w:rsidP="00000000" w:rsidRDefault="00000000" w:rsidRPr="00000000" w14:paraId="0000001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Student's next action: </w:t>
      </w:r>
      <w:r w:rsidDel="00000000" w:rsidR="00000000" w:rsidRPr="00000000">
        <w:rPr>
          <w:rtl w:val="0"/>
        </w:rPr>
        <w:t xml:space="preserve">Record one action, the information owner, and a completion date.</w:t>
      </w:r>
    </w:p>
    <w:p w:rsidR="00000000" w:rsidDel="00000000" w:rsidP="00000000" w:rsidRDefault="00000000" w:rsidRPr="00000000" w14:paraId="0000001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Follow-up: </w:t>
      </w:r>
      <w:r w:rsidDel="00000000" w:rsidR="00000000" w:rsidRPr="00000000">
        <w:rPr>
          <w:rtl w:val="0"/>
        </w:rPr>
        <w:t xml:space="preserve">Schedule a check-back and update the plan if verified information changes.</w:t>
      </w:r>
    </w:p>
    <w:p w:rsidR="00000000" w:rsidDel="00000000" w:rsidP="00000000" w:rsidRDefault="00000000" w:rsidRPr="00000000" w14:paraId="00000019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36 Financial Aid Offer Comparison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COUNSELOR GUIDE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complete-aid-process/comparing-aid-offer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3AQDvWNl35mAUf9TYuIIUOhZaQ==">CgMxLjA4AHIhMUhQM1VlVm4tSm1iaWk4UmE3dlFtY05iZWRlNW5ENU9Q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