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32  |  MILITARY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Military Service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Military service is a major employment and service commitment; students should compare branches and components, verify every promise in writing, and involve trusted adults before signing.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military service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Provide neutral, non-recruiting information.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Help students compare service components and civilian alternatives.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Encourage independent verification and written documentation.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Discuss family, health, legal, education, and long-term obligations.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Refer contract-specific questions to official military sources and qualified legal help when appropriate.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Active duty, Reserve, and National Guard commitments and daily life differ.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Jobs, training, pay, bonuses, education benefits, eligibility, and timing depend on the written contract and current policy.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 recruiter is an official source for a branch, but students should compare information and keep copies of every document.</w:t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a job, bonus, duty station, promotion, benefit, waiver, or discharge outcome.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interpret a military contract for the student.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Militaryonesource.Mil: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Militaryonesource.Mil: Military-Connected Guidance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Todaysmilitary.Com: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32 Military Service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todaysmilitary.com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militaryonesource.mil/military-basics/new-to-the-military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militaryonesource.mil/branch-of-servi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2G6DMmCN2pszksqEZ8fVL9WiHA==">CgMxLjA4AHIhMU1WUEJVOHdnSmRENGc0c1pxN3lNM0RKQmpDa0RxNW1Z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