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32  |  MILITARY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Military Service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Military Service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Military service is a major employment and service commitment; students should compare branches and components, verify every promise in writing, and involve trusted adults before signing.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military service.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Active duty, Reserve, and National Guard commitments and daily life differ.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Jobs, training, pay, bonuses, education benefits, eligibility, and timing depend on the written contract and current policy.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recruiter is an official source for a branch, but students should compare information and keep copies of every document.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why you are considering military service and which jobs interest you.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branches, Active duty, Reserve, and National Guard using official sources.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Prepare for eligibility screening and the ASVAB without assuming a job is available.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detailed questions about term, job, training, pay, benefits, location, and obligations.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complete written contract with a trusted adult before signing.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Military-Connected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Todaysmilitary.Com: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32 Military Service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todaysmilitary.com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militaryonesource.mil/military-basics/new-to-the-milit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militaryonesource.mil/branch-of-serv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ANrrxEjY1Cjo8prqt40s07fA4A==">CgMxLjA4AHIhMWtEcDNpQWlSWEdHRzdVdE5mYXowV1g2REhwVkVzRFIw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