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32  |  MILITARY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Military Service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Military Service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Military Service. Military service is a major employment and service commitment; students should compare branches and components, verify every promise in writing, and involve trusted adults before signing.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Clarify why you are considering military service and which jobs interest you.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branches, Active duty, Reserve, and National Guard using official sources.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Prepare for eligibility screening and the ASVAB without assuming a job is available.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Militaryonesource.Mil: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Militaryonesource.Mil: Military-Connected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Todaysmilitary.Com: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32 Military Service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todaysmilitary.com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militaryonesource.mil/military-basics/new-to-the-militar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militaryonesource.mil/branch-of-serv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x/D08+kTTLi/0k/5+od9RpLUWQ==">CgMxLjA4AHIhMUZ2TmotVW5FaWo0WThoYUFWXzctSnlGc0xKVEg1WVli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