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30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Workforce Development System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Delaware's workforce system includes JobLink, American Job Centers, workforce programs, apprenticeship, training, and partner services.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workforce development system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workforce development system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workforce development system.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Clarify the person's employment or training goal.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Identify barriers, urgency, and information already known.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Choose the most appropriate verified entry point.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Confirm who owns eligibility, enrollment, funding, or service decisions.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Make a warm referral with the person's consent and the necessary context.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Record the action, contact, expected response, and follow-up date.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5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funding, a training slot, supportive services, or employment.</w:t>
      </w:r>
    </w:p>
    <w:p w:rsidR="00000000" w:rsidDel="00000000" w:rsidP="00000000" w:rsidRDefault="00000000" w:rsidRPr="00000000" w14:paraId="0000002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share personal information with a provider without the person's consent.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9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30 Workforce Development System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labor.delaware.gov/wdb/jobseekers/" TargetMode="External"/><Relationship Id="rId10" Type="http://schemas.openxmlformats.org/officeDocument/2006/relationships/hyperlink" Target="https://labor.delaware.gov/divisions/employment-training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joblink.delaware.gov/contac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joblink.delaware.gov/about_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KDmW62ZVqB0ceZ6vzw+LtSDgwA==">CgMxLjA4AHIhMXpzVjFFRFVCRUQ4Vm44V2ktZVlJTU5Ia2dQd3FXVF9f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