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30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Workforce Development System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Workforce Development System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Delaware's workforce system includes JobLink, American Job Centers, workforce programs, apprenticeship, training, and partner services.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the workforce development system.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Delaware's workforce system includes JobLink, American Job Centers, workforce programs, apprenticeship, training, and partner services.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correct entry point depends on the person's employment goal, location, urgency, and support needs.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Eligibility, funding, provider approval, service availability, and capacity are determined by the responsible program.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Clarify the person's employment or training goal.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barriers, urgency, and information already known.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Choose the most appropriate verified entry point.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who owns eligibility, enrollment, funding, or service decisions.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Make a warm referral with the person's consent and the necessary context.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action, contact, expected response, and follow-up date.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30 Workforce Development System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labor.delaware.gov/wdb/jobseekers/" TargetMode="External"/><Relationship Id="rId10" Type="http://schemas.openxmlformats.org/officeDocument/2006/relationships/hyperlink" Target="https://labor.delaware.gov/divisions/employment-training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joblink.delaware.gov/contac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joblink.delaware.gov/about_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W5bbhORcF4qpZKoOigHSploP9g==">CgMxLjA4AHIhMS1UdXVXSlJlUG1WZ25LY0ZkdjRaTXZPOHBudmJDdFlw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