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30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Workforce Development System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Workforce Development System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Workforce Development System. Delaware's workforce system includes JobLink, American Job Centers, workforce programs, apprenticeship, training, and partner services.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Clarify the person's employment or training goal.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Identify barriers, urgency, and information already known.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the most appropriate verified entry point.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30 Workforce Development System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labor.delaware.gov/divisions/employment-trainin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joblink.delaware.gov/contac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about_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Q/nozJ1H3d4rxIk8HUkx7bMv6w==">CgMxLjA4AHIhMWNpOUNtcEJTTzZEQ1F2WlYxa0F2cXVnR215RWJJcnN4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