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29  |  DIRECT EMPLOYMENT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Short-Term Credentials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Counselor Guide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KEY TAKEAWAY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Check licensure, accreditation, employer recognition, and credit separately.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Use this guide to help a student turn interest in short-term credentials into one verified, documented next step. Preserve local counselor judgment and confirm school- or program-specific requirements with the responsible owner.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Counseling conversation</w:t>
      </w:r>
    </w:p>
    <w:p w:rsidR="00000000" w:rsidDel="00000000" w:rsidP="00000000" w:rsidRDefault="00000000" w:rsidRPr="00000000" w14:paraId="00000008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Name the occupation and required credential.</w:t>
      </w:r>
    </w:p>
    <w:p w:rsidR="00000000" w:rsidDel="00000000" w:rsidP="00000000" w:rsidRDefault="00000000" w:rsidRPr="00000000" w14:paraId="00000009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Identify current programs and providers.</w:t>
      </w:r>
    </w:p>
    <w:p w:rsidR="00000000" w:rsidDel="00000000" w:rsidP="00000000" w:rsidRDefault="00000000" w:rsidRPr="00000000" w14:paraId="0000000A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Verify prerequisites, schedule, cost, and financial support.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Confirm the credential issuer and recognition.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Check licensure and credit implications.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Review completion and employment information and choose a next action.</w:t>
      </w:r>
    </w:p>
    <w:p w:rsidR="00000000" w:rsidDel="00000000" w:rsidP="00000000" w:rsidRDefault="00000000" w:rsidRPr="00000000" w14:paraId="0000000E">
      <w:pPr>
        <w:pStyle w:val="Heading2"/>
        <w:rPr/>
      </w:pPr>
      <w:r w:rsidDel="00000000" w:rsidR="00000000" w:rsidRPr="00000000">
        <w:rPr>
          <w:rtl w:val="0"/>
        </w:rPr>
        <w:t xml:space="preserve">What students and families should know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Start with the target occupation.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Verify the provider and exact credential.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Check licensure, accreditation, employer recognition, and credit separately.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Compare cost, completion, employment, and support.</w:t>
      </w:r>
    </w:p>
    <w:p w:rsidR="00000000" w:rsidDel="00000000" w:rsidP="00000000" w:rsidRDefault="00000000" w:rsidRPr="00000000" w14:paraId="00000013">
      <w:pPr>
        <w:pStyle w:val="Heading2"/>
        <w:rPr/>
      </w:pPr>
      <w:r w:rsidDel="00000000" w:rsidR="00000000" w:rsidRPr="00000000">
        <w:rPr>
          <w:rtl w:val="0"/>
        </w:rPr>
        <w:t xml:space="preserve">Verify before advising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eligibility, availability, admission, funding, placement, credit, licensure, or an outcome.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Recheck dynamic information with the official owner before the student acts.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Local flexibility: </w:t>
      </w:r>
      <w:r w:rsidDel="00000000" w:rsidR="00000000" w:rsidRPr="00000000">
        <w:rPr>
          <w:rtl w:val="0"/>
        </w:rPr>
        <w:t xml:space="preserve">Schools may sequence counseling activities differently. Confirm dates, eligibility, costs, availability, and required documents with the school, college, employer, agency, or program that owns the decision.</w:t>
      </w:r>
    </w:p>
    <w:p w:rsidR="00000000" w:rsidDel="00000000" w:rsidP="00000000" w:rsidRDefault="00000000" w:rsidRPr="00000000" w14:paraId="00000017">
      <w:pPr>
        <w:pStyle w:val="Heading2"/>
        <w:rPr/>
      </w:pPr>
      <w:r w:rsidDel="00000000" w:rsidR="00000000" w:rsidRPr="00000000">
        <w:rPr>
          <w:rtl w:val="0"/>
        </w:rPr>
        <w:t xml:space="preserve">Close the loop</w:t>
      </w:r>
    </w:p>
    <w:p w:rsidR="00000000" w:rsidDel="00000000" w:rsidP="00000000" w:rsidRDefault="00000000" w:rsidRPr="00000000" w14:paraId="00000018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Student's next action: </w:t>
      </w:r>
      <w:r w:rsidDel="00000000" w:rsidR="00000000" w:rsidRPr="00000000">
        <w:rPr>
          <w:rtl w:val="0"/>
        </w:rPr>
        <w:t xml:space="preserve">Record one action, the information owner, and a completion date.</w:t>
      </w:r>
    </w:p>
    <w:p w:rsidR="00000000" w:rsidDel="00000000" w:rsidP="00000000" w:rsidRDefault="00000000" w:rsidRPr="00000000" w14:paraId="00000019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Follow-up: </w:t>
      </w:r>
      <w:r w:rsidDel="00000000" w:rsidR="00000000" w:rsidRPr="00000000">
        <w:rPr>
          <w:rtl w:val="0"/>
        </w:rPr>
        <w:t xml:space="preserve">Schedule a check-back and update the plan if verified information changes.</w:t>
      </w:r>
    </w:p>
    <w:p w:rsidR="00000000" w:rsidDel="00000000" w:rsidP="00000000" w:rsidRDefault="00000000" w:rsidRPr="00000000" w14:paraId="0000001A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Dpr.Delaware: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JobLink: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Careeronestop: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4. </w:t>
      </w:r>
      <w:hyperlink r:id="rId11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Trainingproviderresults: Official Resource</w:t>
        </w:r>
      </w:hyperlink>
      <w:r w:rsidDel="00000000" w:rsidR="00000000" w:rsidRPr="00000000">
        <w:rPr>
          <w:rtl w:val="0"/>
        </w:rPr>
      </w:r>
    </w:p>
    <w:sectPr>
      <w:headerReference r:id="rId12" w:type="default"/>
      <w:footerReference r:id="rId13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29 Short-Term Credentials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COUNSELOR GUIDE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trainingproviderresults.gov/" TargetMode="External"/><Relationship Id="rId10" Type="http://schemas.openxmlformats.org/officeDocument/2006/relationships/hyperlink" Target="https://www.careeronestop.org/FindTraining/Types/certifications.aspx" TargetMode="External"/><Relationship Id="rId13" Type="http://schemas.openxmlformats.org/officeDocument/2006/relationships/footer" Target="footer1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joblink.delaware.gov/search/providers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dpr.delaware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GJWxhV9mePSsAcnHSzl+ILSc4g==">CgMxLjA4AHIhMVFCb25UbUVZYTBvTVNZMXVhUVUzNFgwcGEyWWZCaFQz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