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26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Entrepreneurship &amp; Self-Employment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Entrepreneurship begins by testing a real customer problem, then checking the cost, rules, records, and support needed before making a financial commitment.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entrepreneurship &amp; self-employment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entrepreneurship &amp; self-employment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entrepreneurship &amp; self-employment.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Describe the customer, problem, and proposed product or service.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Test demand through interviews, prototypes, pricing research, or a small pilot.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Estimate startup cost, ongoing cost, price, revenue, and recordkeeping needs.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Delaware registration, licensing, tax, insurance, and age requirements with the responsible office.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a mentor or official support resource and record the next decision date.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provide legal or tax advice.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profit, funding, or business success.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Business.Delaware: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Onestop.Delaware: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Sba: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26 Entrepreneurship &amp; Self-Employment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sba.gov/business-guide/plan-your-busines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onestop.delaware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business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kw7oevRBYChYZlBKzaHZFvDT/g==">CgMxLjA4AHIhMTRXUjRZRGpOVHdXWWt1UmFmRFZPU01WMFFpSTdQRWpv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