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24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Delaware Job Corps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Delaware Job Corps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Delaware Job Corps. An Admissions Representative reviews eligibility and goals.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Review the official eligibility overview.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Create a MyJobCorps account.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Complete the application and upload requested documents.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Enrollmenthelp.Jobcorps: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Job 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Job Corps: Frequently Asked Questions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24 Delaware Job Corps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jobcorps.gov/faq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jobcorps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nrollmenthelp.jobcorps.gov/hc/en-us/articles/38111853723917-Am-I-eligible-for-Job-Cor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0y1Xu+NfquHI7+auTrTa+tpahg==">CgMxLjA4AHIhMU5VUDVuOGdOTVpzVkNsUERxMFc3WmlpVXdEaFNJRjE0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