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23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&amp; Technical Education (Secondary + Postsecondary)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CTE programs of study connect academic, technical, employability, leadership, and workplace learning.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career &amp; technical education (secondary + postsecondary)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career &amp; technical education (secondary + postsecondary)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career &amp; technical education (secondary + postsecondary).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Explore career fields and identify a pathway aligned with the student's interests.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the pathway course sequence and entry or continuation requirements.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technical, academic, and employability skills the pathway develops.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Participate in work-based learning and student leadership opportunities when available.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the credential, articulated-credit, dual-credit, or licensure connection.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Document the student's skills, experiences, credentials, and portfolio evidence.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pathway availability, work placement, credential attainment, college credit, licensure, or employment.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local offerings and current agreements with the school and responsible program owner.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Delawarepathways: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23 Career &amp; Technical Education (Secondary + Postsecondary)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ucation.delaware.gov/educators/academic-support/career_and_technical_education/credentials-of-value/" TargetMode="External"/><Relationship Id="rId10" Type="http://schemas.openxmlformats.org/officeDocument/2006/relationships/hyperlink" Target="https://education.delaware.gov/educators/academic-support/career_and_technical_education/articulation-agreemen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awarepathway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8whQEpAogyx150M6jWhd3Bajw==">CgMxLjA4AHIhMTVCVXBsNDFRbXI4MFZBQi1JT0h3U2tYOWF2NlRfSGFu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