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23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Career &amp; Technical Education (Secondary + Postsecondary)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CTE programs of study connect academic, technical, employability, leadership, and workplace learning.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career &amp; technical education (secondary + postsecondary)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Connect the student's interest to a specific pathway and occupation cluster.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the local course sequence, entry rules, and work-based learning options.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the exact credential, articulated-credit, dual-credit, or licensure connection.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the student document skills, projects, work experiences, and credentials.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the transition to employment, apprenticeship, training, or college with the next program owner.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CTE programs of study connect academic, technical, employability, leadership, and workplace learning.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Pathway sequences, credentials, articulated credit, dual credit, and work-based learning vary by program and school.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credential's value should be verified with the issuer, postsecondary program, licensing authority, or employer.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pathway availability, work placement, credential attainment, college credit, licensure, or employment.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Confirm local offerings and current agreements with the school and responsible program owner.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Delawarepathways: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23 Career &amp; Technical Education (Secondary + Postsecondary)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education.delaware.gov/educators/academic-support/career_and_technical_education/credentials-of-value/" TargetMode="External"/><Relationship Id="rId10" Type="http://schemas.openxmlformats.org/officeDocument/2006/relationships/hyperlink" Target="https://education.delaware.gov/educators/academic-support/career_and_technical_education/articulation-agreement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cation.delaware.gov/educators/academic-support/career_and_technical_education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elawarepathway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hh8epBMSPgKV8hbGJw+eE22SbA==">CgMxLjA4AHIhMTNYajVPU1BuMUxLNU5NQURDTl85eGI0ZFhWaFRuT2x4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