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23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Career &amp; Technical Education (Secondary + Postsecondary)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Career &amp; Technical Education (Secondary + Postsecondary)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CTE programs of study connect academic, technical, employability, leadership, and workplace learning.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career &amp; technical education (secondary + postsecondary).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CTE programs of study connect academic, technical, employability, leadership, and workplace learning.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Pathway sequences, credentials, articulated credit, dual credit, and work-based learning vary by program and school.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credential's value should be verified with the issuer, postsecondary program, licensing authority, or employer.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career fields and identify a pathway aligned with the student's interests.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the pathway course sequence and entry or continuation requirements.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technical, academic, and employability skills the pathway develops.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Participate in work-based learning and student leadership opportunities when available.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credential, articulated-credit, dual-credit, or licensure connection.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Document the student's skills, experiences, credentials, and portfolio evidence.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Delawarepathways: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23 Career &amp; Technical Education (Secondary + Postsecondary)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education.delaware.gov/educators/academic-support/career_and_technical_education/credentials-of-value/" TargetMode="External"/><Relationship Id="rId10" Type="http://schemas.openxmlformats.org/officeDocument/2006/relationships/hyperlink" Target="https://education.delaware.gov/educators/academic-support/career_and_technical_education/articulation-agreement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educators/academic-support/career_and_technical_educatio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elawarepathway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CBeV3+i9/M9ayMzd2gIfWsHsyA==">CgMxLjA4AHIhMVRhUmNLWFdsd0xPT190bm5wT0NZOUNPYmRBWUFmdXot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