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22  |  COLLEGE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Workforce Pell Programs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Counselor Guide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KEY TAKEAWAY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Workforce Pell can support eligible students in approved short-term programs, but students must verify that the exact program and institution are currently eligible before assuming aid will apply.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Use this guide to help a student turn interest in Workforce Pell programs into one verified, documented next step. Preserve local counselor judgment and confirm school- or program-specific requirements with the responsible owner.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Counseling conversation</w:t>
      </w:r>
    </w:p>
    <w:p w:rsidR="00000000" w:rsidDel="00000000" w:rsidP="00000000" w:rsidRDefault="00000000" w:rsidRPr="00000000" w14:paraId="00000008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Use the exact program name, location, and credential.</w:t>
      </w:r>
    </w:p>
    <w:p w:rsidR="00000000" w:rsidDel="00000000" w:rsidP="00000000" w:rsidRDefault="00000000" w:rsidRPr="00000000" w14:paraId="00000009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Confirm current Workforce Pell approval with the institution and official records.</w:t>
      </w:r>
    </w:p>
    <w:p w:rsidR="00000000" w:rsidDel="00000000" w:rsidP="00000000" w:rsidRDefault="00000000" w:rsidRPr="00000000" w14:paraId="0000000A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Separate program eligibility from student eligibility.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Check quality, outcomes, licensing, and total cost.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Document who confirmed the answer and when.</w:t>
      </w:r>
    </w:p>
    <w:p w:rsidR="00000000" w:rsidDel="00000000" w:rsidP="00000000" w:rsidRDefault="00000000" w:rsidRPr="00000000" w14:paraId="0000000D">
      <w:pPr>
        <w:pStyle w:val="Heading2"/>
        <w:rPr/>
      </w:pPr>
      <w:r w:rsidDel="00000000" w:rsidR="00000000" w:rsidRPr="00000000">
        <w:rPr>
          <w:rtl w:val="0"/>
        </w:rPr>
        <w:t xml:space="preserve">What students and families should know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federal Workforce Pell Grant program began July 1, 2026, for eligible workforce programs.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Program eligibility is specific and depends on federal, state, and institutional approval.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Pell eligibility does not by itself prove program quality, job placement, licensure, or that every cost is covered.</w:t>
      </w:r>
    </w:p>
    <w:p w:rsidR="00000000" w:rsidDel="00000000" w:rsidP="00000000" w:rsidRDefault="00000000" w:rsidRPr="00000000" w14:paraId="00000011">
      <w:pPr>
        <w:pStyle w:val="Heading2"/>
        <w:rPr/>
      </w:pPr>
      <w:r w:rsidDel="00000000" w:rsidR="00000000" w:rsidRPr="00000000">
        <w:rPr>
          <w:rtl w:val="0"/>
        </w:rPr>
        <w:t xml:space="preserve">Verify before advising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state that all short-term programs qualify.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an award amount or full cost coverage.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Local flexibility: </w:t>
      </w:r>
      <w:r w:rsidDel="00000000" w:rsidR="00000000" w:rsidRPr="00000000">
        <w:rPr>
          <w:rtl w:val="0"/>
        </w:rPr>
        <w:t xml:space="preserve">Schools may sequence counseling activities differently. Confirm dates, eligibility, costs, availability, and required documents with the school, college, employer, agency, or program that owns the decision.</w:t>
      </w:r>
    </w:p>
    <w:p w:rsidR="00000000" w:rsidDel="00000000" w:rsidP="00000000" w:rsidRDefault="00000000" w:rsidRPr="00000000" w14:paraId="00000015">
      <w:pPr>
        <w:pStyle w:val="Heading2"/>
        <w:rPr/>
      </w:pPr>
      <w:r w:rsidDel="00000000" w:rsidR="00000000" w:rsidRPr="00000000">
        <w:rPr>
          <w:rtl w:val="0"/>
        </w:rPr>
        <w:t xml:space="preserve">Close the loop</w:t>
      </w:r>
    </w:p>
    <w:p w:rsidR="00000000" w:rsidDel="00000000" w:rsidP="00000000" w:rsidRDefault="00000000" w:rsidRPr="00000000" w14:paraId="0000001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Student's next action: </w:t>
      </w:r>
      <w:r w:rsidDel="00000000" w:rsidR="00000000" w:rsidRPr="00000000">
        <w:rPr>
          <w:rtl w:val="0"/>
        </w:rPr>
        <w:t xml:space="preserve">Record one action, the information owner, and a completion date.</w:t>
      </w:r>
    </w:p>
    <w:p w:rsidR="00000000" w:rsidDel="00000000" w:rsidP="00000000" w:rsidRDefault="00000000" w:rsidRPr="00000000" w14:paraId="0000001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Follow-up: </w:t>
      </w:r>
      <w:r w:rsidDel="00000000" w:rsidR="00000000" w:rsidRPr="00000000">
        <w:rPr>
          <w:rtl w:val="0"/>
        </w:rPr>
        <w:t xml:space="preserve">Schedule a check-back and update the plan if verified information changes.</w:t>
      </w:r>
    </w:p>
    <w:p w:rsidR="00000000" w:rsidDel="00000000" w:rsidP="00000000" w:rsidRDefault="00000000" w:rsidRPr="00000000" w14:paraId="00000018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Ed: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 Knowledge Center: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22 Workforce Pell Programs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COUNSELOR GUIDE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studentaid.gov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fsapartners.ed.gov/knowledge-center/library/electronic-announcements/2026-07-01/eligible-workforce-programs-state-workforce-pell-certification-form-available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www.ed.gov/about/news/press-release/us-department-of-education-issues-final-rule-create-new-workforce-pell-grant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3yh/96nYuv1d+VOU6RzsBEzEkA==">CgMxLjA4AHIhMUthODI2SjRkM1A4b2ZyN3hVdUYwRXhYY3VWN3o2ZTN3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