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21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Two-Year College Advising and Student Success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Two-year colleges support career entry, transfer, skill development, certificates, diplomas, and associate degrees.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two-year college advising and student success supports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two-year college advising and student success supports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two-year college advising and student success supports.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Clarify whether the goal is career entry, transfer, skill development, or exploration.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Choose the program or credential that best supports the goal.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Complete admission, residency, readiness, and financial-aid steps.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Meet with an academic counselor for initial advising and first-term planning.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Build a schedule that fits work, transportation, family, and support needs.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Use tutoring, accessibility, career, financial, and technology supports early.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assume every course applies to a credential or transfers to the destination program.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support eligibility, course availability, transfer, aid, or completion timing.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21 Two-Year College Advising and Student Success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tcc.edu/student-resources/career-services/" TargetMode="External"/><Relationship Id="rId10" Type="http://schemas.openxmlformats.org/officeDocument/2006/relationships/hyperlink" Target="https://www.dtcc.edu/student-resources/advising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dtcc.edu/admissions-financial-aid/apply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dtcc.edu/academics/transfer-options/connected-degre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4+f0PBU1MuGLYKubj8twzSFSlg==">CgMxLjA4AHIhMTExNzQtakxMNENPcENiZlg2clFNWHdWWnBTb0NMMnBu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