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21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Two-Year College Advising and Student Success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Two-Year College Advising and Student Success Supports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Two-year colleges support career entry, transfer, skill development, certificates, diplomas, and associate degrees.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two-year college advising and student success supports.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Two-year colleges support career entry, transfer, skill development, certificates, diplomas, and associate degrees.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Advising should connect the student's goal to a program map before course selection.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Tutoring, accessibility, career, first-generation, financial, and technology supports vary by campus and program.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Clarify whether the goal is career entry, transfer, skill development, or exploration.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the program or credential that best supports the goal.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admission, residency, readiness, and financial-aid steps.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Meet with an academic counselor for initial advising and first-term planning.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schedule that fits work, transportation, family, and support needs.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tutoring, accessibility, career, financial, and technology supports early.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21 Two-Year College Advising and Student Success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tcc.edu/student-resources/career-services/" TargetMode="External"/><Relationship Id="rId10" Type="http://schemas.openxmlformats.org/officeDocument/2006/relationships/hyperlink" Target="https://www.dtcc.edu/student-resources/advising/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dtcc.edu/support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tcc.edu/admissions-financial-aid/apply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academics/transfer-options/connected-degre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eWAHT/lWaHa0TWVU5KsnJM6Pw==">CgMxLjA4AHIhMUxsWjZrNEdpLUJsOWZnNXZMNkhnQlF0U0ZQcFFma1RR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