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20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Two- and Four-Year College Pathways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Two- and Four-Year College Pathways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Two- and Four-Year College Pathways. Verify the exact program and admission route.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Name the career or education goal.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Identify programs that lead to the goal.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institution and program admission.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20 Two- and Four-Year College Pathways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identify-your-colleg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nces.ed.gov/collegenavigato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RKbWee3ff5+tQyr3FkFsGGcgKw==">CgMxLjA4AHIhMXc2ZUdTc2RRcjdDOXFqbTk3Zm81cnV4elpvRWs3T2dY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