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18  |  COLLEGE</w:t>
      </w:r>
    </w:p>
    <w:p w:rsidR="00000000" w:rsidDel="00000000" w:rsidP="00000000" w:rsidRDefault="00000000" w:rsidRPr="00000000" w14:paraId="00000003">
      <w:pPr>
        <w:pStyle w:val="Title"/>
        <w:rPr/>
      </w:pPr>
      <w:r w:rsidDel="00000000" w:rsidR="00000000" w:rsidRPr="00000000">
        <w:rPr>
          <w:rtl w:val="0"/>
        </w:rPr>
        <w:t xml:space="preserve">Test-Optional and Holistic Admissions Guidance</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Test-Optional and Holistic Admissions Guidance</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Verify the current policy for each institution and program.</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test-optional and holistic admissions guidance,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Confirm the institution testing policy.</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Check major, scholarship, honors, and applicant-type rules.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Review current admitted-student score context.</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Collegescorecard.Ed: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18 Test-Optional and Holistic Admissions Guidance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test-optional-admission-policies/" TargetMode="External"/><Relationship Id="rId12" Type="http://schemas.openxmlformats.org/officeDocument/2006/relationships/footer" Target="footer1.xml"/><Relationship Id="rId9" Type="http://schemas.openxmlformats.org/officeDocument/2006/relationships/hyperlink" Target="https://www.delawarestudentsuccess.org/how-to-apply-to-colleg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collegescorecard.e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5kRPB0tlCrEyiHHcVyzAuDVxcQ==">CgMxLjA4AHIhMVhheWxHY3F1WHUwdGpBazY4ZnE0OThNX3lsMkFsMHdm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