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11  |  COLLEGE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Community College Enrollment Models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Community College Enrollment Models</w:t>
      </w:r>
    </w:p>
    <w:p w:rsidR="00000000" w:rsidDel="00000000" w:rsidP="00000000" w:rsidRDefault="00000000" w:rsidRPr="00000000" w14:paraId="00000007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Community college can be full-time or part-time, career-focused or transfer-focused, and in-person or online; the right model is the one that supports the student's program plan and completion.</w:t>
      </w:r>
    </w:p>
    <w:p w:rsidR="00000000" w:rsidDel="00000000" w:rsidP="00000000" w:rsidRDefault="00000000" w:rsidRPr="00000000" w14:paraId="0000000A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community college enrollment models.</w:t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Certificate, diploma, associate, and transfer routes have different requirements and outcomes.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Part-time enrollment can improve flexibility but may extend time and affect aid or benefits.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Students need a program map, cost plan, and transfer or employment goal before selecting courses.</w:t>
      </w:r>
    </w:p>
    <w:p w:rsidR="00000000" w:rsidDel="00000000" w:rsidP="00000000" w:rsidRDefault="00000000" w:rsidRPr="00000000" w14:paraId="00000010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Choose a career, credential, or transfer goal.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Compare program type, course format, location, schedule, and time to completion.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Ask how enrollment intensity affects aid, tuition, and completion time.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Build a term-by-term academic plan with an advisor.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Confirm transfer or employment requirements before registering.</w:t>
      </w:r>
    </w:p>
    <w:p w:rsidR="00000000" w:rsidDel="00000000" w:rsidP="00000000" w:rsidRDefault="00000000" w:rsidRPr="00000000" w14:paraId="00000016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verified, and the date/source I used is...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B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1F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Dtcc.Edu: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11 Community College Enrollment Models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tcc.edu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dtcc.edu/student-resources/advising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dtcc.edu/academics/programs-stud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YHt8iPBqC1jsyQqAbw2kkOE7Tg==">CgMxLjA4AHIhMXlIQ0pJUFN4bC1NeG96QjNNS0x2bGNVM0w2VlhvRlZE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