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08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Onboarding and Transition Checklist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Activate the college portal and official email.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the college onboarding and transition checklist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the college onboarding and transition checklist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the college onboarding and transition checklist.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the enrollment decision and deposit rules.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Open the institution's official new-student checklist.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Complete financial-aid and billing requirements.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Finish advising, placement, orientation, housing, and health tasks.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Connect with academic, accessibility, and support offices.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Record each remaining task, owner, deadline, and confirmation.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08 College Onboarding and Transition Checklist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hr5S09p78fJ+XYJC5v/xy+X82w==">CgMxLjA4AHIhMWVIaXBQYWEyWDNaekxkVnNsOE9ySXZRZFpyTlBDQ05I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