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08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College Onboarding and Transition Checklist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Activate the college portal and official email.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college onboarding and transition checklist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Confirm the enrollment decision and deposit rules.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Open the institution's official new-student checklist.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Complete financial-aid and billing requirements.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Finish advising, placement, orientation, housing, and health tasks.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Connect with academic, accessibility, and support offices.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Record each remaining task, owner, deadline, and confirmation.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Activate the college portal and official email.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Complete aid, billing, advising, placement, health, housing, and orientation tasks.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Contact academic, accessibility, and student-support offices early.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Confirm the first-week schedule, transportation, technology, and help plan.</w:t>
      </w:r>
    </w:p>
    <w:p w:rsidR="00000000" w:rsidDel="00000000" w:rsidP="00000000" w:rsidRDefault="00000000" w:rsidRPr="00000000" w14:paraId="00000013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eligibility, availability, admission, funding, placement, credit, licensure, or an outcome.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Recheck dynamic information with the official owner before the student acts.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7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08 College Onboarding and Transition Checklist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yperlink" Target="https://www.delawarestudentsuccess.org/how-to-apply-to-college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studentaid.gov/articles/first-time-college-studen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0sJUcOJF1slSxmQBsDxHT+xsqQ==">CgMxLjA4AHIhMWpNRzM1ZGRjUFFwWTNielYwNkhIbmVkQU5zYTY1VEZq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