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Onboarding and Transition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College Onboarding and Transition Checklist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Activate the college portal and official email.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college onboarding and transition checklist.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Activate the college portal and official email.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aid, billing, advising, placement, health, housing, and orientation tasks.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Contact academic, accessibility, and student-support offices early.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first-week schedule, transportation, technology, and help plan.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enrollment decision and deposit rules.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Open the institution's official new-student checklist.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financial-aid and billing requirements.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Finish advising, placement, orientation, housing, and health tasks.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with academic, accessibility, and support offices.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each remaining task, owner, deadline, and confirmation.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08 College Onboarding and Transition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FZQO5nwKTN7auw1wW/fgd5URhw==">CgMxLjA4AHIhMVVNeDBUOFQyVkFJV1FTWWhTaFluSlpWN1ZfZU96WlRy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