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08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College Onboarding and Transition Checklist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College Onboarding and Transition Checklist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College Onboarding and Transition Checklist. Activate the college portal and official email.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the enrollment decision and deposit rules.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Open the institution's official new-student checklist.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Complete financial-aid and billing requirements.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08 College Onboarding and Transition Checklist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www.delawarestudentsuccess.org/how-to-apply-to-colleg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rst-time-college-stud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+xuXx775gaBuPRvZY5vt2okkSw==">CgMxLjA4AHIhMWtZREpuckpSV1ctODNmd1FJMjBrUV9KWHptXy0xZXEt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