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07  |  COLLEGE</w:t>
      </w:r>
    </w:p>
    <w:p w:rsidR="00000000" w:rsidDel="00000000" w:rsidP="00000000" w:rsidRDefault="00000000" w:rsidRPr="00000000" w14:paraId="00000003">
      <w:pPr>
        <w:pStyle w:val="Title"/>
        <w:rPr/>
      </w:pPr>
      <w:r w:rsidDel="00000000" w:rsidR="00000000" w:rsidRPr="00000000">
        <w:rPr>
          <w:rtl w:val="0"/>
        </w:rPr>
        <w:t xml:space="preserve">College Match and Selection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College Match and Selection</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Test how support is accessed, not merely whether it exists.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college match and selection,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top priorities.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Confirm the program and admission structure.</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Compare net price, grants, loans, and remaining cost.</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Collegescorecard.Ed: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National Center for Education Statistics: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07 College Match and Selection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delawarestudentsuccess.org/identify-your-colleges/" TargetMode="External"/><Relationship Id="rId10" Type="http://schemas.openxmlformats.org/officeDocument/2006/relationships/hyperlink" Target="https://studentaid.gov/articles/evaluating-financial-aid-offer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ces.ed.gov/collegenavigato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ollegescorecard.e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ThDe6daqZzR7i4CFSUW3HBkocg==">CgMxLjA4AHIhMUE0SmtMMlRGTk9BWVJfNVhlMVV6QkhXMHdqTlVsTXJR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