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06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Essays and Recommendations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Strong essays add the student's own perspective, while effective recommendations add relevant evidence from an adult who knows the student's work and growth.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college essays and recommendations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college essays and recommendations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college essays and recommendations.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Read the prompt and identify what the response should add beyond the transcript.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Choose truthful experiences and details that support one clear focus.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Draft in the student's own voice, then revise for clarity and structure.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for feedback without handing authorship to another person or an automated tool.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Request recommendations early and give each recommender useful background and deadlines.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fabricate experiences.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outsource student authorship.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imply that one essay formula guarantees admission.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Common App: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Common App: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Nacacnet: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06 College Essays and Recommendations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nacacnet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ommonapp.org/counselors-and-recommend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commonapp.org/apply/essay-promp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4g3tmupz7Iv8O1UOBbmDVEHhTg==">CgMxLjA4AHIhMVZiSWFMb3NLV2xhallHcTZUQlluVWM4NUZrTG1PZ1g1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