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06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Essays and Recommendations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Strong essays add the student's own perspective, while effective recommendations add relevant evidence from an adult who knows the student's work and growth.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college essays and recommendations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difference between coaching, editing, and writing for the student.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connect evidence to the exact prompt.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Protect privacy when discussing personal or sensitive experiences.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recommendation requirements and school submission procedures.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a dated writing and recommendation follow-up plan.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student must remain the author of every essay and personal statement.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Each response should answer the actual prompt with specific, truthful evidence.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Recommendation requirements, submission methods, and deadlines vary by institution and program.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fabricate experiences.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outsource student authorship.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imply that one essay formula guarantees admission.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Common App: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Common App: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Nacacnet: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06 College Essays and Recommendations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nacacnet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ommonapp.org/counselors-and-recommender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commonapp.org/apply/essay-promp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UR9RP3f9B8NJyAUbgDD8RNN+iQ==">CgMxLjA4AHIhMUNwSU1fSEZYNndETTZMVVYzampBc1dPUmk3RXpGNzFB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