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02  |  APPRENTICESHIP</w:t>
      </w:r>
    </w:p>
    <w:p w:rsidR="00000000" w:rsidDel="00000000" w:rsidP="00000000" w:rsidRDefault="00000000" w:rsidRPr="00000000" w14:paraId="00000003">
      <w:pPr>
        <w:pStyle w:val="Title"/>
        <w:rPr/>
      </w:pPr>
      <w:r w:rsidDel="00000000" w:rsidR="00000000" w:rsidRPr="00000000">
        <w:rPr>
          <w:rtl w:val="0"/>
        </w:rPr>
        <w:t xml:space="preserve">Youth Apprenticeship</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Youth Apprenticeship</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Youth Apprenticeship is designed to help students move from general awareness to one verified next step. Youth apprenticeship connects school, paid work, and structured training, but the exact route depends on the employer, program, age rules, and current openings.</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Apprenticeship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Frequently Asked Questions</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02 Youth Apprenticeship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ducation.delaware.gov/families/college-career-life/" TargetMode="External"/><Relationship Id="rId12" Type="http://schemas.openxmlformats.org/officeDocument/2006/relationships/footer" Target="footer1.xml"/><Relationship Id="rId9" Type="http://schemas.openxmlformats.org/officeDocument/2006/relationships/hyperlink" Target="https://labor.delaware.gov/divisions/employment-training/apprenticeship-and-training/faq/"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labor.delaware.gov/divisions/employment-training/apprenticeship-and-tra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1uNlh573il8W9ji/rTCk2GmvvA==">CgMxLjA4AHIhMTVkRjMyVVUtUmJOTlVIMWNhTldVcGZRMmt6MGtkanhE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