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01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Registered Apprenticeships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Registered Apprenticeship combines paid employment, structured on-the-job learning, and related instruction; openings and terms must be verified with the employer or sponsor.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registered apprenticeships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registered apprenticeships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registered apprenticeships.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the occupation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Understand the registered model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Search current openings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employer terms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Apply through employer or sponsor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Set a follow-up date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opening, selection, wage, schedule, tuition benefit, or college credit.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every opportunity and term with the employer or sponsor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Apprenticeship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01 Registered Apprenticeships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pprenticeship.gov/employers/registered-apprenticeship-program" TargetMode="External"/><Relationship Id="rId10" Type="http://schemas.openxmlformats.org/officeDocument/2006/relationships/hyperlink" Target="https://labor.delaware.gov/divisions/employment-training/apprenticeship-and-training/faq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employment-training/apprenticeship-and-train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tyOfAocf9kNbM/o0XoZDxwgBBA==">CgMxLjA4AHIhMWhVUEFHcTFrQ182bVB3bjFQa1lXMGlqdkVjLTVEYzZ5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