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01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Registered Apprenticeships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Registered Apprenticeship combines paid employment, structured on-the-job learning, and related instruction; openings and terms must be verified with the employer or sponsor.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registered apprenticeships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occupational and geographic interests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paid job plus training model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Search current openings and sponsor records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eligibility, wages, schedule, instruction, and application steps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next action and check-back date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Registered Apprenticeship is an employment pathway, not only a training course.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employer or sponsor controls openings, selection, wages, schedules, and application steps.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Sponsor listings show registered programs but do not prove that a current job opening exists.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opening, selection, wage, schedule, tuition benefit, or college credit.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every opportunity and term with the employer or sponsor before the student acts.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Apprenticeship Guidance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01 Registered Apprenticeships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pprenticeship.gov/employers/registered-apprenticeship-program" TargetMode="External"/><Relationship Id="rId10" Type="http://schemas.openxmlformats.org/officeDocument/2006/relationships/hyperlink" Target="https://labor.delaware.gov/divisions/employment-training/apprenticeship-and-training/faq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apprenticeship.gov/help/where-can-i-find-list-apprenticeship-program-sponsor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bor.delaware.gov/divisions/employment-training/apprenticeship-and-training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gASsVAnpfOt94Ql2pPali7EXOA==">CgMxLjA4AHIhMUppSDdxSy10UEQybmNBNG5RY0VvTVNxYnZ5NFlvSVN4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